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SMEs can harness generative AI for effective SEO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Small and medium-sized enterprises (SMEs) across the globe are recognising the increasing importance of Search Engine Optimisation (SEO) as a vital tool to improve their online visibility and web authority. As these businesses aim to attract organic traffic and enhance their ranking on search engines, the strategic use of high-quality images and videos emerges as a critical factor. While many SMEs are already sourcing or creating their own content, the integration of generative AI technology is offering new opportunities in content creation, particularly in the realm of imagery.</w:t>
      </w:r>
      <w:r/>
    </w:p>
    <w:p>
      <w:r/>
      <w:r>
        <w:t>According to recent research by iStock’s VisualGPS, approximately 60% of small businesses worldwide are involved in the creation and sourcing of their own content. Generative AI is becoming a popular tool in this process, as it offers a cost-effective and efficient way to produce unique and engaging visuals. However, many small business owners are left pondering how best to utilise AI-generated imagery for SEO purposes.</w:t>
      </w:r>
      <w:r/>
    </w:p>
    <w:p>
      <w:r/>
      <w:r>
        <w:t>To effectively leverage AI imagery in SEO, businesses must ensure they select a tool that produces commercially safe images, providing legal protection for outputs. This involves avoiding content that might include trademarked elements like celebrities, famous locations, or artistic works without proper permissions.</w:t>
      </w:r>
      <w:r/>
    </w:p>
    <w:p>
      <w:r/>
      <w:r>
        <w:t>Once a suitable AI tool is chosen, careful crafting of prompts is imperative. Creating precise, detailed prompts helps in generating compelling images that align with the intended vision. Considering the various device formats such as desktops, mobiles, and social media platforms is also crucial, ensuring that images are produced in the appropriate sizes for their intended use.</w:t>
      </w:r>
      <w:r/>
    </w:p>
    <w:p>
      <w:r/>
      <w:r>
        <w:t>Mixing AI-generated images with traditional stock imagery can rejuvenate a website’s appearance, transforming formerly unengaging content into something more visually appealing. AI allows for limitless iterations and can even be employed to modify existing stock images for greater customisation and relevance.</w:t>
      </w:r>
      <w:r/>
    </w:p>
    <w:p>
      <w:r/>
      <w:r>
        <w:t>Optimising these AI images for SEO involves traditional tactics like adding descriptive alt texts with relevant keywords to help search engines understand the content's context. The image's URL should also contain pertinent keywords, and images should be compressed prior to uploading to ensure they are search engine friendly while maintaining quality. Furthermore, using well-implemented Schema markup can enhance search engine understanding of an image’s format, usage rights, and depicted content.</w:t>
      </w:r>
      <w:r/>
    </w:p>
    <w:p>
      <w:r/>
      <w:r>
        <w:t>Building trust with audiences is critical; thus, transparency in labelling AI-generated images is advocated. With the VisualGPS research indicating that 87% of British respondents prefer to know if an image is AI-generated, businesses can indicate this through icons or text snippets on their sites.</w:t>
      </w:r>
      <w:r/>
    </w:p>
    <w:p>
      <w:r/>
      <w:r>
        <w:t>Measuring the performance of AI images is vital for assessing their impact. Tools like Google Analytics allow SMEs to create Page Groups or Segments to analyse web performance and track user engagement. By tagging events and interactions or utilising heat mapping tools like Hotjar, businesses can gain insights into how users engage with AI imagery on their websites.</w:t>
      </w:r>
      <w:r/>
    </w:p>
    <w:p>
      <w:r/>
      <w:r>
        <w:t>Leveraging generative AI imagery not only enhances page load speed and user experience but also contributes to improved search engine rankings and better discoverability. This approach, combined with innovative use of imagery, aids small businesses in standing out against larger brands and reaching a broader audience.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https://www.entrepreneur.com/growing-a-business/why-seo-is-critical-for-small-businesses/452721</w:t>
        </w:r>
      </w:hyperlink>
      <w:r>
        <w:t xml:space="preserve"> - This article explains the importance of SEO for small businesses, including increasing online visibility, building credibility, and attracting the right audience, which aligns with the need for SMEs to improve their online visibility and web authority.</w:t>
      </w:r>
      <w:r/>
    </w:p>
    <w:p>
      <w:pPr>
        <w:pStyle w:val="ListNumber"/>
        <w:spacing w:line="240" w:lineRule="auto"/>
        <w:ind w:left="720"/>
      </w:pPr>
      <w:r/>
      <w:hyperlink r:id="rId11">
        <w:r>
          <w:rPr>
            <w:color w:val="0000EE"/>
            <w:u w:val="single"/>
          </w:rPr>
          <w:t>https://www.embarque.io/post/benefits-of-seo-for-small-business</w:t>
        </w:r>
      </w:hyperlink>
      <w:r>
        <w:t xml:space="preserve"> - This source highlights how SEO can transform Google into a primary customer acquisition channel, emphasizing the importance of SEO in expanding online presence and reaching a wider audience, similar to the benefits mentioned for SMEs.</w:t>
      </w:r>
      <w:r/>
    </w:p>
    <w:p>
      <w:pPr>
        <w:pStyle w:val="ListNumber"/>
        <w:spacing w:line="240" w:lineRule="auto"/>
        <w:ind w:left="720"/>
      </w:pPr>
      <w:r/>
      <w:hyperlink r:id="rId12">
        <w:r>
          <w:rPr>
            <w:color w:val="0000EE"/>
            <w:u w:val="single"/>
          </w:rPr>
          <w:t>https://hennessey.com/seo/local/why-is-seo-important-for-small-businesses/</w:t>
        </w:r>
      </w:hyperlink>
      <w:r>
        <w:t xml:space="preserve"> - This article discusses the benefits of SEO for small businesses, including driving organic traffic, attracting local customers, and boosting brand awareness, all of which are crucial for SMEs aiming to enhance their ranking and visibility.</w:t>
      </w:r>
      <w:r/>
    </w:p>
    <w:p>
      <w:pPr>
        <w:pStyle w:val="ListNumber"/>
        <w:spacing w:line="240" w:lineRule="auto"/>
        <w:ind w:left="720"/>
      </w:pPr>
      <w:r/>
      <w:hyperlink r:id="rId13">
        <w:r>
          <w:rPr>
            <w:color w:val="0000EE"/>
            <w:u w:val="single"/>
          </w:rPr>
          <w:t>https://www.osmoscloud.com/blog/the-importance-of-seo-for-small-business-owners/</w:t>
        </w:r>
      </w:hyperlink>
      <w:r>
        <w:t xml:space="preserve"> - This source emphasizes the importance of SEO for improving online visibility, attracting targeted traffic, and increasing revenue, which are key goals for SMEs using SEO strategies.</w:t>
      </w:r>
      <w:r/>
    </w:p>
    <w:p>
      <w:pPr>
        <w:pStyle w:val="ListNumber"/>
        <w:spacing w:line="240" w:lineRule="auto"/>
        <w:ind w:left="720"/>
      </w:pPr>
      <w:r/>
      <w:hyperlink r:id="rId10">
        <w:r>
          <w:rPr>
            <w:color w:val="0000EE"/>
            <w:u w:val="single"/>
          </w:rPr>
          <w:t>https://www.entrepreneur.com/growing-a-business/why-seo-is-critical-for-small-businesses/452721</w:t>
        </w:r>
      </w:hyperlink>
      <w:r>
        <w:t xml:space="preserve"> - This article mentions the importance of optimizing website elements such as alt tags and page descriptions, which is relevant to the optimization of AI-generated images for SEO purposes.</w:t>
      </w:r>
      <w:r/>
    </w:p>
    <w:p>
      <w:pPr>
        <w:pStyle w:val="ListNumber"/>
        <w:spacing w:line="240" w:lineRule="auto"/>
        <w:ind w:left="720"/>
      </w:pPr>
      <w:r/>
      <w:hyperlink r:id="rId12">
        <w:r>
          <w:rPr>
            <w:color w:val="0000EE"/>
            <w:u w:val="single"/>
          </w:rPr>
          <w:t>https://hennessey.com/seo/local/why-is-seo-important-for-small-businesses/</w:t>
        </w:r>
      </w:hyperlink>
      <w:r>
        <w:t xml:space="preserve"> - This source discusses the importance of local SEO and optimizing for local keywords, which can be applied to the use of AI-generated images in local search contexts.</w:t>
      </w:r>
      <w:r/>
    </w:p>
    <w:p>
      <w:pPr>
        <w:pStyle w:val="ListNumber"/>
        <w:spacing w:line="240" w:lineRule="auto"/>
        <w:ind w:left="720"/>
      </w:pPr>
      <w:r/>
      <w:hyperlink r:id="rId13">
        <w:r>
          <w:rPr>
            <w:color w:val="0000EE"/>
            <w:u w:val="single"/>
          </w:rPr>
          <w:t>https://www.osmoscloud.com/blog/the-importance-of-seo-for-small-business-owners/</w:t>
        </w:r>
      </w:hyperlink>
      <w:r>
        <w:t xml:space="preserve"> - This article highlights the need for a user-friendly website and the importance of optimizing content for better user experience, which aligns with the benefits of using AI-generated images to enhance website appearance.</w:t>
      </w:r>
      <w:r/>
    </w:p>
    <w:p>
      <w:pPr>
        <w:pStyle w:val="ListNumber"/>
        <w:spacing w:line="240" w:lineRule="auto"/>
        <w:ind w:left="720"/>
      </w:pPr>
      <w:r/>
      <w:hyperlink r:id="rId11">
        <w:r>
          <w:rPr>
            <w:color w:val="0000EE"/>
            <w:u w:val="single"/>
          </w:rPr>
          <w:t>https://www.embarque.io/post/benefits-of-seo-for-small-business</w:t>
        </w:r>
      </w:hyperlink>
      <w:r>
        <w:t xml:space="preserve"> - This source mentions the cost-effectiveness of SEO and the importance of measurable growth, which is relevant to the use of AI-generated images as a cost-effective and efficient content creation method.</w:t>
      </w:r>
      <w:r/>
    </w:p>
    <w:p>
      <w:pPr>
        <w:pStyle w:val="ListNumber"/>
        <w:spacing w:line="240" w:lineRule="auto"/>
        <w:ind w:left="720"/>
      </w:pPr>
      <w:r/>
      <w:hyperlink r:id="rId12">
        <w:r>
          <w:rPr>
            <w:color w:val="0000EE"/>
            <w:u w:val="single"/>
          </w:rPr>
          <w:t>https://hennessey.com/seo/local/why-is-seo-important-for-small-businesses/</w:t>
        </w:r>
      </w:hyperlink>
      <w:r>
        <w:t xml:space="preserve"> - This article explains the importance of optimizing images for SEO, including adding descriptive alt texts and compressing images, which are crucial steps in optimizing AI-generated images.</w:t>
      </w:r>
      <w:r/>
    </w:p>
    <w:p>
      <w:pPr>
        <w:pStyle w:val="ListNumber"/>
        <w:spacing w:line="240" w:lineRule="auto"/>
        <w:ind w:left="720"/>
      </w:pPr>
      <w:r/>
      <w:hyperlink r:id="rId13">
        <w:r>
          <w:rPr>
            <w:color w:val="0000EE"/>
            <w:u w:val="single"/>
          </w:rPr>
          <w:t>https://www.osmoscloud.com/blog/the-importance-of-seo-for-small-business-owners/</w:t>
        </w:r>
      </w:hyperlink>
      <w:r>
        <w:t xml:space="preserve"> - This source discusses the use of Schema markup to enhance search engine understanding of content, which can be applied to AI-generated images to improve their SEO performance.</w:t>
      </w:r>
      <w:r/>
    </w:p>
    <w:p>
      <w:pPr>
        <w:pStyle w:val="ListNumber"/>
        <w:spacing w:line="240" w:lineRule="auto"/>
        <w:ind w:left="720"/>
      </w:pPr>
      <w:r/>
      <w:hyperlink r:id="rId11">
        <w:r>
          <w:rPr>
            <w:color w:val="0000EE"/>
            <w:u w:val="single"/>
          </w:rPr>
          <w:t>https://www.embarque.io/post/benefits-of-seo-for-small-business</w:t>
        </w:r>
      </w:hyperlink>
      <w:r>
        <w:t xml:space="preserve"> - This article emphasizes the importance of transparency and trust with audiences, which is relevant to the recommendation of labelling AI-generated images to maintain transparency.</w:t>
      </w:r>
      <w:r/>
    </w:p>
    <w:p>
      <w:pPr>
        <w:pStyle w:val="ListNumber"/>
        <w:spacing w:line="240" w:lineRule="auto"/>
        <w:ind w:left="720"/>
      </w:pPr>
      <w:r/>
      <w:hyperlink r:id="rId14">
        <w:r>
          <w:rPr>
            <w:color w:val="0000EE"/>
            <w:u w:val="single"/>
          </w:rPr>
          <w:t>https://startupvalley.news/uk/ai-imagery-for-seo/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trepreneur.com/growing-a-business/why-seo-is-critical-for-small-businesses/452721" TargetMode="External"/><Relationship Id="rId11" Type="http://schemas.openxmlformats.org/officeDocument/2006/relationships/hyperlink" Target="https://www.embarque.io/post/benefits-of-seo-for-small-business" TargetMode="External"/><Relationship Id="rId12" Type="http://schemas.openxmlformats.org/officeDocument/2006/relationships/hyperlink" Target="https://hennessey.com/seo/local/why-is-seo-important-for-small-businesses/" TargetMode="External"/><Relationship Id="rId13" Type="http://schemas.openxmlformats.org/officeDocument/2006/relationships/hyperlink" Target="https://www.osmoscloud.com/blog/the-importance-of-seo-for-small-business-owners/" TargetMode="External"/><Relationship Id="rId14" Type="http://schemas.openxmlformats.org/officeDocument/2006/relationships/hyperlink" Target="https://startupvalley.news/uk/ai-imagery-for-se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