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Instacart revolutionises grocery shopping with innovative Caper Cart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Instacart, a prominent player in the grocery delivery sector, has introduced innovative features to its Caper Cart, aimed at enhancing the in-store shopping experience by incorporating gamification, personalized offers, and advertising. This development is part of Instacart's broader initiative to integrate online and physical shopping through its Connected Stores technology suite.</w:t>
      </w:r>
      <w:r/>
    </w:p>
    <w:p>
      <w:r/>
      <w:r>
        <w:t>These enhancements are being introduced in collaboration with retailers such as Schnucks and Wakefern Food Corp., and major brands including General Mills and PepsiCo. These partnerships signify a significant shift towards modernising traditional grocery shopping. The updated Caper Cart is poised to deliver a more engaging and efficient shopping journey, responding to a growing consumer readiness for such technology, with an Instacart survey indicating that 83% of consumers are prepared to embrace smart carts.</w:t>
      </w:r>
      <w:r/>
    </w:p>
    <w:p>
      <w:r/>
      <w:r>
        <w:t>The upgraded Caper Cart incorporates a series of interactive, gamified features designed to engage shoppers actively. These include quests like flash deals that turn shopping into a treasure hunt, revealing special offers as customers navigate the store. Additionally, rewards programmes incentivise frequent use, offering credits such as $10 discounts for repeat visits within a specified period. Moreover, customers can earn credits by clipping set numbers of personalised digital coupons, redeemable at checkout for financial savings.</w:t>
      </w:r>
      <w:r/>
    </w:p>
    <w:p>
      <w:r/>
      <w:r>
        <w:t>Further enhancing the shopping experience, location-based coupons alert customers to nearby discounts as they pass through store aisles. This feature aims to cater to the 50% of consumers, as revealed in the survey, who are interested in using artificial intelligence to secure the best deals. A notable 26% of surveyed individuals have expressed interest in AI-driven personalised offers and recommendations, with 76% open to using AI technology during their grocery shopping experience.</w:t>
      </w:r>
      <w:r/>
    </w:p>
    <w:p>
      <w:r/>
      <w:r>
        <w:t>Instacart plans to expand the presence of Caper Carts significantly, aiming to quadruple its footprint in the coming months. This expansion is evidence of the enthusiastic consumer reception of Caper Carts, which has been observed in stores like Bristol Farms, Fairway Market, and The Fresh Grocer in the United States, and ALDI in Austria. These carts enable customers to monitor their total spending and clip coupons directly on the cart, which has been linked to increased spending per shopping trip, as noted by Bob Hardester, Chief Information and Supply Chain Officer at Schnuck Markets Inc.</w:t>
      </w:r>
      <w:r/>
    </w:p>
    <w:p>
      <w:r/>
      <w:r>
        <w:t>David McIntosh, Instacart's Chief Connected Stores Officer, highlighted the transformative impact of Caper Carts, stating that they are revolutionising the traditional grocery store experience by making it more pleasurable and seamlessly integrated for customers, retailers, and brands alike.</w:t>
      </w:r>
      <w:r/>
    </w:p>
    <w:p>
      <w:r/>
      <w:r>
        <w:t>The introduction of these features represents a significant evolution in how consumers interact with grocery stores, providing a path forward for retailers looking to bridge the gap between online conveniences and in-store shopping experiences. As the retail landscape continues to adapt to technological advancements, Instacart's Caper Cart is setting a notable precedent for the future of grocery shopping.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https://www.instacart.com/company/pressreleases/instacart-launches-new-gamified-capabilities-savings-on-caper-carts/</w:t>
        </w:r>
      </w:hyperlink>
      <w:r>
        <w:t xml:space="preserve"> - Corroborates the introduction of gamified quests, location-based coupons, and aisle-aware advertising on Caper Carts, and the partnerships with retailers and brands.</w:t>
      </w:r>
      <w:r/>
    </w:p>
    <w:p>
      <w:pPr>
        <w:pStyle w:val="ListNumber"/>
        <w:spacing w:line="240" w:lineRule="auto"/>
        <w:ind w:left="720"/>
      </w:pPr>
      <w:r/>
      <w:hyperlink r:id="rId11">
        <w:r>
          <w:rPr>
            <w:color w:val="0000EE"/>
            <w:u w:val="single"/>
          </w:rPr>
          <w:t>https://www.retailcustomerexperience.com/news/instacart-beefs-up-caper-cart-capabilities/</w:t>
        </w:r>
      </w:hyperlink>
      <w:r>
        <w:t xml:space="preserve"> - Supports the addition of gamification, personalized offers, and advertising to Caper Carts, and the involvement of retailers like Schnucks and Wakefern Food Corp.</w:t>
      </w:r>
      <w:r/>
    </w:p>
    <w:p>
      <w:pPr>
        <w:pStyle w:val="ListNumber"/>
        <w:spacing w:line="240" w:lineRule="auto"/>
        <w:ind w:left="720"/>
      </w:pPr>
      <w:r/>
      <w:hyperlink r:id="rId12">
        <w:r>
          <w:rPr>
            <w:color w:val="0000EE"/>
            <w:u w:val="single"/>
          </w:rPr>
          <w:t>https://www.pymnts.com/news/retail/2024/instacart-says-smart-cart-gamification-features-make-shopping-an-adventure/</w:t>
        </w:r>
      </w:hyperlink>
      <w:r>
        <w:t xml:space="preserve"> - Details the gamified quests, location-based coupons, and aisle-aware ads, and quotes from Instacart's Chief Connected Stores Officer, David McIntosh.</w:t>
      </w:r>
      <w:r/>
    </w:p>
    <w:p>
      <w:pPr>
        <w:pStyle w:val="ListNumber"/>
        <w:spacing w:line="240" w:lineRule="auto"/>
        <w:ind w:left="720"/>
      </w:pPr>
      <w:r/>
      <w:hyperlink r:id="rId13">
        <w:r>
          <w:rPr>
            <w:color w:val="0000EE"/>
            <w:u w:val="single"/>
          </w:rPr>
          <w:t>https://www.retaildive.com/news/instacart-smart-carts-gamification-personalization/729105/</w:t>
        </w:r>
      </w:hyperlink>
      <w:r>
        <w:t xml:space="preserve"> - Explains the new features of Caper Carts, including gamification, location-based coupons, and aisle-aware advertising, and mentions the expansion plans and consumer reception.</w:t>
      </w:r>
      <w:r/>
    </w:p>
    <w:p>
      <w:pPr>
        <w:pStyle w:val="ListNumber"/>
        <w:spacing w:line="240" w:lineRule="auto"/>
        <w:ind w:left="720"/>
      </w:pPr>
      <w:r/>
      <w:hyperlink r:id="rId14">
        <w:r>
          <w:rPr>
            <w:color w:val="0000EE"/>
            <w:u w:val="single"/>
          </w:rPr>
          <w:t>https://www.supermarketnews.com/grocery-technology/instacart-launches-gamification-in-smart-carts</w:t>
        </w:r>
      </w:hyperlink>
      <w:r>
        <w:t xml:space="preserve"> - Corroborates the launch of gamification, location-based coupons, and ads on Caper Carts, and the partnerships with Schnuck Markets and Wakefern Food Corp.</w:t>
      </w:r>
      <w:r/>
    </w:p>
    <w:p>
      <w:pPr>
        <w:pStyle w:val="ListNumber"/>
        <w:spacing w:line="240" w:lineRule="auto"/>
        <w:ind w:left="720"/>
      </w:pPr>
      <w:r/>
      <w:hyperlink r:id="rId10">
        <w:r>
          <w:rPr>
            <w:color w:val="0000EE"/>
            <w:u w:val="single"/>
          </w:rPr>
          <w:t>https://www.instacart.com/company/pressreleases/instacart-launches-new-gamified-capabilities-savings-on-caper-carts/</w:t>
        </w:r>
      </w:hyperlink>
      <w:r>
        <w:t xml:space="preserve"> - Provides details on the consumer readiness for smart carts, citing an Instacart survey where 83% of consumers are ready for AI-powered savings.</w:t>
      </w:r>
      <w:r/>
    </w:p>
    <w:p>
      <w:pPr>
        <w:pStyle w:val="ListNumber"/>
        <w:spacing w:line="240" w:lineRule="auto"/>
        <w:ind w:left="720"/>
      </w:pPr>
      <w:r/>
      <w:hyperlink r:id="rId11">
        <w:r>
          <w:rPr>
            <w:color w:val="0000EE"/>
            <w:u w:val="single"/>
          </w:rPr>
          <w:t>https://www.retailcustomerexperience.com/news/instacart-beefs-up-caper-cart-capabilities/</w:t>
        </w:r>
      </w:hyperlink>
      <w:r>
        <w:t xml:space="preserve"> - Supports the consumer interest in using AI for deals and personalized offers, as revealed in the Instacart survey.</w:t>
      </w:r>
      <w:r/>
    </w:p>
    <w:p>
      <w:pPr>
        <w:pStyle w:val="ListNumber"/>
        <w:spacing w:line="240" w:lineRule="auto"/>
        <w:ind w:left="720"/>
      </w:pPr>
      <w:r/>
      <w:hyperlink r:id="rId12">
        <w:r>
          <w:rPr>
            <w:color w:val="0000EE"/>
            <w:u w:val="single"/>
          </w:rPr>
          <w:t>https://www.pymnts.com/news/retail/2024/instacart-says-smart-cart-gamification-features-make-shopping-an-adventure/</w:t>
        </w:r>
      </w:hyperlink>
      <w:r>
        <w:t xml:space="preserve"> - Describes the rewards programs and credits earned through gamified quests and coupon clipping on Caper Carts.</w:t>
      </w:r>
      <w:r/>
    </w:p>
    <w:p>
      <w:pPr>
        <w:pStyle w:val="ListNumber"/>
        <w:spacing w:line="240" w:lineRule="auto"/>
        <w:ind w:left="720"/>
      </w:pPr>
      <w:r/>
      <w:hyperlink r:id="rId13">
        <w:r>
          <w:rPr>
            <w:color w:val="0000EE"/>
            <w:u w:val="single"/>
          </w:rPr>
          <w:t>https://www.retaildive.com/news/instacart-smart-carts-gamification-personalization/729105/</w:t>
        </w:r>
      </w:hyperlink>
      <w:r>
        <w:t xml:space="preserve"> - Details the expansion plans for Caper Carts, including the significant increase in deployment over the last six months and future plans.</w:t>
      </w:r>
      <w:r/>
    </w:p>
    <w:p>
      <w:pPr>
        <w:pStyle w:val="ListNumber"/>
        <w:spacing w:line="240" w:lineRule="auto"/>
        <w:ind w:left="720"/>
      </w:pPr>
      <w:r/>
      <w:hyperlink r:id="rId14">
        <w:r>
          <w:rPr>
            <w:color w:val="0000EE"/>
            <w:u w:val="single"/>
          </w:rPr>
          <w:t>https://www.supermarketnews.com/grocery-technology/instacart-launches-gamification-in-smart-carts</w:t>
        </w:r>
      </w:hyperlink>
      <w:r>
        <w:t xml:space="preserve"> - Corroborates the increased spending per shopping trip due to the use of Caper Carts, as noted by Bob Hardester of Schnuck Markets Inc.</w:t>
      </w:r>
      <w:r/>
    </w:p>
    <w:p>
      <w:pPr>
        <w:pStyle w:val="ListNumber"/>
        <w:spacing w:line="240" w:lineRule="auto"/>
        <w:ind w:left="720"/>
      </w:pPr>
      <w:r/>
      <w:hyperlink r:id="rId12">
        <w:r>
          <w:rPr>
            <w:color w:val="0000EE"/>
            <w:u w:val="single"/>
          </w:rPr>
          <w:t>https://www.pymnts.com/news/retail/2024/instacart-says-smart-cart-gamification-features-make-shopping-an-adventure/</w:t>
        </w:r>
      </w:hyperlink>
      <w:r>
        <w:t xml:space="preserve"> - Quotes David McIntosh on the transformative impact of Caper Carts in making grocery shopping more delightful and seamless.</w:t>
      </w:r>
      <w:r/>
    </w:p>
    <w:p>
      <w:pPr>
        <w:pStyle w:val="ListNumber"/>
        <w:spacing w:line="240" w:lineRule="auto"/>
        <w:ind w:left="720"/>
      </w:pPr>
      <w:r/>
      <w:hyperlink r:id="rId11">
        <w:r>
          <w:rPr>
            <w:color w:val="0000EE"/>
            <w:u w:val="single"/>
          </w:rPr>
          <w:t>https://www.retailcustomerexperience.com/news/instacart-beefs-up-caper-cart-capabilities/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tacart.com/company/pressreleases/instacart-launches-new-gamified-capabilities-savings-on-caper-carts/" TargetMode="External"/><Relationship Id="rId11" Type="http://schemas.openxmlformats.org/officeDocument/2006/relationships/hyperlink" Target="https://www.retailcustomerexperience.com/news/instacart-beefs-up-caper-cart-capabilities/" TargetMode="External"/><Relationship Id="rId12" Type="http://schemas.openxmlformats.org/officeDocument/2006/relationships/hyperlink" Target="https://www.pymnts.com/news/retail/2024/instacart-says-smart-cart-gamification-features-make-shopping-an-adventure/" TargetMode="External"/><Relationship Id="rId13" Type="http://schemas.openxmlformats.org/officeDocument/2006/relationships/hyperlink" Target="https://www.retaildive.com/news/instacart-smart-carts-gamification-personalization/729105/" TargetMode="External"/><Relationship Id="rId14" Type="http://schemas.openxmlformats.org/officeDocument/2006/relationships/hyperlink" Target="https://www.supermarketnews.com/grocery-technology/instacart-launches-gamification-in-smart-ca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