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IoT and AI integration: revolutionising industries and elevating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IoT and AI Integration: Revolutionizing Industries and Elevating Cybersecurity</w:t>
      </w:r>
      <w:r/>
    </w:p>
    <w:p>
      <w:r/>
      <w:r>
        <w:t>In the rapidly transforming landscape of technology, the intersection of the Internet of Things (IoT) and artificial intelligence (AI) is catalysing significant changes across various industries, enhancing efficiencies and advancing cybersecurity measures. As IoT devices continue to proliferate, connecting machines, appliances, and everyday objects to the internet, they generate massive amounts of data. This data, when integrated with platforms like Salesforce IoT Cloud, facilitates smarter decision-making, improved customer service, and streamlined operations.</w:t>
      </w:r>
      <w:r/>
    </w:p>
    <w:p>
      <w:r/>
      <w:r>
        <w:rPr>
          <w:b/>
        </w:rPr>
        <w:t>Salesforce IoT Cloud: Bridging IoT and Customer Data</w:t>
      </w:r>
      <w:r/>
    </w:p>
    <w:p>
      <w:r/>
      <w:r>
        <w:t>Salesforce IoT Cloud is revolutionising how businesses operate by connecting IoT device data directly to customer profiles within Salesforce. This integration enables proactive solutions, such as real-time problem notification and service automation, effectively improving customer satisfaction. For instance, a smart thermostat capable of identifying its maintenance needs can alert the service provider to act before the issue becomes apparent to the customer.</w:t>
      </w:r>
      <w:r/>
    </w:p>
    <w:p>
      <w:r/>
      <w:r>
        <w:t>However, the implementation of Salesforce IoT Cloud poses challenges including device integration complexities, data management, and real-time operational efficiency. Overcoming these hurdles often requires middleware platforms and custom solutions, such as using tools like MuleSoft for bridging communication protocols or deploying AWS IoT Core for device management.</w:t>
      </w:r>
      <w:r/>
    </w:p>
    <w:p>
      <w:r/>
      <w:r>
        <w:rPr>
          <w:b/>
        </w:rPr>
        <w:t>Industries Maximizing IoT and Salesforce Integration</w:t>
      </w:r>
      <w:r/>
    </w:p>
    <w:p>
      <w:r/>
      <w:r>
        <w:t>Several industries have been at the forefront in adopting IoT, seeing transformative impacts through Salesforce IoT Cloud:</w:t>
      </w:r>
      <w:r/>
    </w:p>
    <w:p>
      <w:r/>
      <w:r>
        <w:t xml:space="preserve">1. </w:t>
      </w:r>
      <w:r>
        <w:rPr>
          <w:b/>
        </w:rPr>
        <w:t>Manufacturing</w:t>
      </w:r>
      <w:r>
        <w:t>: IoT allows manufacturers to engage in predictive maintenance, reducing equipment downtime through real-time management and automated alerts for maintenance needs.</w:t>
      </w:r>
      <w:r/>
    </w:p>
    <w:p>
      <w:r/>
      <w:r>
        <w:t xml:space="preserve">2. </w:t>
      </w:r>
      <w:r>
        <w:rPr>
          <w:b/>
        </w:rPr>
        <w:t>Healthcare</w:t>
      </w:r>
      <w:r>
        <w:t>: Wearable IoT devices provide real-time patient monitoring, enhancing patient care by integrating health data with patient records for timely medical interventions.</w:t>
      </w:r>
      <w:r/>
    </w:p>
    <w:p>
      <w:r/>
      <w:r>
        <w:t xml:space="preserve">3. </w:t>
      </w:r>
      <w:r>
        <w:rPr>
          <w:b/>
        </w:rPr>
        <w:t>Retail</w:t>
      </w:r>
      <w:r>
        <w:t>: By leveraging connected devices such as smart shelves and digital price tags, retailers can optimize inventory management and personalize customer experiences.</w:t>
      </w:r>
      <w:r/>
    </w:p>
    <w:p>
      <w:r/>
      <w:r>
        <w:t xml:space="preserve">4. </w:t>
      </w:r>
      <w:r>
        <w:rPr>
          <w:b/>
        </w:rPr>
        <w:t>Transportation and Logistics</w:t>
      </w:r>
      <w:r>
        <w:t>: These sectors benefit from real-time data for efficient fleet management, delivering improved customer service through proactive operational adjustments.</w:t>
      </w:r>
      <w:r/>
    </w:p>
    <w:p>
      <w:r/>
      <w:r>
        <w:rPr>
          <w:b/>
        </w:rPr>
        <w:t>Cybersecurity: An Evolving Threat Landscape with AI</w:t>
      </w:r>
      <w:r/>
    </w:p>
    <w:p>
      <w:r/>
      <w:r>
        <w:t>With the growing integration of IoT and AI comes an expanded cybersecurity threat landscape. Organisations are increasingly relying on automation and AI to process the vast amounts of data IoT devices produce. According to Daniel dos Santos, senior director of security research at Forescout's Vedere Lab, generative AI capabilities enhance the ability to analyse and respond to cybersecurity threats, making them more understandable and actionable for human teams.</w:t>
      </w:r>
      <w:r/>
    </w:p>
    <w:p>
      <w:r/>
      <w:r>
        <w:t>AI is now instrumental in identifying and categorizing malicious activities, improving the detection of anomalies. However, the dependence on automated systems raises concerns about human skill depreciation in identifying security anomalies. It is argued that while AI can handle data volumes that far exceed human capacity, skilled personnel remain essential to interpret AI findings and make informed security decisions.</w:t>
      </w:r>
      <w:r/>
    </w:p>
    <w:p>
      <w:r/>
      <w:r>
        <w:rPr>
          <w:b/>
        </w:rPr>
        <w:t>The Double-Edged Sword of AI in Cybersecurity</w:t>
      </w:r>
      <w:r/>
    </w:p>
    <w:p>
      <w:r/>
      <w:r>
        <w:t>Notably, AI tools have also been co-opted by threat actors, who leverage AI like ChatGPT to refine malware or generate misleading content. A recent report by OpenAI highlighted attempts by hackers to use AI for malicious activities, heightening the necessity for enhanced defences.</w:t>
      </w:r>
      <w:r/>
    </w:p>
    <w:p>
      <w:r/>
      <w:r>
        <w:t>Organisations are noticing AI's role in sophisticated cyberattacks, prompting increased investment in AI-driven security strategies. A significant portion of companies view AI-powered attacks as a major threat, leading to the implementation of AI policies and advanced threat detection systems.</w:t>
      </w:r>
      <w:r/>
    </w:p>
    <w:p>
      <w:r/>
      <w:r>
        <w:rPr>
          <w:b/>
        </w:rPr>
        <w:t>CrowdStrike Outage: A Case Study in Automation Risks</w:t>
      </w:r>
      <w:r/>
    </w:p>
    <w:p>
      <w:r/>
      <w:r>
        <w:t>The challenges of automation were starkly illustrated by the CrowdStrike outage, where a buggy sensor update led to a global system crash affecting millions of devices. This incident underlined the crucial need for rigorous testing and gradual deployment in large-scale IT environments, cautioning against over-reliance on automation without robust oversight.</w:t>
      </w:r>
      <w:r/>
    </w:p>
    <w:p>
      <w:r/>
      <w:r>
        <w:rPr>
          <w:b/>
        </w:rPr>
        <w:t>Conclusion</w:t>
      </w:r>
      <w:r/>
    </w:p>
    <w:p>
      <w:r/>
      <w:r>
        <w:t>As IoT and AI continue to evolve, the interplay between these technologies presents opportunities for enhanced operational efficiencies and strengthens defences against escalating cybersecurity threats. However, the success of these integrations hinges on overcoming technical challenges, ensuring robust security protocols, and maintaining human oversight to manage and interpret increasingly sophisticated systems.</w:t>
      </w:r>
      <w:r/>
    </w:p>
    <w:p>
      <w:r/>
      <w:r>
        <w:t>In a world where technological landscapes are in constant flux, the balance between automation and human proficiency remains central to harnessing the full potential of IoT and AI while safeguarding against emerging risks.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https://zerynth.com/blog/industrial-iot-and-ai-in-2025-the-trends-that-will-reshape-the-future-of-industry/</w:t>
        </w:r>
      </w:hyperlink>
      <w:r>
        <w:t xml:space="preserve"> - Corroborates the integration of AI with Industrial IoT, enhancing operational efficiency and sustainability, and predicts the growth of IIoT spending and adoption by 2025.</w:t>
      </w:r>
      <w:r/>
    </w:p>
    <w:p>
      <w:pPr>
        <w:pStyle w:val="ListNumber"/>
        <w:spacing w:line="240" w:lineRule="auto"/>
        <w:ind w:left="720"/>
      </w:pPr>
      <w:r/>
      <w:hyperlink r:id="rId11">
        <w:r>
          <w:rPr>
            <w:color w:val="0000EE"/>
            <w:u w:val="single"/>
          </w:rPr>
          <w:t>https://itechnotion.com/ai-iot-industries-revolution</w:t>
        </w:r>
      </w:hyperlink>
      <w:r>
        <w:t xml:space="preserve"> - Supports the use of AI and IoT in various industries such as manufacturing, agriculture, supply chain management, and healthcare, highlighting predictive maintenance and real-time data analysis.</w:t>
      </w:r>
      <w:r/>
    </w:p>
    <w:p>
      <w:pPr>
        <w:pStyle w:val="ListNumber"/>
        <w:spacing w:line="240" w:lineRule="auto"/>
        <w:ind w:left="720"/>
      </w:pPr>
      <w:r/>
      <w:hyperlink r:id="rId12">
        <w:r>
          <w:rPr>
            <w:color w:val="0000EE"/>
            <w:u w:val="single"/>
          </w:rPr>
          <w:t>https://appinventiv.com/blog/ai-and-iot-in-business/</w:t>
        </w:r>
      </w:hyperlink>
      <w:r>
        <w:t xml:space="preserve"> - Explains how AI and IoT integration drives automation, efficiency, and innovation across industries, including predictive maintenance, smart homes, and supply chain optimization.</w:t>
      </w:r>
      <w:r/>
    </w:p>
    <w:p>
      <w:pPr>
        <w:pStyle w:val="ListNumber"/>
        <w:spacing w:line="240" w:lineRule="auto"/>
        <w:ind w:left="720"/>
      </w:pPr>
      <w:r/>
      <w:hyperlink r:id="rId13">
        <w:r>
          <w:rPr>
            <w:color w:val="0000EE"/>
            <w:u w:val="single"/>
          </w:rPr>
          <w:t>https://www.acldigital.com/blogs/revolutionizing-industries-iot-ai-and-digital-twin-technologies</w:t>
        </w:r>
      </w:hyperlink>
      <w:r>
        <w:t xml:space="preserve"> - Details the integration of IoT, AI, and Digital Twin technologies in industries like manufacturing and logistics, emphasizing predictive maintenance and real-time data analysis.</w:t>
      </w:r>
      <w:r/>
    </w:p>
    <w:p>
      <w:pPr>
        <w:pStyle w:val="ListNumber"/>
        <w:spacing w:line="240" w:lineRule="auto"/>
        <w:ind w:left="720"/>
      </w:pPr>
      <w:r/>
      <w:hyperlink r:id="rId10">
        <w:r>
          <w:rPr>
            <w:color w:val="0000EE"/>
            <w:u w:val="single"/>
          </w:rPr>
          <w:t>https://zerynth.com/blog/industrial-iot-and-ai-in-2025-the-trends-that-will-reshape-the-future-of-industry/</w:t>
        </w:r>
      </w:hyperlink>
      <w:r>
        <w:t xml:space="preserve"> - Discusses the role of Industry 5.0 and the emphasis on environmental sustainability and human-machine integration, aligning with the transformative impacts of IoT and AI.</w:t>
      </w:r>
      <w:r/>
    </w:p>
    <w:p>
      <w:pPr>
        <w:pStyle w:val="ListNumber"/>
        <w:spacing w:line="240" w:lineRule="auto"/>
        <w:ind w:left="720"/>
      </w:pPr>
      <w:r/>
      <w:hyperlink r:id="rId11">
        <w:r>
          <w:rPr>
            <w:color w:val="0000EE"/>
            <w:u w:val="single"/>
          </w:rPr>
          <w:t>https://itechnotion.com/ai-iot-industries-revolution</w:t>
        </w:r>
      </w:hyperlink>
      <w:r>
        <w:t xml:space="preserve"> - Highlights the use of IoT and AI in healthcare for real-time patient monitoring and in smart cities for traffic management and public safety.</w:t>
      </w:r>
      <w:r/>
    </w:p>
    <w:p>
      <w:pPr>
        <w:pStyle w:val="ListNumber"/>
        <w:spacing w:line="240" w:lineRule="auto"/>
        <w:ind w:left="720"/>
      </w:pPr>
      <w:r/>
      <w:hyperlink r:id="rId12">
        <w:r>
          <w:rPr>
            <w:color w:val="0000EE"/>
            <w:u w:val="single"/>
          </w:rPr>
          <w:t>https://appinventiv.com/blog/ai-and-iot-in-business/</w:t>
        </w:r>
      </w:hyperlink>
      <w:r>
        <w:t xml:space="preserve"> - Explains how IoT and AI enhance customer experiences through personalized recommendations and targeted marketing, and improve safety and security.</w:t>
      </w:r>
      <w:r/>
    </w:p>
    <w:p>
      <w:pPr>
        <w:pStyle w:val="ListNumber"/>
        <w:spacing w:line="240" w:lineRule="auto"/>
        <w:ind w:left="720"/>
      </w:pPr>
      <w:r/>
      <w:hyperlink r:id="rId13">
        <w:r>
          <w:rPr>
            <w:color w:val="0000EE"/>
            <w:u w:val="single"/>
          </w:rPr>
          <w:t>https://www.acldigital.com/blogs/revolutionizing-industries-iot-ai-and-digital-twin-technologies</w:t>
        </w:r>
      </w:hyperlink>
      <w:r>
        <w:t xml:space="preserve"> - Provides examples of IoT and AI in supply chain and logistics optimization, using Digital Twins to simulate and optimize processes.</w:t>
      </w:r>
      <w:r/>
    </w:p>
    <w:p>
      <w:pPr>
        <w:pStyle w:val="ListNumber"/>
        <w:spacing w:line="240" w:lineRule="auto"/>
        <w:ind w:left="720"/>
      </w:pPr>
      <w:r/>
      <w:hyperlink r:id="rId11">
        <w:r>
          <w:rPr>
            <w:color w:val="0000EE"/>
            <w:u w:val="single"/>
          </w:rPr>
          <w:t>https://itechnotion.com/ai-iot-industries-revolution</w:t>
        </w:r>
      </w:hyperlink>
      <w:r>
        <w:t xml:space="preserve"> - Supports the idea that AI and IoT are crucial for energy management, creating smart grids and energy-efficient solutions.</w:t>
      </w:r>
      <w:r/>
    </w:p>
    <w:p>
      <w:pPr>
        <w:pStyle w:val="ListNumber"/>
        <w:spacing w:line="240" w:lineRule="auto"/>
        <w:ind w:left="720"/>
      </w:pPr>
      <w:r/>
      <w:hyperlink r:id="rId12">
        <w:r>
          <w:rPr>
            <w:color w:val="0000EE"/>
            <w:u w:val="single"/>
          </w:rPr>
          <w:t>https://appinventiv.com/blog/ai-and-iot-in-business/</w:t>
        </w:r>
      </w:hyperlink>
      <w:r>
        <w:t xml:space="preserve"> - Discusses the importance of human oversight in AI-driven systems to interpret findings and make informed decisions, especially in cybersecurity.</w:t>
      </w:r>
      <w:r/>
    </w:p>
    <w:p>
      <w:pPr>
        <w:pStyle w:val="ListNumber"/>
        <w:spacing w:line="240" w:lineRule="auto"/>
        <w:ind w:left="720"/>
      </w:pPr>
      <w:r/>
      <w:hyperlink r:id="rId13">
        <w:r>
          <w:rPr>
            <w:color w:val="0000EE"/>
            <w:u w:val="single"/>
          </w:rPr>
          <w:t>https://www.acldigital.com/blogs/revolutionizing-industries-iot-ai-and-digital-twin-technologies</w:t>
        </w:r>
      </w:hyperlink>
      <w:r>
        <w:t xml:space="preserve"> - Emphasizes the need for robust security protocols and human oversight in managing and interpreting data from IoT and AI systems to mitigate cybersecurity risks.</w:t>
      </w:r>
      <w:r/>
    </w:p>
    <w:p>
      <w:pPr>
        <w:pStyle w:val="ListNumber"/>
        <w:spacing w:line="240" w:lineRule="auto"/>
        <w:ind w:left="720"/>
      </w:pPr>
      <w:r/>
      <w:hyperlink r:id="rId14">
        <w:r>
          <w:rPr>
            <w:color w:val="0000EE"/>
            <w:u w:val="single"/>
          </w:rPr>
          <w:t>https://www.iotforall.com/challenges-and-solutions-in-salesforce-iot-cloud-implementation</w:t>
        </w:r>
      </w:hyperlink>
      <w:r>
        <w:t xml:space="preserve"> - Please view link - unable to able to access data</w:t>
      </w:r>
      <w:r/>
    </w:p>
    <w:p>
      <w:pPr>
        <w:pStyle w:val="ListNumber"/>
        <w:spacing w:line="240" w:lineRule="auto"/>
        <w:ind w:left="720"/>
      </w:pPr>
      <w:r/>
      <w:hyperlink r:id="rId15">
        <w:r>
          <w:rPr>
            <w:color w:val="0000EE"/>
            <w:u w:val="single"/>
          </w:rPr>
          <w:t>https://www.zdnet.com/article/can-too-much-automation-be-bad-for-cybersecurity/#ftag=RSSbaffb68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erynth.com/blog/industrial-iot-and-ai-in-2025-the-trends-that-will-reshape-the-future-of-industry/" TargetMode="External"/><Relationship Id="rId11" Type="http://schemas.openxmlformats.org/officeDocument/2006/relationships/hyperlink" Target="https://itechnotion.com/ai-iot-industries-revolution" TargetMode="External"/><Relationship Id="rId12" Type="http://schemas.openxmlformats.org/officeDocument/2006/relationships/hyperlink" Target="https://appinventiv.com/blog/ai-and-iot-in-business/" TargetMode="External"/><Relationship Id="rId13" Type="http://schemas.openxmlformats.org/officeDocument/2006/relationships/hyperlink" Target="https://www.acldigital.com/blogs/revolutionizing-industries-iot-ai-and-digital-twin-technologies" TargetMode="External"/><Relationship Id="rId14" Type="http://schemas.openxmlformats.org/officeDocument/2006/relationships/hyperlink" Target="https://www.iotforall.com/challenges-and-solutions-in-salesforce-iot-cloud-implementation" TargetMode="External"/><Relationship Id="rId15" Type="http://schemas.openxmlformats.org/officeDocument/2006/relationships/hyperlink" Target="https://www.zdnet.com/article/can-too-much-automation-be-bad-for-cybersecurity/#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