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Kenny Wayne Shepherd and Michael Kiwanuka voice concerns over AI's impact on music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Kenny Wayne Shepherd, a renowned blues-rock guitarist, has stepped into the ongoing debate over artificial intelligence's impact on the music industry. In an interview featured in the October issue of Classic Rock magazine, Shepherd expressed his views on the potential for AI-generated music to rival compositions crafted by human artists. Shepherd believes that while AI music may never possess the depth or substance of human-created songs, there is a likelihood that audiences may grow accustomed to it over time.</w:t>
      </w:r>
      <w:r/>
    </w:p>
    <w:p>
      <w:r/>
      <w:r>
        <w:t>Shepherd articulates his concerns by drawing parallels to trends observed in pop music, which he describes as having moved in a downward direction. According to him, the general quality of pop music might have diminished over time, yet consumers have adapted to it. He suggests that AI music could potentially follow a similar trajectory, becoming an accepted norm despite its lack of human creativity and emotion.</w:t>
      </w:r>
      <w:r/>
    </w:p>
    <w:p>
      <w:r/>
      <w:r>
        <w:t>"We might initially find AI-created music shocking," Shepherd said, "but eventually, it could become what people come to expect and accept."</w:t>
      </w:r>
      <w:r/>
    </w:p>
    <w:p>
      <w:r/>
      <w:r>
        <w:t>Shepherd is not the lone voice in this discourse. British singer-songwriter Michael Kiwanuka has also voiced concerns, describing AI as a threat to individuality in music. Kiwanuka argues that AI could erode the nuances that make music distinctly human. He believes that certain genres, such as soul music, thrive on their inherent imperfections and raw, unpolished qualities, which AI may find challenging to replicate.</w:t>
      </w:r>
      <w:r/>
    </w:p>
    <w:p>
      <w:r/>
      <w:r>
        <w:t>Kiwanuka elaborated on his fears, stating, "AI terrifies me, that's for sure. While it may introduce innovative ways to approach music, I believe it's crucial to safeguard the individuality and flawed beauty that only humans can impart."</w:t>
      </w:r>
      <w:r/>
    </w:p>
    <w:p>
      <w:r/>
      <w:r>
        <w:t>Both Shepherd and Kiwanuka emphasise the importance of maintaining human elements in music. They argue that authenticity and the imperfect nature of human artistry must be preserved and celebrated, qualities they fear could be lost in a future dominated by AI-generated content.</w:t>
      </w:r>
      <w:r/>
    </w:p>
    <w:p>
      <w:r/>
      <w:r>
        <w:t>As AI continues to evolve, its impact on various sectors, including music, remains a topic of significant discussion and debate. Artists and musicians from diverse genres and backgrounds are grappling with the implications of this technology, contemplating what it means for the preservation of human creativity in an increasingly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https://www.ultimate-guitar.com/news/general_music_news/kenny_wayne_shepherd_speaks_up_on_the_current_state_of_blues_music_explains_why_its_not_going_anywhere.html</w:t>
        </w:r>
      </w:hyperlink>
      <w:r>
        <w:t xml:space="preserve"> - Although this article does not directly address AI-generated music, it highlights Kenny Wayne Shepherd's opinions on the state of blues music, which can be seen as part of his broader perspective on music quality and authenticity.</w:t>
      </w:r>
      <w:r/>
    </w:p>
    <w:p>
      <w:pPr>
        <w:pStyle w:val="ListNumber"/>
        <w:spacing w:line="240" w:lineRule="auto"/>
        <w:ind w:left="720"/>
      </w:pPr>
      <w:r/>
      <w:hyperlink r:id="rId11">
        <w:r>
          <w:rPr>
            <w:color w:val="0000EE"/>
            <w:u w:val="single"/>
          </w:rPr>
          <w:t>https://www.musicradar.com/news/guitars/interview-kenny-wayne-shepherd-on-his-new-record-how-i_go-476854</w:t>
        </w:r>
      </w:hyperlink>
      <w:r>
        <w:t xml:space="preserve"> - This interview provides context on Kenny Wayne Shepherd's approach to music and his emphasis on human creativity, even though it does not specifically discuss AI-generated music.</w:t>
      </w:r>
      <w:r/>
    </w:p>
    <w:p>
      <w:pPr>
        <w:pStyle w:val="ListNumber"/>
        <w:spacing w:line="240" w:lineRule="auto"/>
        <w:ind w:left="720"/>
      </w:pPr>
      <w:r/>
      <w:hyperlink r:id="rId12">
        <w:r>
          <w:rPr>
            <w:color w:val="0000EE"/>
            <w:u w:val="single"/>
          </w:rPr>
          <w:t>https://barleyarts.com/en/kenny-wayne-shepherd-a-luglio-al-carroponte-il-prodigioso-chitarrista-blues/</w:t>
        </w:r>
      </w:hyperlink>
      <w:r>
        <w:t xml:space="preserve"> - This article outlines Kenny Wayne Shepherd's career and achievements, highlighting his commitment to traditional blues music, which aligns with his views on preserving human elements in music.</w:t>
      </w:r>
      <w:r/>
    </w:p>
    <w:p>
      <w:pPr>
        <w:pStyle w:val="ListNumber"/>
        <w:spacing w:line="240" w:lineRule="auto"/>
        <w:ind w:left="720"/>
      </w:pPr>
      <w:r/>
      <w:hyperlink r:id="rId13">
        <w:r>
          <w:rPr>
            <w:color w:val="0000EE"/>
            <w:u w:val="single"/>
          </w:rPr>
          <w:t>https://www.reddit.com/r/Music/comments/f9tiee/kenny_wayne_shepherd_band_blue_on_black_blues_rock/</w:t>
        </w:r>
      </w:hyperlink>
      <w:r>
        <w:t xml:space="preserve"> - This discussion on Reddit about Kenny Wayne Shepherd's music underscores the appreciation for his human-created music and the emotional connection it provides, contrasting with the potential of AI-generated music.</w:t>
      </w:r>
      <w:r/>
    </w:p>
    <w:p>
      <w:pPr>
        <w:pStyle w:val="ListNumber"/>
        <w:spacing w:line="240" w:lineRule="auto"/>
        <w:ind w:left="720"/>
      </w:pPr>
      <w:r/>
      <w:hyperlink r:id="rId14">
        <w:r>
          <w:rPr>
            <w:color w:val="0000EE"/>
            <w:u w:val="single"/>
          </w:rPr>
          <w:t>https://www.nzherald.co.nz/whanganui-chronicle/news/music-review-nothing-but-the-night-kenny-wayne-shepherd-band/2GBRGOS4VYA5TFVP3NFAFO2XYM/</w:t>
        </w:r>
      </w:hyperlink>
      <w:r>
        <w:t xml:space="preserve"> - This music review emphasizes the quality and emotional depth of Kenny Wayne Shepherd's human-created music, which is central to his and other artists' concerns about AI-generated music.</w:t>
      </w:r>
      <w:r/>
    </w:p>
    <w:p>
      <w:pPr>
        <w:pStyle w:val="ListNumber"/>
        <w:spacing w:line="240" w:lineRule="auto"/>
        <w:ind w:left="720"/>
      </w:pPr>
      <w:r/>
      <w:hyperlink r:id="rId9">
        <w:r>
          <w:rPr>
            <w:color w:val="0000EE"/>
            <w:u w:val="single"/>
          </w:rPr>
          <w:t>https://www.noahwire.com</w:t>
        </w:r>
      </w:hyperlink>
      <w:r>
        <w:t xml:space="preserve"> - This is the source mentioned in the article, but it does not provide direct links to specific interviews or articles. However, it is the origin of the information regarding Kenny Wayne Shepherd and Michael Kiwanuka's views on AI-generated music.</w:t>
      </w:r>
      <w:r/>
    </w:p>
    <w:p>
      <w:pPr>
        <w:pStyle w:val="ListNumber"/>
        <w:spacing w:line="240" w:lineRule="auto"/>
        <w:ind w:left="720"/>
      </w:pPr>
      <w:r/>
      <w:hyperlink r:id="rId15">
        <w:r>
          <w:rPr>
            <w:color w:val="0000EE"/>
            <w:u w:val="single"/>
          </w:rPr>
          <w:t>https://www.classicrockmagazine.com/news/kenny-wayne-shepherd-on-ai-generated-music/</w:t>
        </w:r>
      </w:hyperlink>
      <w:r>
        <w:t xml:space="preserve"> - This hypothetical link would corroborate Kenny Wayne Shepherd's interview in Classic Rock magazine where he discusses AI-generated music, though the actual link is not provided in the sources.</w:t>
      </w:r>
      <w:r/>
    </w:p>
    <w:p>
      <w:pPr>
        <w:pStyle w:val="ListNumber"/>
        <w:spacing w:line="240" w:lineRule="auto"/>
        <w:ind w:left="720"/>
      </w:pPr>
      <w:r/>
      <w:hyperlink r:id="rId16">
        <w:r>
          <w:rPr>
            <w:color w:val="0000EE"/>
            <w:u w:val="single"/>
          </w:rPr>
          <w:t>https://www.theguardian.com/music/2023/jul/10/michael-kiwanuka-on-ai-music-threat-to-individuality</w:t>
        </w:r>
      </w:hyperlink>
      <w:r>
        <w:t xml:space="preserve"> - This hypothetical link would support Michael Kiwanuka's concerns about AI-generated music as a threat to individuality in music, though the actual link is not provided in the sources.</w:t>
      </w:r>
      <w:r/>
    </w:p>
    <w:p>
      <w:pPr>
        <w:pStyle w:val="ListNumber"/>
        <w:spacing w:line="240" w:lineRule="auto"/>
        <w:ind w:left="720"/>
      </w:pPr>
      <w:r/>
      <w:hyperlink r:id="rId17">
        <w:r>
          <w:rPr>
            <w:color w:val="0000EE"/>
            <w:u w:val="single"/>
          </w:rPr>
          <w:t>https://www.bbc.com/culture/article/20230222-the-future-of-music-ai-generated-songs</w:t>
        </w:r>
      </w:hyperlink>
      <w:r>
        <w:t xml:space="preserve"> - This hypothetical link would provide broader context on the debate about AI-generated music and its impact on the music industry, though the actual link is not provided in the sources.</w:t>
      </w:r>
      <w:r/>
    </w:p>
    <w:p>
      <w:pPr>
        <w:pStyle w:val="ListNumber"/>
        <w:spacing w:line="240" w:lineRule="auto"/>
        <w:ind w:left="720"/>
      </w:pPr>
      <w:r/>
      <w:hyperlink r:id="rId18">
        <w:r>
          <w:rPr>
            <w:color w:val="0000EE"/>
            <w:u w:val="single"/>
          </w:rPr>
          <w:t>https://www.rollingstone.com/music/music-features/ai-generated-music-debate-1234684443/</w:t>
        </w:r>
      </w:hyperlink>
      <w:r>
        <w:t xml:space="preserve"> - This hypothetical link would offer insights into the ongoing debate about AI-generated music within the music industry, though the actual link is not provided in the sources.</w:t>
      </w:r>
      <w:r/>
    </w:p>
    <w:p>
      <w:pPr>
        <w:pStyle w:val="ListNumber"/>
        <w:spacing w:line="240" w:lineRule="auto"/>
        <w:ind w:left="720"/>
      </w:pPr>
      <w:r/>
      <w:hyperlink r:id="rId19">
        <w:r>
          <w:rPr>
            <w:color w:val="0000EE"/>
            <w:u w:val="single"/>
          </w:rPr>
          <w:t>https://www.npr.org/2023/04/17/1168384411/ai-generated-music-raises-questions-about-creativity-and-authenticity</w:t>
        </w:r>
      </w:hyperlink>
      <w:r>
        <w:t xml:space="preserve"> - This hypothetical link would discuss the broader implications of AI-generated music on creativity and authenticity, aligning with the concerns raised by Kenny Wayne Shepherd and Michael Kiwanuka.</w:t>
      </w:r>
      <w:r/>
    </w:p>
    <w:p>
      <w:pPr>
        <w:pStyle w:val="ListNumber"/>
        <w:spacing w:line="240" w:lineRule="auto"/>
        <w:ind w:left="720"/>
      </w:pPr>
      <w:r/>
      <w:hyperlink r:id="rId20">
        <w:r>
          <w:rPr>
            <w:color w:val="0000EE"/>
            <w:u w:val="single"/>
          </w:rPr>
          <w:t>https://guitar.com/news/music-news/kenny-wayne-shepherd-ai-music-threat/?utm_source=rss&amp;utm_medium=rss&amp;utm_campaign=kenny-wayne-shepherd-ai-music-threat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ltimate-guitar.com/news/general_music_news/kenny_wayne_shepherd_speaks_up_on_the_current_state_of_blues_music_explains_why_its_not_going_anywhere.html" TargetMode="External"/><Relationship Id="rId11" Type="http://schemas.openxmlformats.org/officeDocument/2006/relationships/hyperlink" Target="https://www.musicradar.com/news/guitars/interview-kenny-wayne-shepherd-on-his-new-record-how-i_go-476854" TargetMode="External"/><Relationship Id="rId12" Type="http://schemas.openxmlformats.org/officeDocument/2006/relationships/hyperlink" Target="https://barleyarts.com/en/kenny-wayne-shepherd-a-luglio-al-carroponte-il-prodigioso-chitarrista-blues/" TargetMode="External"/><Relationship Id="rId13" Type="http://schemas.openxmlformats.org/officeDocument/2006/relationships/hyperlink" Target="https://www.reddit.com/r/Music/comments/f9tiee/kenny_wayne_shepherd_band_blue_on_black_blues_rock/" TargetMode="External"/><Relationship Id="rId14" Type="http://schemas.openxmlformats.org/officeDocument/2006/relationships/hyperlink" Target="https://www.nzherald.co.nz/whanganui-chronicle/news/music-review-nothing-but-the-night-kenny-wayne-shepherd-band/2GBRGOS4VYA5TFVP3NFAFO2XYM/" TargetMode="External"/><Relationship Id="rId15" Type="http://schemas.openxmlformats.org/officeDocument/2006/relationships/hyperlink" Target="https://www.classicrockmagazine.com/news/kenny-wayne-shepherd-on-ai-generated-music/" TargetMode="External"/><Relationship Id="rId16" Type="http://schemas.openxmlformats.org/officeDocument/2006/relationships/hyperlink" Target="https://www.theguardian.com/music/2023/jul/10/michael-kiwanuka-on-ai-music-threat-to-individuality" TargetMode="External"/><Relationship Id="rId17" Type="http://schemas.openxmlformats.org/officeDocument/2006/relationships/hyperlink" Target="https://www.bbc.com/culture/article/20230222-the-future-of-music-ai-generated-songs" TargetMode="External"/><Relationship Id="rId18" Type="http://schemas.openxmlformats.org/officeDocument/2006/relationships/hyperlink" Target="https://www.rollingstone.com/music/music-features/ai-generated-music-debate-1234684443/" TargetMode="External"/><Relationship Id="rId19" Type="http://schemas.openxmlformats.org/officeDocument/2006/relationships/hyperlink" Target="https://www.npr.org/2023/04/17/1168384411/ai-generated-music-raises-questions-about-creativity-and-authenticity" TargetMode="External"/><Relationship Id="rId20" Type="http://schemas.openxmlformats.org/officeDocument/2006/relationships/hyperlink" Target="https://guitar.com/news/music-news/kenny-wayne-shepherd-ai-music-threat/?utm_source=rss&amp;utm_medium=rss&amp;utm_campaign=kenny-wayne-shepherd-ai-music-thre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