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Leaked details of upcoming Insta360 Ace Pro 2 suggest significant advancements in action camera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Leaked Details of Upcoming Insta360 Ace Pro 2 Suggest Significant Advancements in Action Camera Technology</w:t>
      </w:r>
      <w:r/>
    </w:p>
    <w:p>
      <w:r/>
      <w:r>
        <w:t>In the realm of action cameras, the market is abuzz with anticipation following the emergence of leaks about the upcoming Insta360 Ace Pro 2. Expected to be the successor of the already lauded Insta360 Ace Pro, the new model promises enhancements that could reshape user expectations and heighten the competition against its main contenders, the GoPro Hero 13 Black and DJI Osmo Action 5 Pro.</w:t>
      </w:r>
      <w:r/>
    </w:p>
    <w:p>
      <w:r/>
      <w:r>
        <w:t>The leaks, sourced from the reputable @Quadro_News on X (formerly known as Twitter), provide intriguing insights into the specifications and capabilities of the Ace Pro 2. Among the expected hardware upgrades is a significant jump in the camera’s sensor capacity. Unlike its predecessor which featured a 48MP resolution, the Ace Pro 2 will boast a 1/1.3-inch main sensor with a 50MP resolution. This enhancement suggests a potential improvement in image clarity and detail, particularly in challenging lighting conditions.</w:t>
      </w:r>
      <w:r/>
    </w:p>
    <w:p>
      <w:r/>
      <w:r>
        <w:t>Another notable advancement is the integration of a new 'Pro Imaging Chip'. Although specific functions of this silicon addition remain undisclosed, the accompanying leaked materials hint that it will support software upgrades, notably augmenting Insta360's PureVideo technology for superior low-light performance. This could provide the camera with the ability to record Active HDR footage at an improved rate of 4K/60p, enhancing its video quality capabilities beyond the previous limit of 4K/30p.</w:t>
      </w:r>
      <w:r/>
    </w:p>
    <w:p>
      <w:r/>
      <w:r>
        <w:t>In addition to hardware and video quality enhancements, the Insta360 Ace Pro 2 is predicted to feature an AI-driven 'Memories Album'. This tool is expected to assist users in organising and potentially editing their clips, akin to GoPro's Quik app, thereby streamlining the post-production process for users.</w:t>
      </w:r>
      <w:r/>
    </w:p>
    <w:p>
      <w:r/>
      <w:r>
        <w:t>Although a firm release date for the Insta360 Ace Pro 2 has not been announced, the leaks suggest that there might be only a short wait before its official unveiling. This prospect could influence consumers who are currently considering purchasing the latest models from other leading brands.</w:t>
      </w:r>
      <w:r/>
    </w:p>
    <w:p>
      <w:r/>
      <w:r>
        <w:t>Despite these promising advancements, some aspects of the Ace Pro 2 remain uncertain. There has been no confirmation on whether the new model will support 10-bit colour depth, a feature absent in the current Ace Pro due to hardware limitations. This capability would appeal particularly to professional videographers looking for comprehensive editing options and the ability to shoot in 'log' profiles, although its absence in the Ace Pro did not prevent the model from receiving high praise.</w:t>
      </w:r>
      <w:r/>
    </w:p>
    <w:p>
      <w:r/>
      <w:r>
        <w:t>Currently positioned third in the rankings of best action cameras, the Insta360 Ace Pro is commended for its robust features, notwithstanding its relatively high price point of $449.99 / £429 / AU$729. Should the Ace Pro 2 manage to integrate additional capabilities such as 'log' recording and further develop its artificial intelligence features, it could potentially ascend to the top of the list, presenting a formidable alternative to GoPro and DJI's offerings.</w:t>
      </w:r>
      <w:r/>
    </w:p>
    <w:p>
      <w:r/>
      <w:r>
        <w:t>As the market eagerly awaits the official release and additional details of the Insta360 Ace Pro 2, the leaks have already sparked considerable interest and speculation within the tech community, setting the stage for what could be a pivotal moment in action camera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https://www.techradar.com/cameras/action-cameras/insta360-ace-pro-2-leak-suggests-it-could-extend-lead-as-worlds-best-8k-action-cam</w:t>
        </w:r>
      </w:hyperlink>
      <w:r>
        <w:t xml:space="preserve"> - Corroborates the leaks about the Insta360 Ace Pro 2, including the 1/1.3-inch sensor and AI-driven 'Memories Album'.</w:t>
      </w:r>
      <w:r/>
    </w:p>
    <w:p>
      <w:pPr>
        <w:pStyle w:val="ListNumber"/>
        <w:spacing w:line="240" w:lineRule="auto"/>
        <w:ind w:left="720"/>
      </w:pPr>
      <w:r/>
      <w:hyperlink r:id="rId11">
        <w:r>
          <w:rPr>
            <w:color w:val="0000EE"/>
            <w:u w:val="single"/>
          </w:rPr>
          <w:t>https://nofilmschool.com/insta360-ace-pro-action-camera</w:t>
        </w:r>
      </w:hyperlink>
      <w:r>
        <w:t xml:space="preserve"> - Provides details on the current Insta360 Ace Pro, including its AI-powered features, sensor size, and video capabilities, which set the stage for the expected upgrades in the Ace Pro 2.</w:t>
      </w:r>
      <w:r/>
    </w:p>
    <w:p>
      <w:pPr>
        <w:pStyle w:val="ListNumber"/>
        <w:spacing w:line="240" w:lineRule="auto"/>
        <w:ind w:left="720"/>
      </w:pPr>
      <w:r/>
      <w:hyperlink r:id="rId12">
        <w:r>
          <w:rPr>
            <w:color w:val="0000EE"/>
            <w:u w:val="single"/>
          </w:rPr>
          <w:t>https://www.insta360.com/blog/tips/discover-the-power-of-Insta360-8k-cameras.html</w:t>
        </w:r>
      </w:hyperlink>
      <w:r>
        <w:t xml:space="preserve"> - Explains the significance of 8K resolution and the features of the Insta360 Ace Pro, such as the large sensor and AI-powered enhancements, which are likely to be improved in the Ace Pro 2.</w:t>
      </w:r>
      <w:r/>
    </w:p>
    <w:p>
      <w:pPr>
        <w:pStyle w:val="ListNumber"/>
        <w:spacing w:line="240" w:lineRule="auto"/>
        <w:ind w:left="720"/>
      </w:pPr>
      <w:r/>
      <w:hyperlink r:id="rId13">
        <w:r>
          <w:rPr>
            <w:color w:val="0000EE"/>
            <w:u w:val="single"/>
          </w:rPr>
          <w:t>https://www.insta360.com/blog/news/insta360-announces-ace-and-ace-pro.html</w:t>
        </w:r>
      </w:hyperlink>
      <w:r>
        <w:t xml:space="preserve"> - Details the current Insta360 Ace and Ace Pro models, including their sensors, AI features, and video capabilities, providing context for the anticipated upgrades in the Ace Pro 2.</w:t>
      </w:r>
      <w:r/>
    </w:p>
    <w:p>
      <w:pPr>
        <w:pStyle w:val="ListNumber"/>
        <w:spacing w:line="240" w:lineRule="auto"/>
        <w:ind w:left="720"/>
      </w:pPr>
      <w:r/>
      <w:hyperlink r:id="rId14">
        <w:r>
          <w:rPr>
            <w:color w:val="0000EE"/>
            <w:u w:val="single"/>
          </w:rPr>
          <w:t>https://www.lebloginsta360.com/en/post/insta360-ace-pro-2-rumors-surrounding-the-next-technological-gem</w:t>
        </w:r>
      </w:hyperlink>
      <w:r>
        <w:t xml:space="preserve"> - Discusses rumors about the Insta360 Ace Pro 2, including its expected 8K video at 30 frames per second, improved battery life, and enhanced AI technology.</w:t>
      </w:r>
      <w:r/>
    </w:p>
    <w:p>
      <w:pPr>
        <w:pStyle w:val="ListNumber"/>
        <w:spacing w:line="240" w:lineRule="auto"/>
        <w:ind w:left="720"/>
      </w:pPr>
      <w:r/>
      <w:hyperlink r:id="rId10">
        <w:r>
          <w:rPr>
            <w:color w:val="0000EE"/>
            <w:u w:val="single"/>
          </w:rPr>
          <w:t>https://www.techradar.com/cameras/action-cameras/insta360-ace-pro-2-leak-suggests-it-could-extend-lead-as-worlds-best-8k-action-cam</w:t>
        </w:r>
      </w:hyperlink>
      <w:r>
        <w:t xml:space="preserve"> - Mentions the potential improvement in low-light performance with the new 'Pro Imaging Chip' and the enhancement of PureVideo technology.</w:t>
      </w:r>
      <w:r/>
    </w:p>
    <w:p>
      <w:pPr>
        <w:pStyle w:val="ListNumber"/>
        <w:spacing w:line="240" w:lineRule="auto"/>
        <w:ind w:left="720"/>
      </w:pPr>
      <w:r/>
      <w:hyperlink r:id="rId11">
        <w:r>
          <w:rPr>
            <w:color w:val="0000EE"/>
            <w:u w:val="single"/>
          </w:rPr>
          <w:t>https://nofilmschool.com/insta360-ace-pro-action-camera</w:t>
        </w:r>
      </w:hyperlink>
      <w:r>
        <w:t xml:space="preserve"> - Highlights the AI-powered features of the current Insta360 Ace Pro, such as denoising footage and instant video editing tools, which are likely to be advanced in the Ace Pro 2.</w:t>
      </w:r>
      <w:r/>
    </w:p>
    <w:p>
      <w:pPr>
        <w:pStyle w:val="ListNumber"/>
        <w:spacing w:line="240" w:lineRule="auto"/>
        <w:ind w:left="720"/>
      </w:pPr>
      <w:r/>
      <w:hyperlink r:id="rId12">
        <w:r>
          <w:rPr>
            <w:color w:val="0000EE"/>
            <w:u w:val="single"/>
          </w:rPr>
          <w:t>https://www.insta360.com/blog/tips/discover-the-power-of-Insta360-8k-cameras.html</w:t>
        </w:r>
      </w:hyperlink>
      <w:r>
        <w:t xml:space="preserve"> - Explains the benefits of the large 1/1.3-inch sensor in the Insta360 Ace Pro, which is expected to be continued or improved in the Ace Pro 2.</w:t>
      </w:r>
      <w:r/>
    </w:p>
    <w:p>
      <w:pPr>
        <w:pStyle w:val="ListNumber"/>
        <w:spacing w:line="240" w:lineRule="auto"/>
        <w:ind w:left="720"/>
      </w:pPr>
      <w:r/>
      <w:hyperlink r:id="rId13">
        <w:r>
          <w:rPr>
            <w:color w:val="0000EE"/>
            <w:u w:val="single"/>
          </w:rPr>
          <w:t>https://www.insta360.com/blog/news/insta360-announces-ace-and-ace-pro.html</w:t>
        </w:r>
      </w:hyperlink>
      <w:r>
        <w:t xml:space="preserve"> - Details the current pricing and features of the Insta360 Ace Pro, providing context for how the Ace Pro 2 might compare in terms of price and capabilities.</w:t>
      </w:r>
      <w:r/>
    </w:p>
    <w:p>
      <w:pPr>
        <w:pStyle w:val="ListNumber"/>
        <w:spacing w:line="240" w:lineRule="auto"/>
        <w:ind w:left="720"/>
      </w:pPr>
      <w:r/>
      <w:hyperlink r:id="rId14">
        <w:r>
          <w:rPr>
            <w:color w:val="0000EE"/>
            <w:u w:val="single"/>
          </w:rPr>
          <w:t>https://www.lebloginsta360.com/en/post/insta360-ace-pro-2-rumors-surrounding-the-next-technological-gem</w:t>
        </w:r>
      </w:hyperlink>
      <w:r>
        <w:t xml:space="preserve"> - Discusses the potential for improved stabilization and AI-driven scene optimization in the Insta360 Ace Pro 2.</w:t>
      </w:r>
      <w:r/>
    </w:p>
    <w:p>
      <w:pPr>
        <w:pStyle w:val="ListNumber"/>
        <w:spacing w:line="240" w:lineRule="auto"/>
        <w:ind w:left="720"/>
      </w:pPr>
      <w:r/>
      <w:hyperlink r:id="rId10">
        <w:r>
          <w:rPr>
            <w:color w:val="0000EE"/>
            <w:u w:val="single"/>
          </w:rPr>
          <w:t>https://www.techradar.com/cameras/action-cameras/insta360-ace-pro-2-leak-suggests-it-could-extend-lead-as-worlds-best-8k-action-cam</w:t>
        </w:r>
      </w:hyperlink>
      <w:r>
        <w:t xml:space="preserve"> - Mentions the uncertainty about 10-bit color depth support in the Ace Pro 2 and its implications for professional videographers.</w:t>
      </w:r>
      <w:r/>
    </w:p>
    <w:p>
      <w:pPr>
        <w:pStyle w:val="ListNumber"/>
        <w:spacing w:line="240" w:lineRule="auto"/>
        <w:ind w:left="720"/>
      </w:pPr>
      <w:r/>
      <w:hyperlink r:id="rId10">
        <w:r>
          <w:rPr>
            <w:color w:val="0000EE"/>
            <w:u w:val="single"/>
          </w:rPr>
          <w:t>https://www.techradar.com/cameras/action-cameras/insta360-ace-pro-2-leak-suggests-it-could-extend-lead-as-worlds-best-8k-action-cam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radar.com/cameras/action-cameras/insta360-ace-pro-2-leak-suggests-it-could-extend-lead-as-worlds-best-8k-action-cam" TargetMode="External"/><Relationship Id="rId11" Type="http://schemas.openxmlformats.org/officeDocument/2006/relationships/hyperlink" Target="https://nofilmschool.com/insta360-ace-pro-action-camera" TargetMode="External"/><Relationship Id="rId12" Type="http://schemas.openxmlformats.org/officeDocument/2006/relationships/hyperlink" Target="https://www.insta360.com/blog/tips/discover-the-power-of-Insta360-8k-cameras.html" TargetMode="External"/><Relationship Id="rId13" Type="http://schemas.openxmlformats.org/officeDocument/2006/relationships/hyperlink" Target="https://www.insta360.com/blog/news/insta360-announces-ace-and-ace-pro.html" TargetMode="External"/><Relationship Id="rId14" Type="http://schemas.openxmlformats.org/officeDocument/2006/relationships/hyperlink" Target="https://www.lebloginsta360.com/en/post/insta360-ace-pro-2-rumors-surrounding-the-next-technological-ge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