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Microsoft explores AI technology to convert audio into real-time images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Microsoft has taken a step further into the integration of artificial intelligence (AI) with its recent exploration into converting live audio streams into visual images. A newly uncovered patent indicates that the tech giant is developing a system capable of transforming live audio inputs into real-time images, potentially revolutionising the way we consume and understand verbal information.</w:t>
      </w:r>
      <w:r/>
    </w:p>
    <w:p>
      <w:r/>
      <w:r>
        <w:t>As detailed in a 20-page document filed with the US Patent and Trademark Office (USPTO) on 5 April 2023 and published on 10 October 2024, Microsoft is working on an AI-supported system designed to convert audio streams, such as those from meetings or lectures, into live text transcripts. This transcript would then be processed by a large language model (LLM) which summarises the content, subsequently feeding into a text-to-image model. The result would be a continuously updating series of images displayed on a screen, reflecting the ongoing audio input.</w:t>
      </w:r>
      <w:r/>
    </w:p>
    <w:p>
      <w:r/>
      <w:r>
        <w:t>Microsoft posits that visual aids generated in real-time could significantly enhance communication effectiveness. By providing visual representations of the spoken content, the system aims to keep audiences engaged and aid in the comprehension of complex ideas, thereby making discussions more memorable and accessible.</w:t>
      </w:r>
      <w:r/>
    </w:p>
    <w:p>
      <w:r/>
      <w:r>
        <w:t>While the patent filing suggests exciting future capabilities, Microsoft acknowledges the complexity of bringing such a feature to market. The path from patent filing to product launch is often protracted, and many innovations at this stage remain conceptual. Should Microsoft decide to roll out this functionality, it is anticipated to be integrated into Microsoft Teams— the company's established video conferencing platform. The feature would likely become part of Teams’ AI add-ons, such as Copilot Pro or Microsoft 365 Copilot, particularly aimed at enhancing business communications.</w:t>
      </w:r>
      <w:r/>
    </w:p>
    <w:p>
      <w:r/>
      <w:r>
        <w:t>The possibility of such a feature underscores Microsoft's ongoing commitment to expanding the usability and functionality of AI in daily business tools, although a timeline for possible implementation remains unclear. As the world continues to lean more heavily on virtual communication, innovative tools like this could soon find their place in how we interact and interpret spoken content.</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https://mspoweruser.com/latest-microsoft-patent-shows-new-copilot-feature-that-generates-live-images-as-you-speak/</w:t>
        </w:r>
      </w:hyperlink>
      <w:r>
        <w:t xml:space="preserve"> - This article details Microsoft's patent for an AI-powered system that converts live audio into images, and how it could be integrated into Microsoft Teams.</w:t>
      </w:r>
      <w:r/>
    </w:p>
    <w:p>
      <w:pPr>
        <w:pStyle w:val="ListNumber"/>
        <w:spacing w:line="240" w:lineRule="auto"/>
        <w:ind w:left="720"/>
      </w:pPr>
      <w:r/>
      <w:hyperlink r:id="rId11">
        <w:r>
          <w:rPr>
            <w:color w:val="0000EE"/>
            <w:u w:val="single"/>
          </w:rPr>
          <w:t>https://www.zdnet.com/article/microsoft-may-have-an-audio-to-image-generator-in-the-works-new-patent-shows/</w:t>
        </w:r>
      </w:hyperlink>
      <w:r>
        <w:t xml:space="preserve"> - This article discusses the new patent revealing Microsoft's work on an audio-to-image generator and its potential applications.</w:t>
      </w:r>
      <w:r/>
    </w:p>
    <w:p>
      <w:pPr>
        <w:pStyle w:val="ListNumber"/>
        <w:spacing w:line="240" w:lineRule="auto"/>
        <w:ind w:left="720"/>
      </w:pPr>
      <w:r/>
      <w:hyperlink r:id="rId10">
        <w:r>
          <w:rPr>
            <w:color w:val="0000EE"/>
            <w:u w:val="single"/>
          </w:rPr>
          <w:t>https://mspoweruser.com/latest-microsoft-patent-shows-new-copilot-feature-that-generates-live-images-as-you-speak/</w:t>
        </w:r>
      </w:hyperlink>
      <w:r>
        <w:t xml:space="preserve"> - Explains the process of converting live audio into text transcripts, summarizing the content with a language model, and generating images in real-time.</w:t>
      </w:r>
      <w:r/>
    </w:p>
    <w:p>
      <w:pPr>
        <w:pStyle w:val="ListNumber"/>
        <w:spacing w:line="240" w:lineRule="auto"/>
        <w:ind w:left="720"/>
      </w:pPr>
      <w:r/>
      <w:hyperlink r:id="rId11">
        <w:r>
          <w:rPr>
            <w:color w:val="0000EE"/>
            <w:u w:val="single"/>
          </w:rPr>
          <w:t>https://www.zdnet.com/article/microsoft-may-have-an-audio-to-image-generator-in-the-works-new-patent-shows/</w:t>
        </w:r>
      </w:hyperlink>
      <w:r>
        <w:t xml:space="preserve"> - Mentions the potential integration of this feature into Microsoft Teams and its benefits for enhancing communication effectiveness.</w:t>
      </w:r>
      <w:r/>
    </w:p>
    <w:p>
      <w:pPr>
        <w:pStyle w:val="ListNumber"/>
        <w:spacing w:line="240" w:lineRule="auto"/>
        <w:ind w:left="720"/>
      </w:pPr>
      <w:r/>
      <w:hyperlink r:id="rId10">
        <w:r>
          <w:rPr>
            <w:color w:val="0000EE"/>
            <w:u w:val="single"/>
          </w:rPr>
          <w:t>https://mspoweruser.com/latest-microsoft-patent-shows-new-copilot-feature-that-generates-live-images-as-you-speak/</w:t>
        </w:r>
      </w:hyperlink>
      <w:r>
        <w:t xml:space="preserve"> - Highlights Microsoft's emphasis on using visual aids to improve comprehension and engagement during presentations and meetings.</w:t>
      </w:r>
      <w:r/>
    </w:p>
    <w:p>
      <w:pPr>
        <w:pStyle w:val="ListNumber"/>
        <w:spacing w:line="240" w:lineRule="auto"/>
        <w:ind w:left="720"/>
      </w:pPr>
      <w:r/>
      <w:hyperlink r:id="rId11">
        <w:r>
          <w:rPr>
            <w:color w:val="0000EE"/>
            <w:u w:val="single"/>
          </w:rPr>
          <w:t>https://www.zdnet.com/article/microsoft-may-have-an-audio-to-image-generator-in-the-works-new-patent-shows/</w:t>
        </w:r>
      </w:hyperlink>
      <w:r>
        <w:t xml:space="preserve"> - Discusses the complexity and timeline uncertainties associated with bringing this feature from patent to market.</w:t>
      </w:r>
      <w:r/>
    </w:p>
    <w:p>
      <w:pPr>
        <w:pStyle w:val="ListNumber"/>
        <w:spacing w:line="240" w:lineRule="auto"/>
        <w:ind w:left="720"/>
      </w:pPr>
      <w:r/>
      <w:hyperlink r:id="rId10">
        <w:r>
          <w:rPr>
            <w:color w:val="0000EE"/>
            <w:u w:val="single"/>
          </w:rPr>
          <w:t>https://mspoweruser.com/latest-microsoft-patent-shows-new-copilot-feature-that-generates-live-images-as-you-speak/</w:t>
        </w:r>
      </w:hyperlink>
      <w:r>
        <w:t xml:space="preserve"> - Mentions the potential inclusion of this feature in Microsoft 365 Copilot or Copilot Pro, aimed at enhancing business communications.</w:t>
      </w:r>
      <w:r/>
    </w:p>
    <w:p>
      <w:pPr>
        <w:pStyle w:val="ListNumber"/>
        <w:spacing w:line="240" w:lineRule="auto"/>
        <w:ind w:left="720"/>
      </w:pPr>
      <w:r/>
      <w:hyperlink r:id="rId11">
        <w:r>
          <w:rPr>
            <w:color w:val="0000EE"/>
            <w:u w:val="single"/>
          </w:rPr>
          <w:t>https://www.zdnet.com/article/microsoft-may-have-an-audio-to-image-generator-in-the-works-new-patent-shows/</w:t>
        </w:r>
      </w:hyperlink>
      <w:r>
        <w:t xml:space="preserve"> - Highlights Microsoft's ongoing commitment to expanding AI usability in daily business tools.</w:t>
      </w:r>
      <w:r/>
    </w:p>
    <w:p>
      <w:pPr>
        <w:pStyle w:val="ListNumber"/>
        <w:spacing w:line="240" w:lineRule="auto"/>
        <w:ind w:left="720"/>
      </w:pPr>
      <w:r/>
      <w:hyperlink r:id="rId10">
        <w:r>
          <w:rPr>
            <w:color w:val="0000EE"/>
            <w:u w:val="single"/>
          </w:rPr>
          <w:t>https://mspoweruser.com/latest-microsoft-patent-shows-new-copilot-feature-that-generates-live-images-as-you-speak/</w:t>
        </w:r>
      </w:hyperlink>
      <w:r>
        <w:t xml:space="preserve"> - Details the technical process involving microphone capture, text transcript, and image generation based on the summary from the language model.</w:t>
      </w:r>
      <w:r/>
    </w:p>
    <w:p>
      <w:pPr>
        <w:pStyle w:val="ListNumber"/>
        <w:spacing w:line="240" w:lineRule="auto"/>
        <w:ind w:left="720"/>
      </w:pPr>
      <w:r/>
      <w:hyperlink r:id="rId11">
        <w:r>
          <w:rPr>
            <w:color w:val="0000EE"/>
            <w:u w:val="single"/>
          </w:rPr>
          <w:t>https://www.zdnet.com/article/microsoft-may-have-an-audio-to-image-generator-in-the-works-new-patent-shows/</w:t>
        </w:r>
      </w:hyperlink>
      <w:r>
        <w:t xml:space="preserve"> - Provides context on how such innovative tools could impact virtual communication and the interpretation of spoken content.</w:t>
      </w:r>
      <w:r/>
    </w:p>
    <w:p>
      <w:pPr>
        <w:pStyle w:val="ListNumber"/>
        <w:spacing w:line="240" w:lineRule="auto"/>
        <w:ind w:left="720"/>
      </w:pPr>
      <w:r/>
      <w:hyperlink r:id="rId12">
        <w:r>
          <w:rPr>
            <w:color w:val="0000EE"/>
            <w:u w:val="single"/>
          </w:rPr>
          <w:t>https://www.zdnet.com/article/microsoft-may-have-an-audio-to-image-generator-in-the-works-new-patent-shows/#ftag=RSSbaffb68</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mspoweruser.com/latest-microsoft-patent-shows-new-copilot-feature-that-generates-live-images-as-you-speak/" TargetMode="External"/><Relationship Id="rId11" Type="http://schemas.openxmlformats.org/officeDocument/2006/relationships/hyperlink" Target="https://www.zdnet.com/article/microsoft-may-have-an-audio-to-image-generator-in-the-works-new-patent-shows/" TargetMode="External"/><Relationship Id="rId12" Type="http://schemas.openxmlformats.org/officeDocument/2006/relationships/hyperlink" Target="https://www.zdnet.com/article/microsoft-may-have-an-audio-to-image-generator-in-the-works-new-patent-shows/#ftag=RSSbaffb68"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