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faces criticism for AI strategy as Copilot under scrutiny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development in the tech industry, Microsoft has been thrust into the spotlight over its recent endeavours in artificial intelligence (AI). The tech giant is amidst ambitious plans to power its AI technology, including reopening a nuclear power plant in Pennsylvania, reflecting their robust commitment and substantial investment in AI initiatives. However, not everyone is convinced of Microsoft's strategy in this burgeoning field.</w:t>
      </w:r>
      <w:r/>
    </w:p>
    <w:p>
      <w:r/>
      <w:r>
        <w:t>Marc Benioff, the CEO of Salesforce, a formidable competitor in the enterprise software sphere, has voiced comprehensive criticisms against Microsoft’s AI efforts. Speaking on the Masters of Scale Rapid Response podcast earlier this month, Benioff openly expressed his dissatisfaction with Microsoft's AI offerings, particularly targeting Microsoft’s Copilot. “When you look at how Copilot has been sold to our customers, it’s disappointing,” Benioff remarked. He went on to convey his concerns about Copilot, describing it as ineffective and stating that it "doesn't deliver value to customers" and has left Salesforce's clientele "confused."</w:t>
      </w:r>
      <w:r/>
    </w:p>
    <w:p>
      <w:r/>
      <w:r>
        <w:t>Copilot, which is being championed by Microsoft as part of its AI capabilities, has been compared unfavourably by Benioff to Clippy, Microsoft’s infamous digital assistant that was phased out in 2007. According to Benioff, Copilot falls short of expectations and lacks the potential to create transformational impacts on businesses. He sceptically pondered its longevity and future relevance, saying, “I don’t think Copilot will be around, I don’t think customers will use it.”</w:t>
      </w:r>
      <w:r/>
    </w:p>
    <w:p>
      <w:r/>
      <w:r>
        <w:t>Despite Benioff's criticisms, Microsoft stands behind its AI projects, asserting that prominent companies, including Visa, Honda, and Pfizer, are currently employing Copilot in their operations. This suggests that while scepticism exists, Microsoft has garnered notable clients who perhaps see the value it aims to provide. Moreover, Microsoft’s formidable $13 billion investment into OpenAI underscores its strategic focus and financial commitment towards advancing AI technologies.</w:t>
      </w:r>
      <w:r/>
    </w:p>
    <w:p>
      <w:r/>
      <w:r>
        <w:t>The interplay of opinions between these tech leaders encapsulates a critical moment in the AI domain, highlighting contrasting perspectives on how technology giants are leveraging AI to reshape industries. This discourse likely reflects broader industry dialogues regarding AI integration and its practical functionality within enterprise solutions.</w:t>
      </w:r>
      <w:r/>
    </w:p>
    <w:p>
      <w:r/>
      <w:r>
        <w:t>The development and deployment of AI systems by industry behemoths such as Microsoft and Salesforce continue to be a focal point, not only due to the technological advancements they signify but also because of the strategic business implications entailed. The ongoing discourse between chief executives like Benioff and representatives from Microsoft encapsulates the competitive dynamics and varying approaches within the AI sector.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https://www.theguardian.com/environment/2024/sep/20/three-mile-island-nuclear-plant-reopen-microsoft</w:t>
        </w:r>
      </w:hyperlink>
      <w:r>
        <w:t xml:space="preserve"> - Corroborates Microsoft's plan to reopen the Three Mile Island nuclear plant to power its AI data centers and the historical context of the plant.</w:t>
      </w:r>
      <w:r/>
    </w:p>
    <w:p>
      <w:pPr>
        <w:pStyle w:val="ListNumber"/>
        <w:spacing w:line="240" w:lineRule="auto"/>
        <w:ind w:left="720"/>
      </w:pPr>
      <w:r/>
      <w:hyperlink r:id="rId11">
        <w:r>
          <w:rPr>
            <w:color w:val="0000EE"/>
            <w:u w:val="single"/>
          </w:rPr>
          <w:t>https://techcrunch.com/2024/09/20/microsoft-taps-three-mile-island-nuclear-plant-to-power-ai/</w:t>
        </w:r>
      </w:hyperlink>
      <w:r>
        <w:t xml:space="preserve"> - Supports the details of the agreement between Microsoft and Constellation Energy, including the financial investment and job creation.</w:t>
      </w:r>
      <w:r/>
    </w:p>
    <w:p>
      <w:pPr>
        <w:pStyle w:val="ListNumber"/>
        <w:spacing w:line="240" w:lineRule="auto"/>
        <w:ind w:left="720"/>
      </w:pPr>
      <w:r/>
      <w:hyperlink r:id="rId12">
        <w:r>
          <w:rPr>
            <w:color w:val="0000EE"/>
            <w:u w:val="single"/>
          </w:rPr>
          <w:t>https://www.nature.com/articles/d41586-024-03162-2</w:t>
        </w:r>
      </w:hyperlink>
      <w:r>
        <w:t xml:space="preserve"> - Provides insights into the safety and regulatory aspects of restarting the Three Mile Island nuclear plant and similar efforts elsewhere.</w:t>
      </w:r>
      <w:r/>
    </w:p>
    <w:p>
      <w:pPr>
        <w:pStyle w:val="ListNumber"/>
        <w:spacing w:line="240" w:lineRule="auto"/>
        <w:ind w:left="720"/>
      </w:pPr>
      <w:r/>
      <w:hyperlink r:id="rId13">
        <w:r>
          <w:rPr>
            <w:color w:val="0000EE"/>
            <w:u w:val="single"/>
          </w:rPr>
          <w:t>https://www.npr.org/2024/09/20/nx-s1-5120581/three-mile-island-nuclear-power-plant-microsoft-ai</w:t>
        </w:r>
      </w:hyperlink>
      <w:r>
        <w:t xml:space="preserve"> - Confirms the economic and job benefits expected from the reopening of the Three Mile Island plant and its role in supporting Microsoft's AI initiatives.</w:t>
      </w:r>
      <w:r/>
    </w:p>
    <w:p>
      <w:pPr>
        <w:pStyle w:val="ListNumber"/>
        <w:spacing w:line="240" w:lineRule="auto"/>
        <w:ind w:left="720"/>
      </w:pPr>
      <w:r/>
      <w:hyperlink r:id="rId14">
        <w:r>
          <w:rPr>
            <w:color w:val="0000EE"/>
            <w:u w:val="single"/>
          </w:rPr>
          <w:t>https://www.bbc.com/news/articles/cx25v2d7zexo</w:t>
        </w:r>
      </w:hyperlink>
      <w:r>
        <w:t xml:space="preserve"> - Details the historical significance of the Three Mile Island plant, the reasons for its closure, and the plans for its reopening under the Microsoft agreement.</w:t>
      </w:r>
      <w:r/>
    </w:p>
    <w:p>
      <w:pPr>
        <w:pStyle w:val="ListNumber"/>
        <w:spacing w:line="240" w:lineRule="auto"/>
        <w:ind w:left="720"/>
      </w:pPr>
      <w:r/>
      <w:hyperlink r:id="rId10">
        <w:r>
          <w:rPr>
            <w:color w:val="0000EE"/>
            <w:u w:val="single"/>
          </w:rPr>
          <w:t>https://www.theguardian.com/environment/2024/sep/20/three-mile-island-nuclear-plant-reopen-microsoft</w:t>
        </w:r>
      </w:hyperlink>
      <w:r>
        <w:t xml:space="preserve"> - Mentions Microsoft's commitment to being carbon negative by 2030 and the broader context of tech companies' energy demands.</w:t>
      </w:r>
      <w:r/>
    </w:p>
    <w:p>
      <w:pPr>
        <w:pStyle w:val="ListNumber"/>
        <w:spacing w:line="240" w:lineRule="auto"/>
        <w:ind w:left="720"/>
      </w:pPr>
      <w:r/>
      <w:hyperlink r:id="rId11">
        <w:r>
          <w:rPr>
            <w:color w:val="0000EE"/>
            <w:u w:val="single"/>
          </w:rPr>
          <w:t>https://techcrunch.com/2024/09/20/microsoft-taps-three-mile-island-nuclear-plant-to-power-ai/</w:t>
        </w:r>
      </w:hyperlink>
      <w:r>
        <w:t xml:space="preserve"> - Discusses other tech companies, such as Amazon, also turning to nuclear energy to power their data centers.</w:t>
      </w:r>
      <w:r/>
    </w:p>
    <w:p>
      <w:pPr>
        <w:pStyle w:val="ListNumber"/>
        <w:spacing w:line="240" w:lineRule="auto"/>
        <w:ind w:left="720"/>
      </w:pPr>
      <w:r/>
      <w:hyperlink r:id="rId12">
        <w:r>
          <w:rPr>
            <w:color w:val="0000EE"/>
            <w:u w:val="single"/>
          </w:rPr>
          <w:t>https://www.nature.com/articles/d41586-024-03162-2</w:t>
        </w:r>
      </w:hyperlink>
      <w:r>
        <w:t xml:space="preserve"> - Explains the technical and regulatory challenges involved in restarting a dormant nuclear plant like Three Mile Island.</w:t>
      </w:r>
      <w:r/>
    </w:p>
    <w:p>
      <w:pPr>
        <w:pStyle w:val="ListNumber"/>
        <w:spacing w:line="240" w:lineRule="auto"/>
        <w:ind w:left="720"/>
      </w:pPr>
      <w:r/>
      <w:hyperlink r:id="rId13">
        <w:r>
          <w:rPr>
            <w:color w:val="0000EE"/>
            <w:u w:val="single"/>
          </w:rPr>
          <w:t>https://www.npr.org/2024/09/20/nx-s1-5120581/three-mile-island-nuclear-power-plant-microsoft-ai</w:t>
        </w:r>
      </w:hyperlink>
      <w:r>
        <w:t xml:space="preserve"> - Quotes Joe Dominguez on the necessity of nuclear energy for powering data centers and its reliability.</w:t>
      </w:r>
      <w:r/>
    </w:p>
    <w:p>
      <w:pPr>
        <w:pStyle w:val="ListNumber"/>
        <w:spacing w:line="240" w:lineRule="auto"/>
        <w:ind w:left="720"/>
      </w:pPr>
      <w:r/>
      <w:hyperlink r:id="rId14">
        <w:r>
          <w:rPr>
            <w:color w:val="0000EE"/>
            <w:u w:val="single"/>
          </w:rPr>
          <w:t>https://www.bbc.com/news/articles/cx25v2d7zexo</w:t>
        </w:r>
      </w:hyperlink>
      <w:r>
        <w:t xml:space="preserve"> - Highlights the contrast between the historical incident at Three Mile Island and its current role in providing sustainable energy for AI data centers.</w:t>
      </w:r>
      <w:r/>
    </w:p>
    <w:p>
      <w:pPr>
        <w:pStyle w:val="ListNumber"/>
        <w:spacing w:line="240" w:lineRule="auto"/>
        <w:ind w:left="720"/>
      </w:pPr>
      <w:r/>
      <w:hyperlink r:id="rId10">
        <w:r>
          <w:rPr>
            <w:color w:val="0000EE"/>
            <w:u w:val="single"/>
          </w:rPr>
          <w:t>https://www.theguardian.com/environment/2024/sep/20/three-mile-island-nuclear-plant-reopen-microsoft</w:t>
        </w:r>
      </w:hyperlink>
      <w:r>
        <w:t xml:space="preserve"> - Mentions the economic benefits, including job creation and GDP contribution, expected from the reopening of the plant.</w:t>
      </w:r>
      <w:r/>
    </w:p>
    <w:p>
      <w:pPr>
        <w:pStyle w:val="ListNumber"/>
        <w:spacing w:line="240" w:lineRule="auto"/>
        <w:ind w:left="720"/>
      </w:pPr>
      <w:r/>
      <w:hyperlink r:id="rId15">
        <w:r>
          <w:rPr>
            <w:color w:val="0000EE"/>
            <w:u w:val="single"/>
          </w:rPr>
          <w:t>https://localcoonrapidsnews.com/business/salesforce-ceo-benioff-salesforce-can-beat-microsoft-at-ai/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uardian.com/environment/2024/sep/20/three-mile-island-nuclear-plant-reopen-microsoft" TargetMode="External"/><Relationship Id="rId11" Type="http://schemas.openxmlformats.org/officeDocument/2006/relationships/hyperlink" Target="https://techcrunch.com/2024/09/20/microsoft-taps-three-mile-island-nuclear-plant-to-power-ai/" TargetMode="External"/><Relationship Id="rId12" Type="http://schemas.openxmlformats.org/officeDocument/2006/relationships/hyperlink" Target="https://www.nature.com/articles/d41586-024-03162-2" TargetMode="External"/><Relationship Id="rId13" Type="http://schemas.openxmlformats.org/officeDocument/2006/relationships/hyperlink" Target="https://www.npr.org/2024/09/20/nx-s1-5120581/three-mile-island-nuclear-power-plant-microsoft-ai" TargetMode="External"/><Relationship Id="rId14" Type="http://schemas.openxmlformats.org/officeDocument/2006/relationships/hyperlink" Target="https://www.bbc.com/news/articles/cx25v2d7zexo" TargetMode="External"/><Relationship Id="rId15" Type="http://schemas.openxmlformats.org/officeDocument/2006/relationships/hyperlink" Target="https://localcoonrapidsnews.com/business/salesforce-ceo-benioff-salesforce-can-beat-microsoft-at-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