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Teams unveils major updates and new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latest episode of the Microsoft Teams news show, Kieran Devlin and Tom Arbuthnot, alongside a panel of experts from UC Today, delve into the key updates within the Microsoft Teams ecosystem. This month's discussion highlights several significant announcements and enhancements that are set to impact users worldwide.</w:t>
      </w:r>
      <w:r/>
    </w:p>
    <w:p>
      <w:r/>
      <w:r>
        <w:t>A major focus of the conversation is the new and exciting updates to Teams Phone. Noteworthy features include the introduction of Pay-As-You-Go Calling Plans, which are expected to provide flexibility and cost-effectiveness for users. Other notable additions are the callbacks for call queues, designed to streamline call management, and enhancements to the Survivable Branch Appliance. The Operator Connect expansion is also on the radar, promising broader connectivity capabilities. These updates reflect Microsoft's ongoing efforts to refine the calling experience within Teams.</w:t>
      </w:r>
      <w:r/>
    </w:p>
    <w:p>
      <w:r/>
      <w:r>
        <w:t>The release of Teams Rooms 5.2 introduces dynamic improvements, particularly in video communication. Key features such as dynamic video tile resizing and Cloud IntelliFrame in-room previews are part of this update. These enhancements aim to offer users a more seamless and efficient video meeting experience, addressing the evolving demands of modern workplaces.</w:t>
      </w:r>
      <w:r/>
    </w:p>
    <w:p>
      <w:r/>
      <w:r>
        <w:t>Looking towards the end of 2024, Microsoft Places is set to make its debut with anticipated deployments beginning in November. This new offering will be integrated into Teams Premium, with two service plans available: Places (core) and Places Premium. The introduction of Microsoft Places is intended to reshape the workplace environment, suggesting a strategic push towards more flexible and adaptive work settings.</w:t>
      </w:r>
      <w:r/>
    </w:p>
    <w:p>
      <w:r/>
      <w:r>
        <w:t>Furthermore, there are significant enhancements as part of the Microsoft 365 Copilot Wave 2 announcements. These updates encompass a range of features designed to facilitate dynamic collaboration. Innovations include new capabilities in Excel, Teams, PowerPoint, OneDrive, and Word, as well as BizChat features, empowering users to achieve more in their everyday tasks.</w:t>
      </w:r>
      <w:r/>
    </w:p>
    <w:p>
      <w:r/>
      <w:r>
        <w:t>Also on the horizon for consumers is the Voice and Vision in Copilot updates. This AI companion is built to support users across various tasks, indicating a progressive step in integrating AI into common workflows.</w:t>
      </w:r>
      <w:r/>
    </w:p>
    <w:p>
      <w:r/>
      <w:r>
        <w:t>Rob Scott and Tom Arbuthnot encourage viewers to explore these new features actively. They invite audiences to engage with the broader community by connecting on social media platforms such as Twitter and LinkedIn, where discussions and conversations around these innovations continue to unfold. Additionally, a new LinkedIn Community Group provides a space for further interaction among Microsoft Teams users and enthusiasts.</w:t>
      </w:r>
      <w:r/>
    </w:p>
    <w:p>
      <w:r/>
      <w:r>
        <w:t>This episode underscores the influential trajectory of Microsoft Teams as it continues to evolve and adapt, providing users with innovative tools to enhance productivity and collaboration across various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https://techcommunity.microsoft.com/t5/microsoft-teams-blog/what-s-new-in-microsoft-teams-august-2024/ba-p/4232159</w:t>
        </w:r>
      </w:hyperlink>
      <w:r>
        <w:t xml:space="preserve"> - Corroborates the introduction of callbacks for call queues and other Teams Phone updates.</w:t>
      </w:r>
      <w:r/>
    </w:p>
    <w:p>
      <w:pPr>
        <w:pStyle w:val="ListNumber"/>
        <w:spacing w:line="240" w:lineRule="auto"/>
        <w:ind w:left="720"/>
      </w:pPr>
      <w:r/>
      <w:hyperlink r:id="rId11">
        <w:r>
          <w:rPr>
            <w:color w:val="0000EE"/>
            <w:u w:val="single"/>
          </w:rPr>
          <w:t>https://support.microsoft.com/en-us/office/what-s-new-in-microsoft-teams-d7092a6d-c896-424c-b362-a472d5f105de</w:t>
        </w:r>
      </w:hyperlink>
      <w:r>
        <w:t xml:space="preserve"> - Provides details on various updates to Microsoft Teams, including enhancements to Teams Rooms and other features.</w:t>
      </w:r>
      <w:r/>
    </w:p>
    <w:p>
      <w:pPr>
        <w:pStyle w:val="ListNumber"/>
        <w:spacing w:line="240" w:lineRule="auto"/>
        <w:ind w:left="720"/>
      </w:pPr>
      <w:r/>
      <w:hyperlink r:id="rId12">
        <w:r>
          <w:rPr>
            <w:color w:val="0000EE"/>
            <w:u w:val="single"/>
          </w:rPr>
          <w:t>https://techcommunity.microsoft.com/t5/microsoft-teams-blog/what-s-new-in-microsoft-teams-july-2024/ba-p/4205316</w:t>
        </w:r>
      </w:hyperlink>
      <w:r>
        <w:t xml:space="preserve"> - Discusses the release of Teams Rooms 5.2 and its dynamic improvements in video communication.</w:t>
      </w:r>
      <w:r/>
    </w:p>
    <w:p>
      <w:pPr>
        <w:pStyle w:val="ListNumber"/>
        <w:spacing w:line="240" w:lineRule="auto"/>
        <w:ind w:left="720"/>
      </w:pPr>
      <w:r/>
      <w:hyperlink r:id="rId13">
        <w:r>
          <w:rPr>
            <w:color w:val="0000EE"/>
            <w:u w:val="single"/>
          </w:rPr>
          <w:t>https://www.youtube.com/watch?v=I1b07SAxFI0</w:t>
        </w:r>
      </w:hyperlink>
      <w:r>
        <w:t xml:space="preserve"> - Details the Microsoft Teams updates from the August 2024 release, including callbacks for call queues and other features.</w:t>
      </w:r>
      <w:r/>
    </w:p>
    <w:p>
      <w:pPr>
        <w:pStyle w:val="ListNumber"/>
        <w:spacing w:line="240" w:lineRule="auto"/>
        <w:ind w:left="720"/>
      </w:pPr>
      <w:r/>
      <w:hyperlink r:id="rId14">
        <w:r>
          <w:rPr>
            <w:color w:val="0000EE"/>
            <w:u w:val="single"/>
          </w:rPr>
          <w:t>https://techcommunity.microsoft.com/t5/microsoft-teams-blog/what-s-new-in-microsoft-teams-april-2024/ba-p/4127313</w:t>
        </w:r>
      </w:hyperlink>
      <w:r>
        <w:t xml:space="preserve"> - Covers enhancements to Teams Rooms, including dynamic video tile resizing and Cloud IntelliFrame in-room previews.</w:t>
      </w:r>
      <w:r/>
    </w:p>
    <w:p>
      <w:pPr>
        <w:pStyle w:val="ListNumber"/>
        <w:spacing w:line="240" w:lineRule="auto"/>
        <w:ind w:left="720"/>
      </w:pPr>
      <w:r/>
      <w:hyperlink r:id="rId11">
        <w:r>
          <w:rPr>
            <w:color w:val="0000EE"/>
            <w:u w:val="single"/>
          </w:rPr>
          <w:t>https://support.microsoft.com/en-us/office/what-s-new-in-microsoft-teams-d7092a6d-c896-424c-b362-a472d5f105de</w:t>
        </w:r>
      </w:hyperlink>
      <w:r>
        <w:t xml:space="preserve"> - Mentions the introduction of Microsoft Places and its integration into Teams Premium.</w:t>
      </w:r>
      <w:r/>
    </w:p>
    <w:p>
      <w:pPr>
        <w:pStyle w:val="ListNumber"/>
        <w:spacing w:line="240" w:lineRule="auto"/>
        <w:ind w:left="720"/>
      </w:pPr>
      <w:r/>
      <w:hyperlink r:id="rId15">
        <w:r>
          <w:rPr>
            <w:color w:val="0000EE"/>
            <w:u w:val="single"/>
          </w:rPr>
          <w:t>https://www.it.miami.edu/about-umit/it-news/office-365/microsoft-teams-update-to-new-version/index.html</w:t>
        </w:r>
      </w:hyperlink>
      <w:r>
        <w:t xml:space="preserve"> - Describes the new Teams client and its performance improvements, relevant to the broader context of Teams updates.</w:t>
      </w:r>
      <w:r/>
    </w:p>
    <w:p>
      <w:pPr>
        <w:pStyle w:val="ListNumber"/>
        <w:spacing w:line="240" w:lineRule="auto"/>
        <w:ind w:left="720"/>
      </w:pPr>
      <w:r/>
      <w:hyperlink r:id="rId14">
        <w:r>
          <w:rPr>
            <w:color w:val="0000EE"/>
            <w:u w:val="single"/>
          </w:rPr>
          <w:t>https://techcommunity.microsoft.com/t5/microsoft-teams-blog/what-s-new-in-microsoft-teams-april-2024/ba-p/4127313</w:t>
        </w:r>
      </w:hyperlink>
      <w:r>
        <w:t xml:space="preserve"> - Details the Microsoft 365 Copilot Wave 2 announcements and their impact on collaboration tools like Teams.</w:t>
      </w:r>
      <w:r/>
    </w:p>
    <w:p>
      <w:pPr>
        <w:pStyle w:val="ListNumber"/>
        <w:spacing w:line="240" w:lineRule="auto"/>
        <w:ind w:left="720"/>
      </w:pPr>
      <w:r/>
      <w:hyperlink r:id="rId11">
        <w:r>
          <w:rPr>
            <w:color w:val="0000EE"/>
            <w:u w:val="single"/>
          </w:rPr>
          <w:t>https://support.microsoft.com/en-us/office/what-s-new-in-microsoft-teams-d7092a6d-c896-424c-b362-a472d5f105de</w:t>
        </w:r>
      </w:hyperlink>
      <w:r>
        <w:t xml:space="preserve"> - Explains the Voice and Vision in Copilot updates and their integration into common workflows.</w:t>
      </w:r>
      <w:r/>
    </w:p>
    <w:p>
      <w:pPr>
        <w:pStyle w:val="ListNumber"/>
        <w:spacing w:line="240" w:lineRule="auto"/>
        <w:ind w:left="720"/>
      </w:pPr>
      <w:r/>
      <w:hyperlink r:id="rId12">
        <w:r>
          <w:rPr>
            <w:color w:val="0000EE"/>
            <w:u w:val="single"/>
          </w:rPr>
          <w:t>https://techcommunity.microsoft.com/t5/microsoft-teams-blog/what-s-new-in-microsoft-teams-july-2024/ba-p/4205316</w:t>
        </w:r>
      </w:hyperlink>
      <w:r>
        <w:t xml:space="preserve"> - Provides information on the Operator Connect expansion and its broader connectivity capabilities.</w:t>
      </w:r>
      <w:r/>
    </w:p>
    <w:p>
      <w:pPr>
        <w:pStyle w:val="ListNumber"/>
        <w:spacing w:line="240" w:lineRule="auto"/>
        <w:ind w:left="720"/>
      </w:pPr>
      <w:r/>
      <w:hyperlink r:id="rId16">
        <w:r>
          <w:rPr>
            <w:color w:val="0000EE"/>
            <w:u w:val="single"/>
          </w:rPr>
          <w:t>https://www.youtube.com/watch?v=nNs1HCTO3Co</w:t>
        </w:r>
      </w:hyperlink>
      <w:r>
        <w:t xml:space="preserve"> - Highlights various new features in Microsoft Teams, including those related to calling and video meetings.</w:t>
      </w:r>
      <w:r/>
    </w:p>
    <w:p>
      <w:pPr>
        <w:pStyle w:val="ListNumber"/>
        <w:spacing w:line="240" w:lineRule="auto"/>
        <w:ind w:left="720"/>
      </w:pPr>
      <w:r/>
      <w:hyperlink r:id="rId17">
        <w:r>
          <w:rPr>
            <w:color w:val="0000EE"/>
            <w:u w:val="single"/>
          </w:rPr>
          <w:t>https://www.uctoday.com/unified-communications/microsoft-teams-news-october-update-2024/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ommunity.microsoft.com/t5/microsoft-teams-blog/what-s-new-in-microsoft-teams-august-2024/ba-p/4232159" TargetMode="External"/><Relationship Id="rId11" Type="http://schemas.openxmlformats.org/officeDocument/2006/relationships/hyperlink" Target="https://support.microsoft.com/en-us/office/what-s-new-in-microsoft-teams-d7092a6d-c896-424c-b362-a472d5f105de" TargetMode="External"/><Relationship Id="rId12" Type="http://schemas.openxmlformats.org/officeDocument/2006/relationships/hyperlink" Target="https://techcommunity.microsoft.com/t5/microsoft-teams-blog/what-s-new-in-microsoft-teams-july-2024/ba-p/4205316" TargetMode="External"/><Relationship Id="rId13" Type="http://schemas.openxmlformats.org/officeDocument/2006/relationships/hyperlink" Target="https://www.youtube.com/watch?v=I1b07SAxFI0" TargetMode="External"/><Relationship Id="rId14" Type="http://schemas.openxmlformats.org/officeDocument/2006/relationships/hyperlink" Target="https://techcommunity.microsoft.com/t5/microsoft-teams-blog/what-s-new-in-microsoft-teams-april-2024/ba-p/4127313" TargetMode="External"/><Relationship Id="rId15" Type="http://schemas.openxmlformats.org/officeDocument/2006/relationships/hyperlink" Target="https://www.it.miami.edu/about-umit/it-news/office-365/microsoft-teams-update-to-new-version/index.html" TargetMode="External"/><Relationship Id="rId16" Type="http://schemas.openxmlformats.org/officeDocument/2006/relationships/hyperlink" Target="https://www.youtube.com/watch?v=nNs1HCTO3Co" TargetMode="External"/><Relationship Id="rId17" Type="http://schemas.openxmlformats.org/officeDocument/2006/relationships/hyperlink" Target="https://www.uctoday.com/unified-communications/microsoft-teams-news-october-update-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