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Minisforum unveils high-performance EliteMini AI370 aimed at creative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Minisforum Unveils High-Performance EliteMini AI370 Aimed at Creative Professionals</w:t>
      </w:r>
      <w:r/>
    </w:p>
    <w:p>
      <w:r/>
      <w:r>
        <w:t>Minisforum, a well-known manufacturer in the realm of compact computing solutions, has announced the release of its latest product, the EliteMini AI370. This mini PC is specifically designed for photographers and videographers who require advanced AI and GPU capabilities for their creative tasks. The launch highlights the company's focus on providing powerful yet portable solutions to meet the needs of those in the creative industry.</w:t>
      </w:r>
      <w:r/>
    </w:p>
    <w:p>
      <w:r/>
      <w:r>
        <w:rPr>
          <w:b/>
        </w:rPr>
        <w:t>Key Features and Specifications</w:t>
      </w:r>
      <w:r/>
    </w:p>
    <w:p>
      <w:r/>
      <w:r>
        <w:t>At the heart of the EliteMini AI370 is the Intel Core i7-13700H processor, paired with an NVIDIA RTX 4060 graphics card. This combination offers robust processing power, enabling the device to manage complex tasks efficiently, including AI-driven editing, image processing, and video rendering. The NVIDIA RTX 4060 GPU is notable for its support of ray tracing and AI-based enhancements, which are particularly beneficial for software applications such as Adobe Photoshop and Premiere Pro.</w:t>
      </w:r>
      <w:r/>
    </w:p>
    <w:p>
      <w:r/>
      <w:r>
        <w:t>The EliteMini AI370 offers impressive connectivity and storage capabilities, which are crucial for seamless creative workflows. Users can benefit from fast batch processing of large photo collections and the rendering of high-definition videos. The device houses a 1TB NVMe PCIe 4.0 SSD, which can be expanded up to 4TB using an additional M.2 NVMe slot. Meanwhile, its memory is equipped with 16GB LPDDR5X RAM, upgradable to a maximum of 64GB, ensuring the system remains responsive under heavy multitasking.</w:t>
      </w:r>
      <w:r/>
    </w:p>
    <w:p>
      <w:r/>
      <w:r>
        <w:t>In terms of design, the EliteMini AI370 is compact, with dimensions of 130mm x 127mm x 46.9mm and a weight of approximately 1.28 kg. This makes it a portable option for users with limited workspace or those who frequently work in different locations.</w:t>
      </w:r>
      <w:r/>
    </w:p>
    <w:p>
      <w:r/>
      <w:r>
        <w:rPr>
          <w:b/>
        </w:rPr>
        <w:t>Connectivity Options</w:t>
      </w:r>
      <w:r/>
    </w:p>
    <w:p>
      <w:r/>
      <w:r>
        <w:t>The array of ports available on the EliteMini AI370 ensures comprehensive connectivity. The front of the device includes a USB 4.0 port, two USB 3.0 ports, and a 3.5mm audio jack, while the rear features two additional USB 3.0 ports, an HDMI output, a DisplayPort, and dual 2.5Gbps Ethernet connections. Wireless communications are supported by Wi-Fi 6E and Bluetooth 5.2, providing fast and reliable wireless networking and peripheral connections.</w:t>
      </w:r>
      <w:r/>
    </w:p>
    <w:p>
      <w:r/>
      <w:r>
        <w:rPr>
          <w:b/>
        </w:rPr>
        <w:t>Target Audience</w:t>
      </w:r>
      <w:r/>
    </w:p>
    <w:p>
      <w:r/>
      <w:r>
        <w:t>The EliteMini AI370 is targeted at photographers and videographers who are looking to enhance their creative outputs with reliable AI and GPU power. By facilitating seamless editing and processing, the device aims to integrate smoothly into existing workflows, assisting users in producing high-quality content more efficiently.</w:t>
      </w:r>
      <w:r/>
    </w:p>
    <w:p>
      <w:r/>
      <w:r>
        <w:t>Minisforum's latest offering reflects a growing trend in the tech industry towards compact, high-performance computing solutions that cater to increasingly demanding creative tasks. As content creation continues to evolve, devices like the EliteMini AI370 will play a significant role in meeting the needs of professionals who require power and portability in equal measure.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https://www.techpowerup.com/327640/minisforum-unveils-the-elitemini-ai370-with-amd-ryzen-ai-9-hx-370-cpu</w:t>
        </w:r>
      </w:hyperlink>
      <w:r>
        <w:t xml:space="preserve"> - This link corroborates the announcement and key features of the EliteMini AI370, including the AMD Ryzen AI 9 HX 370 processor and its specifications.</w:t>
      </w:r>
      <w:r/>
    </w:p>
    <w:p>
      <w:pPr>
        <w:pStyle w:val="ListNumber"/>
        <w:spacing w:line="240" w:lineRule="auto"/>
        <w:ind w:left="720"/>
      </w:pPr>
      <w:r/>
      <w:hyperlink r:id="rId11">
        <w:r>
          <w:rPr>
            <w:color w:val="0000EE"/>
            <w:u w:val="single"/>
          </w:rPr>
          <w:t>https://www.reddit.com/r/MiniPCs/comments/1g2ijl9/minisforum_elitemini_ai370_announced/</w:t>
        </w:r>
      </w:hyperlink>
      <w:r>
        <w:t xml:space="preserve"> - This link supports the pricing and pre-launch offer details of the EliteMini AI370, including the $50 discount.</w:t>
      </w:r>
      <w:r/>
    </w:p>
    <w:p>
      <w:pPr>
        <w:pStyle w:val="ListNumber"/>
        <w:spacing w:line="240" w:lineRule="auto"/>
        <w:ind w:left="720"/>
      </w:pPr>
      <w:r/>
      <w:hyperlink r:id="rId12">
        <w:r>
          <w:rPr>
            <w:color w:val="0000EE"/>
            <w:u w:val="single"/>
          </w:rPr>
          <w:t>https://www.enostech.com/minisforum-elitemini-ai370/</w:t>
        </w:r>
      </w:hyperlink>
      <w:r>
        <w:t xml:space="preserve"> - This link provides details on the gaming performance, storage options, and connectivity features of the EliteMini AI370.</w:t>
      </w:r>
      <w:r/>
    </w:p>
    <w:p>
      <w:pPr>
        <w:pStyle w:val="ListNumber"/>
        <w:spacing w:line="240" w:lineRule="auto"/>
        <w:ind w:left="720"/>
      </w:pPr>
      <w:r/>
      <w:hyperlink r:id="rId13">
        <w:r>
          <w:rPr>
            <w:color w:val="0000EE"/>
            <w:u w:val="single"/>
          </w:rPr>
          <w:t>https://www.guru3d.com/story/minisforum-releases-elitemini-ai370-mini-pc-based-on-amd-ryzen-ai-9-hx-370-processor/</w:t>
        </w:r>
      </w:hyperlink>
      <w:r>
        <w:t xml:space="preserve"> - This link confirms the processor, GPU, and memory specifications, as well as the design and portability of the EliteMini AI370.</w:t>
      </w:r>
      <w:r/>
    </w:p>
    <w:p>
      <w:pPr>
        <w:pStyle w:val="ListNumber"/>
        <w:spacing w:line="240" w:lineRule="auto"/>
        <w:ind w:left="720"/>
      </w:pPr>
      <w:r/>
      <w:hyperlink r:id="rId14">
        <w:r>
          <w:rPr>
            <w:color w:val="0000EE"/>
            <w:u w:val="single"/>
          </w:rPr>
          <w:t>https://minisforum.com/AI370_US/AI370_US.html</w:t>
        </w:r>
      </w:hyperlink>
      <w:r>
        <w:t xml:space="preserve"> - This link is the pre-launch page for the EliteMini AI370, providing detailed specifications and the pre-launch offer.</w:t>
      </w:r>
      <w:r/>
    </w:p>
    <w:p>
      <w:pPr>
        <w:pStyle w:val="ListNumber"/>
        <w:spacing w:line="240" w:lineRule="auto"/>
        <w:ind w:left="720"/>
      </w:pPr>
      <w:r/>
      <w:hyperlink r:id="rId12">
        <w:r>
          <w:rPr>
            <w:color w:val="0000EE"/>
            <w:u w:val="single"/>
          </w:rPr>
          <w:t>https://www.enostech.com/minisforum-elitemini-ai370/</w:t>
        </w:r>
      </w:hyperlink>
      <w:r>
        <w:t xml:space="preserve"> - This link supports the information on the AMD Ryzen AI 9 HX 370 APU, its cores, threads, and boost clock speed.</w:t>
      </w:r>
      <w:r/>
    </w:p>
    <w:p>
      <w:pPr>
        <w:pStyle w:val="ListNumber"/>
        <w:spacing w:line="240" w:lineRule="auto"/>
        <w:ind w:left="720"/>
      </w:pPr>
      <w:r/>
      <w:hyperlink r:id="rId13">
        <w:r>
          <w:rPr>
            <w:color w:val="0000EE"/>
            <w:u w:val="single"/>
          </w:rPr>
          <w:t>https://www.guru3d.com/story/minisforum-releases-elitemini-ai370-mini-pc-based-on-amd-ryzen-ai-9-hx-370-processor/</w:t>
        </w:r>
      </w:hyperlink>
      <w:r>
        <w:t xml:space="preserve"> - This link corroborates the details on the integrated AI enhancements and the XDNA2 architecture.</w:t>
      </w:r>
      <w:r/>
    </w:p>
    <w:p>
      <w:pPr>
        <w:pStyle w:val="ListNumber"/>
        <w:spacing w:line="240" w:lineRule="auto"/>
        <w:ind w:left="720"/>
      </w:pPr>
      <w:r/>
      <w:hyperlink r:id="rId10">
        <w:r>
          <w:rPr>
            <w:color w:val="0000EE"/>
            <w:u w:val="single"/>
          </w:rPr>
          <w:t>https://www.techpowerup.com/327640/minisforum-unveils-the-elitemini-ai370-with-amd-ryzen-ai-9-hx-370-cpu</w:t>
        </w:r>
      </w:hyperlink>
      <w:r>
        <w:t xml:space="preserve"> - This link provides information on the compact design and aesthetics of the EliteMini AI370.</w:t>
      </w:r>
      <w:r/>
    </w:p>
    <w:p>
      <w:pPr>
        <w:pStyle w:val="ListNumber"/>
        <w:spacing w:line="240" w:lineRule="auto"/>
        <w:ind w:left="720"/>
      </w:pPr>
      <w:r/>
      <w:hyperlink r:id="rId12">
        <w:r>
          <w:rPr>
            <w:color w:val="0000EE"/>
            <w:u w:val="single"/>
          </w:rPr>
          <w:t>https://www.enostech.com/minisforum-elitemini-ai370/</w:t>
        </w:r>
      </w:hyperlink>
      <w:r>
        <w:t xml:space="preserve"> - This link supports the details on the storage options, including the NVMe SSD and up to 4 TB of PCIe storage.</w:t>
      </w:r>
      <w:r/>
    </w:p>
    <w:p>
      <w:pPr>
        <w:pStyle w:val="ListNumber"/>
        <w:spacing w:line="240" w:lineRule="auto"/>
        <w:ind w:left="720"/>
      </w:pPr>
      <w:r/>
      <w:hyperlink r:id="rId13">
        <w:r>
          <w:rPr>
            <w:color w:val="0000EE"/>
            <w:u w:val="single"/>
          </w:rPr>
          <w:t>https://www.guru3d.com/story/minisforum-releases-elitemini-ai370-mini-pc-based-on-amd-ryzen-ai-9-hx-370-processor/</w:t>
        </w:r>
      </w:hyperlink>
      <w:r>
        <w:t xml:space="preserve"> - This link confirms the connectivity options, including USB 4.0, USB 3.0, and dual 2.5GbE LAN ports.</w:t>
      </w:r>
      <w:r/>
    </w:p>
    <w:p>
      <w:pPr>
        <w:pStyle w:val="ListNumber"/>
        <w:spacing w:line="240" w:lineRule="auto"/>
        <w:ind w:left="720"/>
      </w:pPr>
      <w:r/>
      <w:hyperlink r:id="rId15">
        <w:r>
          <w:rPr>
            <w:color w:val="0000EE"/>
            <w:u w:val="single"/>
          </w:rPr>
          <w:t>https://minixpc.com/blogs/news/minisforum-elitemini-ai370-mini-pc-with-ryzen-ai-9-hx-370-and-radeon-890m-set-to-launch-soon</w:t>
        </w:r>
      </w:hyperlink>
      <w:r>
        <w:t xml:space="preserve"> - This link provides additional details on the ports and wireless connectivity options of the EliteMini AI370.</w:t>
      </w:r>
      <w:r/>
    </w:p>
    <w:p>
      <w:pPr>
        <w:pStyle w:val="ListNumber"/>
        <w:spacing w:line="240" w:lineRule="auto"/>
        <w:ind w:left="720"/>
      </w:pPr>
      <w:r/>
      <w:hyperlink r:id="rId16">
        <w:r>
          <w:rPr>
            <w:color w:val="0000EE"/>
            <w:u w:val="single"/>
          </w:rPr>
          <w:t>https://camerajabber.com/minisforum-elitemini-ai370-delivers-ai-powered-performance/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powerup.com/327640/minisforum-unveils-the-elitemini-ai370-with-amd-ryzen-ai-9-hx-370-cpu" TargetMode="External"/><Relationship Id="rId11" Type="http://schemas.openxmlformats.org/officeDocument/2006/relationships/hyperlink" Target="https://www.reddit.com/r/MiniPCs/comments/1g2ijl9/minisforum_elitemini_ai370_announced/" TargetMode="External"/><Relationship Id="rId12" Type="http://schemas.openxmlformats.org/officeDocument/2006/relationships/hyperlink" Target="https://www.enostech.com/minisforum-elitemini-ai370/" TargetMode="External"/><Relationship Id="rId13" Type="http://schemas.openxmlformats.org/officeDocument/2006/relationships/hyperlink" Target="https://www.guru3d.com/story/minisforum-releases-elitemini-ai370-mini-pc-based-on-amd-ryzen-ai-9-hx-370-processor/" TargetMode="External"/><Relationship Id="rId14" Type="http://schemas.openxmlformats.org/officeDocument/2006/relationships/hyperlink" Target="https://minisforum.com/AI370_US/AI370_US.html" TargetMode="External"/><Relationship Id="rId15" Type="http://schemas.openxmlformats.org/officeDocument/2006/relationships/hyperlink" Target="https://minixpc.com/blogs/news/minisforum-elitemini-ai370-mini-pc-with-ryzen-ai-9-hx-370-and-radeon-890m-set-to-launch-soon" TargetMode="External"/><Relationship Id="rId16" Type="http://schemas.openxmlformats.org/officeDocument/2006/relationships/hyperlink" Target="https://camerajabber.com/minisforum-elitemini-ai370-delivers-ai-powered-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