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app 'Pi' makes waves with human-like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AI App 'Pi' Makes Waves with Human-Like Interaction</w:t>
      </w:r>
      <w:r/>
    </w:p>
    <w:p>
      <w:r/>
      <w:r>
        <w:t>In the rapidly evolving landscape of generative AI applications, a new entrant named Pi is capturing attention with its innovative approach. Launched in the wake of the success of apps like ChatGPT, Pi—short for Personal Assistant—promises not just functionality but a uniquely personable interaction, offering users the experience of a constant companion.</w:t>
      </w:r>
      <w:r/>
    </w:p>
    <w:p>
      <w:r/>
      <w:r>
        <w:t>Available on iPhone, Android devices, and computers, Pi distinguishes itself through its human-like conversational capabilities. Users can select a preferred voice from the app's options, enhancing the sense of a personalised interaction. The app is reportedly available at all hours, ready to engage in chat, provide support, or answer inquiries in what feels akin to a conversation with a friend.</w:t>
      </w:r>
      <w:r/>
    </w:p>
    <w:p>
      <w:r/>
      <w:r>
        <w:t>One user, exploring Pi's features, recounted being addressed by name with a casual greeting reminiscent of interactions with personal acquaintances. Pi's conversational style was exemplified when it inquired about the user’s activities, responding in a relaxed manner that suggested familiarity. This anecdote underlines the app's ability to tailor responses based on prior interactions, making subsequent conversations feel increasingly personalized.</w:t>
      </w:r>
      <w:r/>
    </w:p>
    <w:p>
      <w:r/>
      <w:r>
        <w:t>Beyond basic conversations, Pi is designed to offer motivational support and practical suggestions. Whether one is searching for ideas for an upcoming dinner or seeking inspiration for a stalled project, Pi is equipped to assist. The app’s interactions aim to feel sufficiently natural that users can sometimes momentarily forget they are conversing with AI, rather than a human.</w:t>
      </w:r>
      <w:r/>
    </w:p>
    <w:p>
      <w:r/>
      <w:r>
        <w:t>As Pi becomes more familiar with its user, it refines its responses to align more closely with individual preferences and needs. It endeavours to be an ever-present aide, capable of providing personalised companionship alongside practical assistance.</w:t>
      </w:r>
      <w:r/>
    </w:p>
    <w:p>
      <w:r/>
      <w:r>
        <w:t>One potential concern for some users could be the resemblance Pi bears to a real conversational partner, which may be unsettling from a technological and privacy viewpoint. Pi is currently free to use, yet rumours suggest a future shift towards a subscription-based model, although details remain speculative.</w:t>
      </w:r>
      <w:r/>
    </w:p>
    <w:p>
      <w:r/>
      <w:r>
        <w:t>It's important to note that, despite its impressive capabilities, Pi is not designed to replace real human interaction. Users are encouraged to employ the app as an augmentation to their daily activities rather than a substitute for personal relationships, fostering a balance between technological convenience and genuine human connection.</w:t>
      </w:r>
      <w:r/>
    </w:p>
    <w:p>
      <w:r/>
      <w:r>
        <w:t>While Pi’s full impact on the digital assistant landscape remains to be seen, its initial reception indicates a significant leap towards more personal and engaging AI interactions. As the app continues to develop, users are watching closely to see how it might redefine their interaction with technology in daily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https://siteefy.com/ai-tools/pi-ai/</w:t>
        </w:r>
      </w:hyperlink>
      <w:r>
        <w:t xml:space="preserve"> - Corroborates Pi AI's human-like conversational capabilities, personalized responses, and emotional support.</w:t>
      </w:r>
      <w:r/>
    </w:p>
    <w:p>
      <w:pPr>
        <w:pStyle w:val="ListNumber"/>
        <w:spacing w:line="240" w:lineRule="auto"/>
        <w:ind w:left="720"/>
      </w:pPr>
      <w:r/>
      <w:hyperlink r:id="rId11">
        <w:r>
          <w:rPr>
            <w:color w:val="0000EE"/>
            <w:u w:val="single"/>
          </w:rPr>
          <w:t>https://www.maginative.com/article/pi-now-lets-you-talk-back-and-forth-with-ai-like-you-would-with-a-friend/</w:t>
        </w:r>
      </w:hyperlink>
      <w:r>
        <w:t xml:space="preserve"> - Supports the feature of voice conversations with Pi and its availability on iOS devices with plans for Android.</w:t>
      </w:r>
      <w:r/>
    </w:p>
    <w:p>
      <w:pPr>
        <w:pStyle w:val="ListNumber"/>
        <w:spacing w:line="240" w:lineRule="auto"/>
        <w:ind w:left="720"/>
      </w:pPr>
      <w:r/>
      <w:hyperlink r:id="rId12">
        <w:r>
          <w:rPr>
            <w:color w:val="0000EE"/>
            <w:u w:val="single"/>
          </w:rPr>
          <w:t>https://apps.apple.com/us/app/pi-personal-ai-assistant/id6445815935</w:t>
        </w:r>
      </w:hyperlink>
      <w:r>
        <w:t xml:space="preserve"> - Confirms Pi's availability on iPhone, its 24/7 availability, and its empathetic and supportive nature.</w:t>
      </w:r>
      <w:r/>
    </w:p>
    <w:p>
      <w:pPr>
        <w:pStyle w:val="ListNumber"/>
        <w:spacing w:line="240" w:lineRule="auto"/>
        <w:ind w:left="720"/>
      </w:pPr>
      <w:r/>
      <w:hyperlink r:id="rId13">
        <w:r>
          <w:rPr>
            <w:color w:val="0000EE"/>
            <w:u w:val="single"/>
          </w:rPr>
          <w:t>https://thomaswong.me/pi-your-personal-ai</w:t>
        </w:r>
      </w:hyperlink>
      <w:r>
        <w:t xml:space="preserve"> - Details Pi's adaptive conversation, emotional support, and personal growth features, aligning with its personalized interaction.</w:t>
      </w:r>
      <w:r/>
    </w:p>
    <w:p>
      <w:pPr>
        <w:pStyle w:val="ListNumber"/>
        <w:spacing w:line="240" w:lineRule="auto"/>
        <w:ind w:left="720"/>
      </w:pPr>
      <w:r/>
      <w:hyperlink r:id="rId14">
        <w:r>
          <w:rPr>
            <w:color w:val="0000EE"/>
            <w:u w:val="single"/>
          </w:rPr>
          <w:t>https://apps.apple.com/ca/app/pi-personal-ai-assistant/id6445815935</w:t>
        </w:r>
      </w:hyperlink>
      <w:r>
        <w:t xml:space="preserve"> - Mentions the app's natural audible conversations, multiple voice options, and continuous learning capabilities.</w:t>
      </w:r>
      <w:r/>
    </w:p>
    <w:p>
      <w:pPr>
        <w:pStyle w:val="ListNumber"/>
        <w:spacing w:line="240" w:lineRule="auto"/>
        <w:ind w:left="720"/>
      </w:pPr>
      <w:r/>
      <w:hyperlink r:id="rId10">
        <w:r>
          <w:rPr>
            <w:color w:val="0000EE"/>
            <w:u w:val="single"/>
          </w:rPr>
          <w:t>https://siteefy.com/ai-tools/pi-ai/</w:t>
        </w:r>
      </w:hyperlink>
      <w:r>
        <w:t xml:space="preserve"> - Explains how Pi tailors responses based on prior interactions, making conversations feel increasingly personalized.</w:t>
      </w:r>
      <w:r/>
    </w:p>
    <w:p>
      <w:pPr>
        <w:pStyle w:val="ListNumber"/>
        <w:spacing w:line="240" w:lineRule="auto"/>
        <w:ind w:left="720"/>
      </w:pPr>
      <w:r/>
      <w:hyperlink r:id="rId11">
        <w:r>
          <w:rPr>
            <w:color w:val="0000EE"/>
            <w:u w:val="single"/>
          </w:rPr>
          <w:t>https://www.maginative.com/article/pi-now-lets-you-talk-back-and-forth-with-ai-like-you-would-with-a-friend/</w:t>
        </w:r>
      </w:hyperlink>
      <w:r>
        <w:t xml:space="preserve"> - Highlights Pi's ability to provide friendly advice and information in an organic, human-like dialogue.</w:t>
      </w:r>
      <w:r/>
    </w:p>
    <w:p>
      <w:pPr>
        <w:pStyle w:val="ListNumber"/>
        <w:spacing w:line="240" w:lineRule="auto"/>
        <w:ind w:left="720"/>
      </w:pPr>
      <w:r/>
      <w:hyperlink r:id="rId13">
        <w:r>
          <w:rPr>
            <w:color w:val="0000EE"/>
            <w:u w:val="single"/>
          </w:rPr>
          <w:t>https://thomaswong.me/pi-your-personal-ai</w:t>
        </w:r>
      </w:hyperlink>
      <w:r>
        <w:t xml:space="preserve"> - Discusses Pi's role in offering motivational support and practical suggestions, enhancing its utility beyond basic conversations.</w:t>
      </w:r>
      <w:r/>
    </w:p>
    <w:p>
      <w:pPr>
        <w:pStyle w:val="ListNumber"/>
        <w:spacing w:line="240" w:lineRule="auto"/>
        <w:ind w:left="720"/>
      </w:pPr>
      <w:r/>
      <w:hyperlink r:id="rId12">
        <w:r>
          <w:rPr>
            <w:color w:val="0000EE"/>
            <w:u w:val="single"/>
          </w:rPr>
          <w:t>https://apps.apple.com/us/app/pi-personal-ai-assistant/id6445815935</w:t>
        </w:r>
      </w:hyperlink>
      <w:r>
        <w:t xml:space="preserve"> - Addresses the app's privacy and trust aspects, although some users have raised concerns about data handling.</w:t>
      </w:r>
      <w:r/>
    </w:p>
    <w:p>
      <w:pPr>
        <w:pStyle w:val="ListNumber"/>
        <w:spacing w:line="240" w:lineRule="auto"/>
        <w:ind w:left="720"/>
      </w:pPr>
      <w:r/>
      <w:hyperlink r:id="rId10">
        <w:r>
          <w:rPr>
            <w:color w:val="0000EE"/>
            <w:u w:val="single"/>
          </w:rPr>
          <w:t>https://siteefy.com/ai-tools/pi-ai/</w:t>
        </w:r>
      </w:hyperlink>
      <w:r>
        <w:t xml:space="preserve"> - Clarifies that Pi is not designed to replace real human interaction but to augment daily activities.</w:t>
      </w:r>
      <w:r/>
    </w:p>
    <w:p>
      <w:pPr>
        <w:pStyle w:val="ListNumber"/>
        <w:spacing w:line="240" w:lineRule="auto"/>
        <w:ind w:left="720"/>
      </w:pPr>
      <w:r/>
      <w:hyperlink r:id="rId11">
        <w:r>
          <w:rPr>
            <w:color w:val="0000EE"/>
            <w:u w:val="single"/>
          </w:rPr>
          <w:t>https://www.maginative.com/article/pi-now-lets-you-talk-back-and-forth-with-ai-like-you-would-with-a-friend/</w:t>
        </w:r>
      </w:hyperlink>
      <w:r>
        <w:t xml:space="preserve"> - Mentions the potential future shift towards a subscription-based model, though details are speculative.</w:t>
      </w:r>
      <w:r/>
    </w:p>
    <w:p>
      <w:pPr>
        <w:pStyle w:val="ListNumber"/>
        <w:spacing w:line="240" w:lineRule="auto"/>
        <w:ind w:left="720"/>
      </w:pPr>
      <w:r/>
      <w:hyperlink r:id="rId15">
        <w:r>
          <w:rPr>
            <w:color w:val="0000EE"/>
            <w:u w:val="single"/>
          </w:rPr>
          <w:t>https://www.kaaltv.com/6-on-your-side/what-the-tech/what-the-tech-app-of-the-day-pi-is-the-ai-friend-youve-been-waiting-for/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teefy.com/ai-tools/pi-ai/" TargetMode="External"/><Relationship Id="rId11" Type="http://schemas.openxmlformats.org/officeDocument/2006/relationships/hyperlink" Target="https://www.maginative.com/article/pi-now-lets-you-talk-back-and-forth-with-ai-like-you-would-with-a-friend/" TargetMode="External"/><Relationship Id="rId12" Type="http://schemas.openxmlformats.org/officeDocument/2006/relationships/hyperlink" Target="https://apps.apple.com/us/app/pi-personal-ai-assistant/id6445815935" TargetMode="External"/><Relationship Id="rId13" Type="http://schemas.openxmlformats.org/officeDocument/2006/relationships/hyperlink" Target="https://thomaswong.me/pi-your-personal-ai" TargetMode="External"/><Relationship Id="rId14" Type="http://schemas.openxmlformats.org/officeDocument/2006/relationships/hyperlink" Target="https://apps.apple.com/ca/app/pi-personal-ai-assistant/id6445815935" TargetMode="External"/><Relationship Id="rId15" Type="http://schemas.openxmlformats.org/officeDocument/2006/relationships/hyperlink" Target="https://www.kaaltv.com/6-on-your-side/what-the-tech/what-the-tech-app-of-the-day-pi-is-the-ai-friend-youve-been-waiting-f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