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Opera One updates iOS version with AI-powered Image Understanding feature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Opera One, the renowned browser developed by the Norwegian software company, has announced a significant update to its iOS version, introducing an innovative AI-based Image Understanding feature. This addition is part of the browser’s comprehensive overhaul, aiming to enhance user experience by integrating advanced artificial intelligence capabilities.</w:t>
      </w:r>
      <w:r/>
    </w:p>
    <w:p>
      <w:r/>
      <w:r>
        <w:t>The newly introduced Image Understanding feature is designed to process and interpret photos or images, offering users detailed insights about them. Users can either upload existing photos or capture new ones using Aria, Opera’s free AI tool, directly within the browser. This feature streamlines the process of gaining information about images, eliminating the need to switch between applications to identify landmarks or objects.</w:t>
      </w:r>
      <w:r/>
    </w:p>
    <w:p>
      <w:r/>
      <w:r>
        <w:t>In conjunction with the update, Opera revealed that its rebranded flagship browser for the iPhone, now known as Opera One, has experienced substantial user growth, particularly in Europe. Since its relaunch, the browser has seen a user increase of over 66% from August to September, highlighting its rising popularity and the success of its recent enhancements.</w:t>
      </w:r>
      <w:r/>
    </w:p>
    <w:p>
      <w:r/>
      <w:r>
        <w:t>Opera One for iOS is not just restricted to AI Image Understanding. It also offers a myriad of features that leverage AI technology. Users can utilise the browser to summarise web content, generate text or code, and respond to various product queries. This functionality is further bolstered by the integration of Voice Input and the Image Generation feature using Google's Imagen3 Fast model, which were included in previous updates.</w:t>
      </w:r>
      <w:r/>
    </w:p>
    <w:p>
      <w:r/>
      <w:r>
        <w:t>This latest advancement emphasises Opera's commitment to providing a cutting-edge browsing experience. The AI-powered functionalities present in Opera One aim to address the growing demands for intelligent and intuitive digital tools.</w:t>
      </w:r>
      <w:r/>
    </w:p>
    <w:p>
      <w:r/>
      <w:r>
        <w:t>Opera One for iOS is available as a free download through the App Store and supports iPhone and iPad devices operating on iOS 14.0 or iPadOS 14.0 and later versions. Additionally, Apple Vision users can access Opera One on their VR headsets, broadening the reach and functionality of the browser across different platforms.</w:t>
      </w:r>
      <w:r/>
    </w:p>
    <w:p>
      <w:r/>
      <w:r>
        <w:t>With these progressive updates, Opera continues to refine and expand the capabilities of its flagship browser, reinforcing its position as a prominent player in the realm of digital browsing solutions. As Opera keeps enhancing its technology, users can look forward to more sophisticated features that cater to the evolving landscape of digital interaction.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https://blogs.opera.com/news/2024/05/opera-adds-image-understanding-to-aria/</w:t>
        </w:r>
      </w:hyperlink>
      <w:r>
        <w:t xml:space="preserve"> - This article explains the introduction of the Image Understanding feature in Opera, allowing users to upload images and ask questions about them, and provides examples of its usage.</w:t>
      </w:r>
      <w:r/>
    </w:p>
    <w:p>
      <w:pPr>
        <w:pStyle w:val="ListNumber"/>
        <w:spacing w:line="240" w:lineRule="auto"/>
        <w:ind w:left="720"/>
      </w:pPr>
      <w:r/>
      <w:hyperlink r:id="rId11">
        <w:r>
          <w:rPr>
            <w:color w:val="0000EE"/>
            <w:u w:val="single"/>
          </w:rPr>
          <w:t>https://blogs.opera.com/mobile/2024/08/introducing-opera-one-for-ios/</w:t>
        </w:r>
      </w:hyperlink>
      <w:r>
        <w:t xml:space="preserve"> - This article announces the release of Opera One for iOS, highlighting its new features including the AI-powered Image Understanding, Voice Input, and Image Generation capabilities.</w:t>
      </w:r>
      <w:r/>
    </w:p>
    <w:p>
      <w:pPr>
        <w:pStyle w:val="ListNumber"/>
        <w:spacing w:line="240" w:lineRule="auto"/>
        <w:ind w:left="720"/>
      </w:pPr>
      <w:r/>
      <w:hyperlink r:id="rId12">
        <w:r>
          <w:rPr>
            <w:color w:val="0000EE"/>
            <w:u w:val="single"/>
          </w:rPr>
          <w:t>https://blogs.opera.com/news/2024/09/aria-browser-ai-now-available-in-opera-without-sign-in/</w:t>
        </w:r>
      </w:hyperlink>
      <w:r>
        <w:t xml:space="preserve"> - This article discusses the availability of Aria’s features, including Image Understanding, without the need for a sign-in, and mentions its integration across various Opera browsers.</w:t>
      </w:r>
      <w:r/>
    </w:p>
    <w:p>
      <w:pPr>
        <w:pStyle w:val="ListNumber"/>
        <w:spacing w:line="240" w:lineRule="auto"/>
        <w:ind w:left="720"/>
      </w:pPr>
      <w:r/>
      <w:hyperlink r:id="rId13">
        <w:r>
          <w:rPr>
            <w:color w:val="0000EE"/>
            <w:u w:val="single"/>
          </w:rPr>
          <w:t>https://apps.apple.com/us/app/opera-ai-browser-with-vpn/id1411869974</w:t>
        </w:r>
      </w:hyperlink>
      <w:r>
        <w:t xml:space="preserve"> - This page on the App Store details the features of Opera One for iOS, including AI Image Understanding, Voice Input, and Image Generation, and specifies the compatibility with iPhone, iPad, and Apple Vision devices.</w:t>
      </w:r>
      <w:r/>
    </w:p>
    <w:p>
      <w:pPr>
        <w:pStyle w:val="ListNumber"/>
        <w:spacing w:line="240" w:lineRule="auto"/>
        <w:ind w:left="720"/>
      </w:pPr>
      <w:r/>
      <w:hyperlink r:id="rId14">
        <w:r>
          <w:rPr>
            <w:color w:val="0000EE"/>
            <w:u w:val="single"/>
          </w:rPr>
          <w:t>https://blogs.opera.com/news/2024/09/opera-for-android-beta-image-understand/</w:t>
        </w:r>
      </w:hyperlink>
      <w:r>
        <w:t xml:space="preserve"> - This article introduces the Image Understanding feature in the Opera Android Beta, allowing users to upload images and get information about them, similar to the iOS version.</w:t>
      </w:r>
      <w:r/>
    </w:p>
    <w:p>
      <w:pPr>
        <w:pStyle w:val="ListNumber"/>
        <w:spacing w:line="240" w:lineRule="auto"/>
        <w:ind w:left="720"/>
      </w:pPr>
      <w:r/>
      <w:hyperlink r:id="rId10">
        <w:r>
          <w:rPr>
            <w:color w:val="0000EE"/>
            <w:u w:val="single"/>
          </w:rPr>
          <w:t>https://blogs.opera.com/news/2024/05/opera-adds-image-understanding-to-aria/</w:t>
        </w:r>
      </w:hyperlink>
      <w:r>
        <w:t xml:space="preserve"> - This article explains how the Image Understanding feature can be used to identify landmarks, solve math problems, and interpret handwriting, showcasing its versatility.</w:t>
      </w:r>
      <w:r/>
    </w:p>
    <w:p>
      <w:pPr>
        <w:pStyle w:val="ListNumber"/>
        <w:spacing w:line="240" w:lineRule="auto"/>
        <w:ind w:left="720"/>
      </w:pPr>
      <w:r/>
      <w:hyperlink r:id="rId11">
        <w:r>
          <w:rPr>
            <w:color w:val="0000EE"/>
            <w:u w:val="single"/>
          </w:rPr>
          <w:t>https://blogs.opera.com/mobile/2024/08/introducing-opera-one-for-ios/</w:t>
        </w:r>
      </w:hyperlink>
      <w:r>
        <w:t xml:space="preserve"> - This article mentions the user growth of Opera One for iOS, particularly in Europe, and highlights the browser's rising popularity following its recent enhancements.</w:t>
      </w:r>
      <w:r/>
    </w:p>
    <w:p>
      <w:pPr>
        <w:pStyle w:val="ListNumber"/>
        <w:spacing w:line="240" w:lineRule="auto"/>
        <w:ind w:left="720"/>
      </w:pPr>
      <w:r/>
      <w:hyperlink r:id="rId12">
        <w:r>
          <w:rPr>
            <w:color w:val="0000EE"/>
            <w:u w:val="single"/>
          </w:rPr>
          <w:t>https://blogs.opera.com/news/2024/09/aria-browser-ai-now-available-in-opera-without-sign-in/</w:t>
        </w:r>
      </w:hyperlink>
      <w:r>
        <w:t xml:space="preserve"> - This article discusses the various AI-powered features of Opera One, including summarizing web content, generating text or code, and responding to product queries.</w:t>
      </w:r>
      <w:r/>
    </w:p>
    <w:p>
      <w:pPr>
        <w:pStyle w:val="ListNumber"/>
        <w:spacing w:line="240" w:lineRule="auto"/>
        <w:ind w:left="720"/>
      </w:pPr>
      <w:r/>
      <w:hyperlink r:id="rId13">
        <w:r>
          <w:rPr>
            <w:color w:val="0000EE"/>
            <w:u w:val="single"/>
          </w:rPr>
          <w:t>https://apps.apple.com/us/app/opera-ai-browser-with-vpn/id1411869974</w:t>
        </w:r>
      </w:hyperlink>
      <w:r>
        <w:t xml:space="preserve"> - This page details the availability of Opera One for iOS as a free download and its compatibility with different Apple devices, including those running iOS 14.0 or later.</w:t>
      </w:r>
      <w:r/>
    </w:p>
    <w:p>
      <w:pPr>
        <w:pStyle w:val="ListNumber"/>
        <w:spacing w:line="240" w:lineRule="auto"/>
        <w:ind w:left="720"/>
      </w:pPr>
      <w:r/>
      <w:hyperlink r:id="rId11">
        <w:r>
          <w:rPr>
            <w:color w:val="0000EE"/>
            <w:u w:val="single"/>
          </w:rPr>
          <w:t>https://blogs.opera.com/mobile/2024/08/introducing-opera-one-for-ios/</w:t>
        </w:r>
      </w:hyperlink>
      <w:r>
        <w:t xml:space="preserve"> - This article emphasizes Opera's commitment to providing a cutting-edge browsing experience through its AI-powered functionalities and continuous updates.</w:t>
      </w:r>
      <w:r/>
    </w:p>
    <w:p>
      <w:pPr>
        <w:pStyle w:val="ListNumber"/>
        <w:spacing w:line="240" w:lineRule="auto"/>
        <w:ind w:left="720"/>
      </w:pPr>
      <w:r/>
      <w:hyperlink r:id="rId12">
        <w:r>
          <w:rPr>
            <w:color w:val="0000EE"/>
            <w:u w:val="single"/>
          </w:rPr>
          <w:t>https://blogs.opera.com/news/2024/09/aria-browser-ai-now-available-in-opera-without-sign-in/</w:t>
        </w:r>
      </w:hyperlink>
      <w:r>
        <w:t xml:space="preserve"> - This article highlights Opera's ongoing efforts to refine and expand the capabilities of its flagship browser, reinforcing its position in the digital browsing solutions market.</w:t>
      </w:r>
      <w:r/>
    </w:p>
    <w:p>
      <w:pPr>
        <w:pStyle w:val="ListNumber"/>
        <w:spacing w:line="240" w:lineRule="auto"/>
        <w:ind w:left="720"/>
      </w:pPr>
      <w:r/>
      <w:hyperlink r:id="rId15">
        <w:r>
          <w:rPr>
            <w:color w:val="0000EE"/>
            <w:u w:val="single"/>
          </w:rPr>
          <w:t>https://www.phonearena.com/news/opera-one-iphone-update-image-understanding_id163757</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s.opera.com/news/2024/05/opera-adds-image-understanding-to-aria/" TargetMode="External"/><Relationship Id="rId11" Type="http://schemas.openxmlformats.org/officeDocument/2006/relationships/hyperlink" Target="https://blogs.opera.com/mobile/2024/08/introducing-opera-one-for-ios/" TargetMode="External"/><Relationship Id="rId12" Type="http://schemas.openxmlformats.org/officeDocument/2006/relationships/hyperlink" Target="https://blogs.opera.com/news/2024/09/aria-browser-ai-now-available-in-opera-without-sign-in/" TargetMode="External"/><Relationship Id="rId13" Type="http://schemas.openxmlformats.org/officeDocument/2006/relationships/hyperlink" Target="https://apps.apple.com/us/app/opera-ai-browser-with-vpn/id1411869974" TargetMode="External"/><Relationship Id="rId14" Type="http://schemas.openxmlformats.org/officeDocument/2006/relationships/hyperlink" Target="https://blogs.opera.com/news/2024/09/opera-for-android-beta-image-understand/" TargetMode="External"/><Relationship Id="rId15" Type="http://schemas.openxmlformats.org/officeDocument/2006/relationships/hyperlink" Target="https://www.phonearena.com/news/opera-one-iphone-update-image-understanding_id16375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