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Rising scams threaten voters as Election Day 2024 approaches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Election Day 2024 draws nearer, a rise in scams targeting voters in the United States is causing concerns among officials and cybersecurity experts. Across the country, individuals are being targeted through a variety of fraudulent tactics ranging from AI-generated deepfakes to misinformation campaigns about voter registration and polling locations.</w:t>
      </w:r>
      <w:r/>
    </w:p>
    <w:p>
      <w:r/>
      <w:r>
        <w:t>These scams are becoming increasingly sophisticated with advancements in artificial intelligence (AI) technology. Chris Pierson, CEO and founder of cybersecurity company BlackCloak, highlights the vulnerabilities faced by potential voters. He underscores the prevalence of schemes that prey on individuals who may be unsure of voting rules and regulations. For instance, some scams attempt to charge fees for voter registration, despite the fact that such registration is free. In Illinois, for example, voters can register online until October 20, or they can take advantage of a grace period for in-person registration that continues until Election Day on November 5.</w:t>
      </w:r>
      <w:r/>
    </w:p>
    <w:p>
      <w:r/>
      <w:r>
        <w:t>One particularly alarming trend is the use of AI deepfakes on social media platforms and within digital advertisements. These deepfakes are sophisticated enough to convincingly mimic the voices or images of public figures, creating fake videos that can potentially mislead voters. Recent examples include altered images showing celebrities like Keanu Reeves and Ryan Reynolds seemingly endorsing political candidates—a depiction that is entirely fabricated. Illinois Attorney General Kwame Raoul warns that these deepfakes are bipartisan in nature and not targeted at any single political group. They can misrepresent candidates' positions or fabricate events entirely.</w:t>
      </w:r>
      <w:r/>
    </w:p>
    <w:p>
      <w:r/>
      <w:r>
        <w:t>In addition to deepfakes, voters are cautioned about misleading information regarding polling locations. Another prevalent form of scam involves fraudulent text messages and emails that claim to be raising funds for political candidates or causes. These messages can deceive individuals into donating money, which may end up in the hands of cybercriminals rather than the intended beneficiaries. Often, these scams may also install malware on devices through seemingly innocent links.</w:t>
      </w:r>
      <w:r/>
    </w:p>
    <w:p>
      <w:r/>
      <w:r>
        <w:t>The sophistication of these scams extends to the communication itself. Traditionally, scam emails were marred by poor spelling and grammar, which were tell-tale signs of deception. However, advancements in AI, including tools like ChatGPT, now enable the creation of well-written fraudulent messages that are much more convincing and challenging to distinguish from legitimate communications.</w:t>
      </w:r>
      <w:r/>
    </w:p>
    <w:p>
      <w:r/>
      <w:r>
        <w:t>Raoul advises the public to cross-reference any suspicious materials—be they memes, images, or videos—with reputable news sources that double-check their facts. Additionally, caution is urged in identifying websites posing as legitimate news platforms. Many of these fraudulent sites may appear genuine but do not adhere to journalistic standards of accuracy and reliability.</w:t>
      </w:r>
      <w:r/>
    </w:p>
    <w:p>
      <w:r/>
      <w:r>
        <w:t>The increasing prevalence of these election-related scams underscores the need for vigilance and informed decision-making as voters navigate the myriad of communications they are sure to encounter in the lead-up to Election Day 2024. Voters are encouraged to verify information through trusted channels, such as local board of elections websites, to ensure they are receiving accurate and up-to-date information.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https://abc7chicago.com/post/ai-deepfakes-voting-misinformation-fake-fundraisers-other-2024-election-scams-ramp-day-nears/15429430/</w:t>
        </w:r>
      </w:hyperlink>
      <w:r>
        <w:t xml:space="preserve"> - Corroborates the rise in scams targeting voters, including AI deepfakes, misinformation campaigns, and fraudulent text messages and emails.</w:t>
      </w:r>
      <w:r/>
    </w:p>
    <w:p>
      <w:pPr>
        <w:pStyle w:val="ListNumber"/>
        <w:spacing w:line="240" w:lineRule="auto"/>
        <w:ind w:left="720"/>
      </w:pPr>
      <w:r/>
      <w:hyperlink r:id="rId10">
        <w:r>
          <w:rPr>
            <w:color w:val="0000EE"/>
            <w:u w:val="single"/>
          </w:rPr>
          <w:t>https://abc7chicago.com/post/ai-deepfakes-voting-misinformation-fake-fundraisers-other-2024-election-scams-ramp-day-nears/15429430/</w:t>
        </w:r>
      </w:hyperlink>
      <w:r>
        <w:t xml:space="preserve"> - Supports the information about scams charging fees for voter registration, despite it being free, and the grace period for in-person registration in Illinois.</w:t>
      </w:r>
      <w:r/>
    </w:p>
    <w:p>
      <w:pPr>
        <w:pStyle w:val="ListNumber"/>
        <w:spacing w:line="240" w:lineRule="auto"/>
        <w:ind w:left="720"/>
      </w:pPr>
      <w:r/>
      <w:hyperlink r:id="rId10">
        <w:r>
          <w:rPr>
            <w:color w:val="0000EE"/>
            <w:u w:val="single"/>
          </w:rPr>
          <w:t>https://abc7chicago.com/post/ai-deepfakes-voting-misinformation-fake-fundraisers-other-2024-election-scams-ramp-day-nears/15429430/</w:t>
        </w:r>
      </w:hyperlink>
      <w:r>
        <w:t xml:space="preserve"> - Details the use of AI deepfakes on social media and digital advertisements, including examples of fabricated endorsements by celebrities.</w:t>
      </w:r>
      <w:r/>
    </w:p>
    <w:p>
      <w:pPr>
        <w:pStyle w:val="ListNumber"/>
        <w:spacing w:line="240" w:lineRule="auto"/>
        <w:ind w:left="720"/>
      </w:pPr>
      <w:r/>
      <w:hyperlink r:id="rId10">
        <w:r>
          <w:rPr>
            <w:color w:val="0000EE"/>
            <w:u w:val="single"/>
          </w:rPr>
          <w:t>https://abc7chicago.com/post/ai-deepfakes-voting-misinformation-fake-fundraisers-other-2024-election-scams-ramp-day-nears/15429430/</w:t>
        </w:r>
      </w:hyperlink>
      <w:r>
        <w:t xml:space="preserve"> - Warns about misleading information regarding polling locations and fraudulent text messages and emails claiming to raise funds for political candidates.</w:t>
      </w:r>
      <w:r/>
    </w:p>
    <w:p>
      <w:pPr>
        <w:pStyle w:val="ListNumber"/>
        <w:spacing w:line="240" w:lineRule="auto"/>
        <w:ind w:left="720"/>
      </w:pPr>
      <w:r/>
      <w:hyperlink r:id="rId10">
        <w:r>
          <w:rPr>
            <w:color w:val="0000EE"/>
            <w:u w:val="single"/>
          </w:rPr>
          <w:t>https://abc7chicago.com/post/ai-deepfakes-voting-misinformation-fake-fundraisers-other-2024-election-scams-ramp-day-nears/15429430/</w:t>
        </w:r>
      </w:hyperlink>
      <w:r>
        <w:t xml:space="preserve"> - Explains the sophistication of scam emails and messages enabled by AI tools like ChatGPT, making them harder to distinguish from legitimate communications.</w:t>
      </w:r>
      <w:r/>
    </w:p>
    <w:p>
      <w:pPr>
        <w:pStyle w:val="ListNumber"/>
        <w:spacing w:line="240" w:lineRule="auto"/>
        <w:ind w:left="720"/>
      </w:pPr>
      <w:r/>
      <w:hyperlink r:id="rId10">
        <w:r>
          <w:rPr>
            <w:color w:val="0000EE"/>
            <w:u w:val="single"/>
          </w:rPr>
          <w:t>https://abc7chicago.com/post/ai-deepfakes-voting-misinformation-fake-fundraisers-other-2024-election-scams-ramp-day-nears/15429430/</w:t>
        </w:r>
      </w:hyperlink>
      <w:r>
        <w:t xml:space="preserve"> - Advises the public to cross-reference suspicious materials with reputable news sources and to be cautious of websites posing as legitimate news platforms.</w:t>
      </w:r>
      <w:r/>
    </w:p>
    <w:p>
      <w:pPr>
        <w:pStyle w:val="ListNumber"/>
        <w:spacing w:line="240" w:lineRule="auto"/>
        <w:ind w:left="720"/>
      </w:pPr>
      <w:r/>
      <w:hyperlink r:id="rId11">
        <w:r>
          <w:rPr>
            <w:color w:val="0000EE"/>
            <w:u w:val="single"/>
          </w:rPr>
          <w:t>https://www.theguardian.com/us-news/2024/oct/15/why-vote-buying-is-illegal</w:t>
        </w:r>
      </w:hyperlink>
      <w:r>
        <w:t xml:space="preserve"> - Provides context on the legality and ethics of vote buying and related schemes, which is relevant to understanding the broader landscape of election integrity.</w:t>
      </w:r>
      <w:r/>
    </w:p>
    <w:p>
      <w:pPr>
        <w:pStyle w:val="ListNumber"/>
        <w:spacing w:line="240" w:lineRule="auto"/>
        <w:ind w:left="720"/>
      </w:pPr>
      <w:r/>
      <w:hyperlink r:id="rId12">
        <w:r>
          <w:rPr>
            <w:color w:val="0000EE"/>
            <w:u w:val="single"/>
          </w:rPr>
          <w:t>https://www.npr.org/2024/10/12/nx-s1-5147789/voting-election-2024-noncitizen-fact-check-trump</w:t>
        </w:r>
      </w:hyperlink>
      <w:r>
        <w:t xml:space="preserve"> - Supports the rarity of voter fraud and the robust safeguards in place to prevent and detect it, which contrasts with the scams targeting voters.</w:t>
      </w:r>
      <w:r/>
    </w:p>
    <w:p>
      <w:pPr>
        <w:pStyle w:val="ListNumber"/>
        <w:spacing w:line="240" w:lineRule="auto"/>
        <w:ind w:left="720"/>
      </w:pPr>
      <w:r/>
      <w:hyperlink r:id="rId13">
        <w:r>
          <w:rPr>
            <w:color w:val="0000EE"/>
            <w:u w:val="single"/>
          </w:rPr>
          <w:t>https://apnews.com/article/election-2024-voter-fraud-trump-harris-a3b4c2db17217311770259193c115b80</w:t>
        </w:r>
      </w:hyperlink>
      <w:r>
        <w:t xml:space="preserve"> - Details the safeguards and mechanisms in place to prevent voter fraud, including verification of absentee ballots and updating voter rolls.</w:t>
      </w:r>
      <w:r/>
    </w:p>
    <w:p>
      <w:pPr>
        <w:pStyle w:val="ListNumber"/>
        <w:spacing w:line="240" w:lineRule="auto"/>
        <w:ind w:left="720"/>
      </w:pPr>
      <w:r/>
      <w:hyperlink r:id="rId14">
        <w:r>
          <w:rPr>
            <w:color w:val="0000EE"/>
            <w:u w:val="single"/>
          </w:rPr>
          <w:t>https://whyy.org/articles/voter-fraud-presidential-election-harris-trump/</w:t>
        </w:r>
      </w:hyperlink>
      <w:r>
        <w:t xml:space="preserve"> - Reiterates the rarity of voter fraud and the effective protections in place to prevent and detect it, aligning with the need for vigilance against scams.</w:t>
      </w:r>
      <w:r/>
    </w:p>
    <w:p>
      <w:pPr>
        <w:pStyle w:val="ListNumber"/>
        <w:spacing w:line="240" w:lineRule="auto"/>
        <w:ind w:left="720"/>
      </w:pPr>
      <w:r/>
      <w:hyperlink r:id="rId10">
        <w:r>
          <w:rPr>
            <w:color w:val="0000EE"/>
            <w:u w:val="single"/>
          </w:rPr>
          <w:t>https://abc7chicago.com/post/ai-deepfakes-voting-misinformation-fake-fundraisers-other-2024-election-scams-ramp-day-nears/15429430/</w:t>
        </w:r>
      </w:hyperlink>
      <w:r>
        <w:t xml:space="preserve"> - Emphasizes the importance of verifying information through trusted channels, such as local board of elections websites, to ensure accuracy and up-to-date information.</w:t>
      </w:r>
      <w:r/>
    </w:p>
    <w:p>
      <w:pPr>
        <w:pStyle w:val="ListNumber"/>
        <w:spacing w:line="240" w:lineRule="auto"/>
        <w:ind w:left="720"/>
      </w:pPr>
      <w:r/>
      <w:hyperlink r:id="rId10">
        <w:r>
          <w:rPr>
            <w:color w:val="0000EE"/>
            <w:u w:val="single"/>
          </w:rPr>
          <w:t>https://abc7chicago.com/post/ai-deepfakes-voting-misinformation-fake-fundraisers-other-2024-election-scams-ramp-day-nears/15429430/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bc7chicago.com/post/ai-deepfakes-voting-misinformation-fake-fundraisers-other-2024-election-scams-ramp-day-nears/15429430/" TargetMode="External"/><Relationship Id="rId11" Type="http://schemas.openxmlformats.org/officeDocument/2006/relationships/hyperlink" Target="https://www.theguardian.com/us-news/2024/oct/15/why-vote-buying-is-illegal" TargetMode="External"/><Relationship Id="rId12" Type="http://schemas.openxmlformats.org/officeDocument/2006/relationships/hyperlink" Target="https://www.npr.org/2024/10/12/nx-s1-5147789/voting-election-2024-noncitizen-fact-check-trump" TargetMode="External"/><Relationship Id="rId13" Type="http://schemas.openxmlformats.org/officeDocument/2006/relationships/hyperlink" Target="https://apnews.com/article/election-2024-voter-fraud-trump-harris-a3b4c2db17217311770259193c115b80" TargetMode="External"/><Relationship Id="rId14" Type="http://schemas.openxmlformats.org/officeDocument/2006/relationships/hyperlink" Target="https://whyy.org/articles/voter-fraud-presidential-election-harris-trum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