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Shifting dynamics of the internet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concerns have surfaced regarding the evolving dynamics of the internet and the potential abandonment of its foundational dream of serving as a modern-day Great Library of Alexandria. Once envisioned as a digital realm where human knowledge is universally accessible and navigable, this idea has faced challenges brought about by advancements in technology, particularly the rise of generative artificial intelligence (AI).</w:t>
      </w:r>
      <w:r/>
    </w:p>
    <w:p>
      <w:r/>
      <w:r>
        <w:t>Historically, Google's mission has been central to this digital dream, with its algorithms designed to "organise the world’s information and make it universally accessible." Google’s indexing of nearly all open web content, albeit with some restrictions, was a pivotal component of this mission. Now, however, some experts in search engine optimisation (SEO) suggest that Google may be pivoting away from this comprehensive indexing approach, potentially leaving large swathes of information out of its cataloguing process.</w:t>
      </w:r>
      <w:r/>
    </w:p>
    <w:p>
      <w:r/>
      <w:r>
        <w:t>The driving force behind this shift appears to be the surge in generative AI. AI has the capability to produce vast amounts of content at an unprecedented rate, content which often attempts to game SEO systems and artificially inflate website rankings. Traditional ranking metrics, such as the number of inbound links, could be manipulated by spurious AI-generated content. This change introduces significant challenges, both in terms of the sheer volume of data to be indexed and the meaningful organisation of such data amid a proliferating ‘AI web’.</w:t>
      </w:r>
      <w:r/>
    </w:p>
    <w:p>
      <w:r/>
      <w:r>
        <w:t>The evolution of AI does not only affect technology companies; it has wider implications for the cultural and information sectors. AI, trained on extensive archives of human-created texts and images, can produce commendably impressive works. Yet, as AI continues to generate content and this content further trains AI systems, concerns grow about diminishing originality and the dilution of authentic human expression. This cyclical engagement between AI and human culture could potentially lead to a depletion of originality, as future datasets become increasingly AI-derived.</w:t>
      </w:r>
      <w:r/>
    </w:p>
    <w:p>
      <w:r/>
      <w:r>
        <w:t>The analogy of AI as a goldfish in a gradually muddied aquarium aptly captures these complications. Initially navigating clear waters, the AI consumes vast amounts of diverse data, only to subsequently recycle it, introducing an overload of derivative content that clouds the once-transparent digital information ecosystem. Over time, as the quality of informational inputs declines, so too does the potential for genuine innovation and discovery.</w:t>
      </w:r>
      <w:r/>
    </w:p>
    <w:p>
      <w:r/>
      <w:r>
        <w:t>These developments also pose questions about resource allocation and strategy in the tech industry. There is burgeoning excitement about AI as a 'digital gold rush', but apprehensions remain about its long-term impact on the internet's initial vision. As AI content burgeons, the internet is increasingly perceived as shifting from a harmonious and coherent digital library to a cacophonous and chaotic repository, filled with recycled and redundant information.</w:t>
      </w:r>
      <w:r/>
    </w:p>
    <w:p>
      <w:r/>
      <w:r>
        <w:t>Though the discourse surrounding these issues continues to evolve, the future trajectory of the internet in the age of AI remains uncertain. This complex interplay between technological advancement and information management raises critical questions about the preservation of digital integrity, intellectual property, and the overall architecture of the web as a resource for universal knowledge.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https://www.theatlantic.com/technology/archive/2017/04/the-tragedy-of-google-books/523320/</w:t>
        </w:r>
      </w:hyperlink>
      <w:r>
        <w:t xml:space="preserve"> - This article discusses Google's mission to digitize books and make them universally accessible, aligning with the idea of creating a modern-day Library of Alexandria.</w:t>
      </w:r>
      <w:r/>
    </w:p>
    <w:p>
      <w:pPr>
        <w:pStyle w:val="ListNumber"/>
        <w:spacing w:line="240" w:lineRule="auto"/>
        <w:ind w:left="720"/>
      </w:pPr>
      <w:r/>
      <w:hyperlink r:id="rId11">
        <w:r>
          <w:rPr>
            <w:color w:val="0000EE"/>
            <w:u w:val="single"/>
          </w:rPr>
          <w:t>https://www.reddit.com/r/Showerthoughts/comments/18c4r0s/wikipedia_is_a_modern_day_library_of_alexandria/</w:t>
        </w:r>
      </w:hyperlink>
      <w:r>
        <w:t xml:space="preserve"> - This discussion highlights Wikipedia as a modern-day equivalent of the Library of Alexandria, emphasizing its vast and accessible information.</w:t>
      </w:r>
      <w:r/>
    </w:p>
    <w:p>
      <w:pPr>
        <w:pStyle w:val="ListNumber"/>
        <w:spacing w:line="240" w:lineRule="auto"/>
        <w:ind w:left="720"/>
      </w:pPr>
      <w:r/>
      <w:hyperlink r:id="rId12">
        <w:r>
          <w:rPr>
            <w:color w:val="0000EE"/>
            <w:u w:val="single"/>
          </w:rPr>
          <w:t>https://historyforatheists.com/2017/07/the-destruction-of-the-great-library-of-alexandria/</w:t>
        </w:r>
      </w:hyperlink>
      <w:r>
        <w:t xml:space="preserve"> - This article provides historical context on the Library of Alexandria, its significance, and its destruction, which is relevant to the analogy of a modern digital library.</w:t>
      </w:r>
      <w:r/>
    </w:p>
    <w:p>
      <w:pPr>
        <w:pStyle w:val="ListNumber"/>
        <w:spacing w:line="240" w:lineRule="auto"/>
        <w:ind w:left="720"/>
      </w:pPr>
      <w:r/>
      <w:hyperlink r:id="rId13">
        <w:r>
          <w:rPr>
            <w:color w:val="0000EE"/>
            <w:u w:val="single"/>
          </w:rPr>
          <w:t>https://csa-living.org/oasis-blog/the-library-of-alexandria-a-beacon-of-knowledge-and-cultural-legacy</w:t>
        </w:r>
      </w:hyperlink>
      <w:r>
        <w:t xml:space="preserve"> - This piece describes the modern Library of Alexandria and its efforts to revive the spirit of the ancient library, highlighting the ongoing quest for universal knowledge.</w:t>
      </w:r>
      <w:r/>
    </w:p>
    <w:p>
      <w:pPr>
        <w:pStyle w:val="ListNumber"/>
        <w:spacing w:line="240" w:lineRule="auto"/>
        <w:ind w:left="720"/>
      </w:pPr>
      <w:r/>
      <w:hyperlink r:id="rId14">
        <w:r>
          <w:rPr>
            <w:color w:val="0000EE"/>
            <w:u w:val="single"/>
          </w:rPr>
          <w:t>https://nicholasmorrissey.substack.com/p/the-library-of-alexandria-vs-the</w:t>
        </w:r>
      </w:hyperlink>
      <w:r>
        <w:t xml:space="preserve"> - This article compares the Library of Alexandria to the internet, discussing how the internet can contain vast amounts of information, similar to the ancient library.</w:t>
      </w:r>
      <w:r/>
    </w:p>
    <w:p>
      <w:pPr>
        <w:pStyle w:val="ListNumber"/>
        <w:spacing w:line="240" w:lineRule="auto"/>
        <w:ind w:left="720"/>
      </w:pPr>
      <w:r/>
      <w:hyperlink r:id="rId10">
        <w:r>
          <w:rPr>
            <w:color w:val="0000EE"/>
            <w:u w:val="single"/>
          </w:rPr>
          <w:t>https://www.theatlantic.com/technology/archive/2017/04/the-tragedy-of-google-books/523320/</w:t>
        </w:r>
      </w:hyperlink>
      <w:r>
        <w:t xml:space="preserve"> - This article also touches on the challenges faced by Google in digitizing and indexing vast amounts of information, reflecting the complexities of maintaining a digital library.</w:t>
      </w:r>
      <w:r/>
    </w:p>
    <w:p>
      <w:pPr>
        <w:pStyle w:val="ListNumber"/>
        <w:spacing w:line="240" w:lineRule="auto"/>
        <w:ind w:left="720"/>
      </w:pPr>
      <w:r/>
      <w:hyperlink r:id="rId11">
        <w:r>
          <w:rPr>
            <w:color w:val="0000EE"/>
            <w:u w:val="single"/>
          </w:rPr>
          <w:t>https://www.reddit.com/r/Showerthoughts/comments/18c4r0s/wikipedia_is_a_modern_day_library_of_alexandria/</w:t>
        </w:r>
      </w:hyperlink>
      <w:r>
        <w:t xml:space="preserve"> - The discussion on Wikipedia's limitations and the impact of AI-generated content on information integrity is relevant to the concerns about the internet's evolving dynamics.</w:t>
      </w:r>
      <w:r/>
    </w:p>
    <w:p>
      <w:pPr>
        <w:pStyle w:val="ListNumber"/>
        <w:spacing w:line="240" w:lineRule="auto"/>
        <w:ind w:left="720"/>
      </w:pPr>
      <w:r/>
      <w:hyperlink r:id="rId12">
        <w:r>
          <w:rPr>
            <w:color w:val="0000EE"/>
            <w:u w:val="single"/>
          </w:rPr>
          <w:t>https://historyforatheists.com/2017/07/the-destruction-of-the-great-library-of-alexandria/</w:t>
        </w:r>
      </w:hyperlink>
      <w:r>
        <w:t xml:space="preserve"> - The historical context of the Library of Alexandria's destruction and its implications on knowledge preservation is analogous to the current concerns about digital information integrity.</w:t>
      </w:r>
      <w:r/>
    </w:p>
    <w:p>
      <w:pPr>
        <w:pStyle w:val="ListNumber"/>
        <w:spacing w:line="240" w:lineRule="auto"/>
        <w:ind w:left="720"/>
      </w:pPr>
      <w:r/>
      <w:hyperlink r:id="rId13">
        <w:r>
          <w:rPr>
            <w:color w:val="0000EE"/>
            <w:u w:val="single"/>
          </w:rPr>
          <w:t>https://csa-living.org/oasis-blog/the-library-of-alexandria-a-beacon-of-knowledge-and-cultural-legacy</w:t>
        </w:r>
      </w:hyperlink>
      <w:r>
        <w:t xml:space="preserve"> - The modern Library of Alexandria's efforts in digitization and making knowledge accessible globally align with the initial vision of the internet as a universal library.</w:t>
      </w:r>
      <w:r/>
    </w:p>
    <w:p>
      <w:pPr>
        <w:pStyle w:val="ListNumber"/>
        <w:spacing w:line="240" w:lineRule="auto"/>
        <w:ind w:left="720"/>
      </w:pPr>
      <w:r/>
      <w:hyperlink r:id="rId14">
        <w:r>
          <w:rPr>
            <w:color w:val="0000EE"/>
            <w:u w:val="single"/>
          </w:rPr>
          <w:t>https://nicholasmorrissey.substack.com/p/the-library-of-alexandria-vs-the</w:t>
        </w:r>
      </w:hyperlink>
      <w:r>
        <w:t xml:space="preserve"> - This article highlights the contrast between the internet's potential as a vast repository of knowledge and the challenges posed by AI-generated content.</w:t>
      </w:r>
      <w:r/>
    </w:p>
    <w:p>
      <w:pPr>
        <w:pStyle w:val="ListNumber"/>
        <w:spacing w:line="240" w:lineRule="auto"/>
        <w:ind w:left="720"/>
      </w:pPr>
      <w:r/>
      <w:hyperlink r:id="rId10">
        <w:r>
          <w:rPr>
            <w:color w:val="0000EE"/>
            <w:u w:val="single"/>
          </w:rPr>
          <w:t>https://www.theatlantic.com/technology/archive/2017/04/the-tragedy-of-google-books/523320/</w:t>
        </w:r>
      </w:hyperlink>
      <w:r>
        <w:t xml:space="preserve"> - The technological and logistical challenges in creating a universal digital library, as discussed in this article, are pertinent to the current debates about AI's impact on the internet.</w:t>
      </w:r>
      <w:r/>
    </w:p>
    <w:p>
      <w:pPr>
        <w:pStyle w:val="ListNumber"/>
        <w:spacing w:line="240" w:lineRule="auto"/>
        <w:ind w:left="720"/>
      </w:pPr>
      <w:r/>
      <w:hyperlink r:id="rId15">
        <w:r>
          <w:rPr>
            <w:color w:val="0000EE"/>
            <w:u w:val="single"/>
          </w:rPr>
          <w:t>https://spearswms.com/luxury/art-culture/why-ai-will-eat-itself/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atlantic.com/technology/archive/2017/04/the-tragedy-of-google-books/523320/" TargetMode="External"/><Relationship Id="rId11" Type="http://schemas.openxmlformats.org/officeDocument/2006/relationships/hyperlink" Target="https://www.reddit.com/r/Showerthoughts/comments/18c4r0s/wikipedia_is_a_modern_day_library_of_alexandria/" TargetMode="External"/><Relationship Id="rId12" Type="http://schemas.openxmlformats.org/officeDocument/2006/relationships/hyperlink" Target="https://historyforatheists.com/2017/07/the-destruction-of-the-great-library-of-alexandria/" TargetMode="External"/><Relationship Id="rId13" Type="http://schemas.openxmlformats.org/officeDocument/2006/relationships/hyperlink" Target="https://csa-living.org/oasis-blog/the-library-of-alexandria-a-beacon-of-knowledge-and-cultural-legacy" TargetMode="External"/><Relationship Id="rId14" Type="http://schemas.openxmlformats.org/officeDocument/2006/relationships/hyperlink" Target="https://nicholasmorrissey.substack.com/p/the-library-of-alexandria-vs-the" TargetMode="External"/><Relationship Id="rId15" Type="http://schemas.openxmlformats.org/officeDocument/2006/relationships/hyperlink" Target="https://spearswms.com/luxury/art-culture/why-ai-will-eat-itse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