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Tesla's 'We, Robot' event raises questions about robot autonomy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Tesla's recent "We, Robot" event, which showcased its Optimus humanoid robots in conjunction with the unveiling of the Cybercab robotaxi, has sparked discussions about the extent of the robots' autonomy. Held last week, the much-anticipated event was noted for its theatrics and bold announcements by Tesla CEO Elon Musk.</w:t>
      </w:r>
      <w:r/>
    </w:p>
    <w:p>
      <w:r/>
      <w:r>
        <w:t>The Optimus robots were seen engaging with attendees by serving drinks, playing games, and dancing, creating a spectacle that initially seemed to demonstrate advanced autonomous capabilities. However, subsequent reports revealed that human intervention played a significant role in these performances. Attendees such as Robert Scoble shared that the robots were being "remote assisted" by human operators, a fact echoed by Morgan Stanley analyst Adam Jonas. He described the reliance on "tele-ops" or human intervention in a report, suggesting that the robots were far from achieving true autonomy.</w:t>
      </w:r>
      <w:r/>
    </w:p>
    <w:p>
      <w:r/>
      <w:r>
        <w:t>Various signs indicated the involvement of human operators in the Optimus robots' operations. Each robot exhibited unique vocal characteristics and provided swift, gesticulated responses to questions, which hinted at human mediation. Videos from the event showed robots humorously acknowledging their partial human control, further confirming the backstage support that facilitated their interactions.</w:t>
      </w:r>
      <w:r/>
    </w:p>
    <w:p>
      <w:r/>
      <w:r>
        <w:t>Elon Musk is known for his extravagant and engaging showcases of Tesla's technological advancements. The initial introduction of the humanoid robots involved a performer inside a robot suit, setting a dramatic tone that continued with the live display at the event. However, despite the impressive visuals, the event offered limited insight into the actual development progress of Tesla's humanoid robotic technology.</w:t>
      </w:r>
      <w:r/>
    </w:p>
    <w:p>
      <w:r/>
      <w:r>
        <w:t>The event coincided with the presentation of the Cybercab robotaxi, which did not capture investors' confidence as expected. The Tesla stock experienced a noticeable decline following the event. Musk's ambitious announcements regarding the Cybercab's pricing and production timeline, including a proposed cost under $30,000 and production starting by 2026 or 2027, were met with skepticism. Musk's history of optimistic projections, particularly concerning autonomous vehicle technology, has left some commentators and analysts doubtful. Previous claims, such as the promise of a million robotaxis by 2020 and the full self-driving capability by the end of 2022, remain unfulfilled.</w:t>
      </w:r>
      <w:r/>
    </w:p>
    <w:p>
      <w:r/>
      <w:r>
        <w:t>While the "We, Robot" event was designed to captivate and intrigue, it also raised questions about the current capabilities versus the marketing narratives of Tesla's cutting-edge technologies. The revealing of human assistance in the operation of the Optimus robots underscores the complexity and challenges faced in achieving true autonomy in robotics and autonomous vehicles.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https://www.youtube.com/watch?v=ChQwNhtFSkA</w:t>
        </w:r>
      </w:hyperlink>
      <w:r>
        <w:t xml:space="preserve"> - Discusses the investigation into whether Tesla's Optimus Robots were autonomous or remote-controlled, highlighting the unlikely advanced AI capabilities and the evidence suggesting remote control.</w:t>
      </w:r>
      <w:r/>
    </w:p>
    <w:p>
      <w:pPr>
        <w:pStyle w:val="ListNumber"/>
        <w:spacing w:line="240" w:lineRule="auto"/>
        <w:ind w:left="720"/>
      </w:pPr>
      <w:r/>
      <w:hyperlink r:id="rId11">
        <w:r>
          <w:rPr>
            <w:color w:val="0000EE"/>
            <w:u w:val="single"/>
          </w:rPr>
          <w:t>https://mashable.com/article/tesla-optimus-robot-human-assisted</w:t>
        </w:r>
      </w:hyperlink>
      <w:r>
        <w:t xml:space="preserve"> - Reports that Tesla's Optimus robots at the 'We, Robot' event were human-assisted, with evidence from videos and statements from Tesla staff indicating remote control.</w:t>
      </w:r>
      <w:r/>
    </w:p>
    <w:p>
      <w:pPr>
        <w:pStyle w:val="ListNumber"/>
        <w:spacing w:line="240" w:lineRule="auto"/>
        <w:ind w:left="720"/>
      </w:pPr>
      <w:r/>
      <w:hyperlink r:id="rId12">
        <w:r>
          <w:rPr>
            <w:color w:val="0000EE"/>
            <w:u w:val="single"/>
          </w:rPr>
          <w:t>https://qz.com/tesla-optimus-robot-ai-elon-musk-bartending-cybercab-1851672502</w:t>
        </w:r>
      </w:hyperlink>
      <w:r>
        <w:t xml:space="preserve"> - Reveals that the Tesla Optimus robot was controlled by humans during the event, including serving drinks and greeting guests, with clear indications of human voice and control.</w:t>
      </w:r>
      <w:r/>
    </w:p>
    <w:p>
      <w:pPr>
        <w:pStyle w:val="ListNumber"/>
        <w:spacing w:line="240" w:lineRule="auto"/>
        <w:ind w:left="720"/>
      </w:pPr>
      <w:r/>
      <w:hyperlink r:id="rId13">
        <w:r>
          <w:rPr>
            <w:color w:val="0000EE"/>
            <w:u w:val="single"/>
          </w:rPr>
          <w:t>https://finance.yahoo.com/news/debate-erupts-over-teslas-optimus-191239228.html</w:t>
        </w:r>
      </w:hyperlink>
      <w:r>
        <w:t xml:space="preserve"> - Details the debate over the autonomy of Tesla's Optimus robots, with observations and reports suggesting significant human control during the event.</w:t>
      </w:r>
      <w:r/>
    </w:p>
    <w:p>
      <w:pPr>
        <w:pStyle w:val="ListNumber"/>
        <w:spacing w:line="240" w:lineRule="auto"/>
        <w:ind w:left="720"/>
      </w:pPr>
      <w:r/>
      <w:hyperlink r:id="rId14">
        <w:r>
          <w:rPr>
            <w:color w:val="0000EE"/>
            <w:u w:val="single"/>
          </w:rPr>
          <w:t>https://interestingengineering.com/culture/tesla-robots-operated-by-humans-at-we-robot</w:t>
        </w:r>
      </w:hyperlink>
      <w:r>
        <w:t xml:space="preserve"> - Explains that the Optimus robots were remotely operated by humans during the 'We, Robot' event, highlighting the discrepancy between the showcased capabilities and actual autonomy.</w:t>
      </w:r>
      <w:r/>
    </w:p>
    <w:p>
      <w:pPr>
        <w:pStyle w:val="ListNumber"/>
        <w:spacing w:line="240" w:lineRule="auto"/>
        <w:ind w:left="720"/>
      </w:pPr>
      <w:r/>
      <w:hyperlink r:id="rId15">
        <w:r>
          <w:rPr>
            <w:color w:val="0000EE"/>
            <w:u w:val="single"/>
          </w:rPr>
          <w:t>https://hamy.xyz/labs/2024-10_tesla-optimus-robot-remote-controlled</w:t>
        </w:r>
      </w:hyperlink>
      <w:r>
        <w:t xml:space="preserve"> - Provides a detailed analysis of the evidence suggesting that Tesla's Optimus robots were likely remote-controlled rather than autonomous during the event.</w:t>
      </w:r>
      <w:r/>
    </w:p>
    <w:p>
      <w:pPr>
        <w:pStyle w:val="ListNumber"/>
        <w:spacing w:line="240" w:lineRule="auto"/>
        <w:ind w:left="720"/>
      </w:pPr>
      <w:r/>
      <w:hyperlink r:id="rId11">
        <w:r>
          <w:rPr>
            <w:color w:val="0000EE"/>
            <w:u w:val="single"/>
          </w:rPr>
          <w:t>https://mashable.com/article/tesla-optimus-robot-human-assisted</w:t>
        </w:r>
      </w:hyperlink>
      <w:r>
        <w:t xml:space="preserve"> - Mentions Elon Musk's vague statements about the autonomous capabilities of Optimus and the subsequent revelations of human assistance in operating the robots.</w:t>
      </w:r>
      <w:r/>
    </w:p>
    <w:p>
      <w:pPr>
        <w:pStyle w:val="ListNumber"/>
        <w:spacing w:line="240" w:lineRule="auto"/>
        <w:ind w:left="720"/>
      </w:pPr>
      <w:r/>
      <w:hyperlink r:id="rId12">
        <w:r>
          <w:rPr>
            <w:color w:val="0000EE"/>
            <w:u w:val="single"/>
          </w:rPr>
          <w:t>https://qz.com/tesla-optimus-robot-ai-elon-musk-bartending-cybercab-1851672502</w:t>
        </w:r>
      </w:hyperlink>
      <w:r>
        <w:t xml:space="preserve"> - Describes the interaction between Robert Scoble and the Optimus robot, where the robot admitted to being 'assisted by a human' and not fully autonomous.</w:t>
      </w:r>
      <w:r/>
    </w:p>
    <w:p>
      <w:pPr>
        <w:pStyle w:val="ListNumber"/>
        <w:spacing w:line="240" w:lineRule="auto"/>
        <w:ind w:left="720"/>
      </w:pPr>
      <w:r/>
      <w:hyperlink r:id="rId13">
        <w:r>
          <w:rPr>
            <w:color w:val="0000EE"/>
            <w:u w:val="single"/>
          </w:rPr>
          <w:t>https://finance.yahoo.com/news/debate-erupts-over-teslas-optimus-191239228.html</w:t>
        </w:r>
      </w:hyperlink>
      <w:r>
        <w:t xml:space="preserve"> - Discusses the impact on Tesla's stock following the event and the skepticism around Musk's announcements regarding the Cybercab and autonomous vehicle technology.</w:t>
      </w:r>
      <w:r/>
    </w:p>
    <w:p>
      <w:pPr>
        <w:pStyle w:val="ListNumber"/>
        <w:spacing w:line="240" w:lineRule="auto"/>
        <w:ind w:left="720"/>
      </w:pPr>
      <w:r/>
      <w:hyperlink r:id="rId14">
        <w:r>
          <w:rPr>
            <w:color w:val="0000EE"/>
            <w:u w:val="single"/>
          </w:rPr>
          <w:t>https://interestingengineering.com/culture/tesla-robots-operated-by-humans-at-we-robot</w:t>
        </w:r>
      </w:hyperlink>
      <w:r>
        <w:t xml:space="preserve"> - Details the history of Tesla's humanoid robot development, from a performer in a robot suit to the current remote-controlled versions, and the challenges in achieving true autonomy.</w:t>
      </w:r>
      <w:r/>
    </w:p>
    <w:p>
      <w:pPr>
        <w:pStyle w:val="ListNumber"/>
        <w:spacing w:line="240" w:lineRule="auto"/>
        <w:ind w:left="720"/>
      </w:pPr>
      <w:r/>
      <w:hyperlink r:id="rId14">
        <w:r>
          <w:rPr>
            <w:color w:val="0000EE"/>
            <w:u w:val="single"/>
          </w:rPr>
          <w:t>https://interestingengineering.com/culture/tesla-robots-operated-by-humans-at-we-robot</w:t>
        </w:r>
      </w:hyperlink>
      <w:r>
        <w:t xml:space="preserve"> - Highlights the last-minute addition of the Optimus robots to the event lineup and the implications for their functionality and autonomy.</w:t>
      </w:r>
      <w:r/>
    </w:p>
    <w:p>
      <w:pPr>
        <w:pStyle w:val="ListNumber"/>
        <w:spacing w:line="240" w:lineRule="auto"/>
        <w:ind w:left="720"/>
      </w:pPr>
      <w:r/>
      <w:hyperlink r:id="rId16">
        <w:r>
          <w:rPr>
            <w:color w:val="0000EE"/>
            <w:u w:val="single"/>
          </w:rPr>
          <w:t>https://www.breitbart.com/tech/2024/10/14/fake-ai-elon-musks-robots-at-tesla-robotaxi-event-relied-on-human-controllers/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ChQwNhtFSkA" TargetMode="External"/><Relationship Id="rId11" Type="http://schemas.openxmlformats.org/officeDocument/2006/relationships/hyperlink" Target="https://mashable.com/article/tesla-optimus-robot-human-assisted" TargetMode="External"/><Relationship Id="rId12" Type="http://schemas.openxmlformats.org/officeDocument/2006/relationships/hyperlink" Target="https://qz.com/tesla-optimus-robot-ai-elon-musk-bartending-cybercab-1851672502" TargetMode="External"/><Relationship Id="rId13" Type="http://schemas.openxmlformats.org/officeDocument/2006/relationships/hyperlink" Target="https://finance.yahoo.com/news/debate-erupts-over-teslas-optimus-191239228.html" TargetMode="External"/><Relationship Id="rId14" Type="http://schemas.openxmlformats.org/officeDocument/2006/relationships/hyperlink" Target="https://interestingengineering.com/culture/tesla-robots-operated-by-humans-at-we-robot" TargetMode="External"/><Relationship Id="rId15" Type="http://schemas.openxmlformats.org/officeDocument/2006/relationships/hyperlink" Target="https://hamy.xyz/labs/2024-10_tesla-optimus-robot-remote-controlled" TargetMode="External"/><Relationship Id="rId16" Type="http://schemas.openxmlformats.org/officeDocument/2006/relationships/hyperlink" Target="https://www.breitbart.com/tech/2024/10/14/fake-ai-elon-musks-robots-at-tesla-robotaxi-event-relied-on-human-controll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