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recent years, the intersection of artificial intelligence (AI) and software development has become a focal point of innovation, posing significant questions regarding the future role of human programmers. The emergence of sophisticated AI tools capable of generating code has sparked a debate within the software industry. </w:t>
      </w:r>
      <w:r/>
    </w:p>
    <w:p>
      <w:r/>
      <w:r>
        <w:t>Prominent among these advancements are platforms like GitHub’s Copilot, OpenAI’s Codex, and Google’s AlphaCode. These tools have been designed to transform natural language prompts into functional code snippets, thereby simplifying the coding process. This technological leap raises the question of whether AI can eventually replace human programmers or whether a symbiotic relationship between AI and human developers will evolve.</w:t>
      </w:r>
      <w:r/>
    </w:p>
    <w:p>
      <w:r/>
      <w:r>
        <w:t>AI tools such as Copilot and Codex have demonstrated their capability to write entire segments of code, showcasing a potential shift in the way coding tasks are approached. By automating repetitive and mundane tasks, these platforms allow human programmers to focus on more complex and creative aspects of software development. However, despite their prowess in generating code, these AI systems still rely heavily on patterns and examples derived from previously written code. This dependence signifies that human oversight and input remain critical for ensuring the quality and functionality of the code produced by AI.</w:t>
      </w:r>
      <w:r/>
    </w:p>
    <w:p>
      <w:r/>
      <w:r>
        <w:t>Current limitations of these AI code generators highlight the enduring necessity of human expertise. AI tools often require detailed prompts and may not fully understand the nuanced requirements of specific projects. Human programmers play a crucial role in refining and customising the output from AI, guiding these tools with their understanding of the problem domain and user requirements. Furthermore, AI systems are prone to generating flawed or insecure code if not monitored, necessitating human intervention to review and test the code for bugs and security vulnerabilities.</w:t>
      </w:r>
      <w:r/>
    </w:p>
    <w:p>
      <w:r/>
      <w:r>
        <w:t>On the developmental horizon, the integration of AI in programming introduces concerns regarding job displacement within the industry. The fear of AI replacing human developers entirely looms large, prompting discussions on how to adapt to this technological evolution. While some argue that AI could potentially eliminate certain roles, others advocate for the advantages of AI-human collaboration, where AI enhances human productivity rather than renders it obsolete.</w:t>
      </w:r>
      <w:r/>
    </w:p>
    <w:p>
      <w:r/>
      <w:r>
        <w:t>As the technology continues to evolve, the co-existence of AI tools with human programmers appears to be a more pragmatic view for the present. AI's role in automating routine coding tasks can effectively enhance productivity and innovation, allowing human talent to explore complex problem-solving and creative strategy development. However, the industry is still in a period of transition, grappling with the balance between leveraging AI advancements and preserving the indispensable human element within the coding process.</w:t>
      </w:r>
      <w:r/>
    </w:p>
    <w:p>
      <w:r/>
      <w:r>
        <w:t>In conclusion, while AI tools in software development have shown tremendous potential and have already begun reshaping the industry, the complete replacement of human programmers seems distant. The current trajectory indicates a growing reliance on AI tools to augment human capabilities rather than eradicate them. The landscape of software development will likely continue to evolve, influenced by advancements in AI, with a collaborative relationship emerging between human ingenuity and machine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https://www.forbes.com/sites/garydrenik/2024/07/09/ai-is-driving-an-evolution-in-the-role-of-the-software-developer/</w:t>
        </w:r>
      </w:hyperlink>
      <w:r>
        <w:t xml:space="preserve"> - This article discusses how AI is transforming the role of software developers, enabling them to focus on strategic and innovative tasks while AI handles repetitive coding tasks.</w:t>
      </w:r>
      <w:r/>
    </w:p>
    <w:p>
      <w:pPr>
        <w:pStyle w:val="ListNumber"/>
        <w:spacing w:line="240" w:lineRule="auto"/>
        <w:ind w:left="720"/>
      </w:pPr>
      <w:r/>
      <w:hyperlink r:id="rId11">
        <w:r>
          <w:rPr>
            <w:color w:val="0000EE"/>
            <w:u w:val="single"/>
          </w:rPr>
          <w:t>https://relevant.software/blog/will-ai-replace-programmers/</w:t>
        </w:r>
      </w:hyperlink>
      <w:r>
        <w:t xml:space="preserve"> - This article explores the evolving relationship between AI and software development, emphasizing that AI will not replace programmers but will enhance their capabilities and efficiency.</w:t>
      </w:r>
      <w:r/>
    </w:p>
    <w:p>
      <w:pPr>
        <w:pStyle w:val="ListNumber"/>
        <w:spacing w:line="240" w:lineRule="auto"/>
        <w:ind w:left="720"/>
      </w:pPr>
      <w:r/>
      <w:hyperlink r:id="rId12">
        <w:r>
          <w:rPr>
            <w:color w:val="0000EE"/>
            <w:u w:val="single"/>
          </w:rPr>
          <w:t>https://www.perforce.com/blog/qac/will-ai-replace-software-engineers</w:t>
        </w:r>
      </w:hyperlink>
      <w:r>
        <w:t xml:space="preserve"> - This article explains how AI code generation tools are changing software development, but highlights that human programmers remain essential for reviewing and optimizing AI-generated code.</w:t>
      </w:r>
      <w:r/>
    </w:p>
    <w:p>
      <w:pPr>
        <w:pStyle w:val="ListNumber"/>
        <w:spacing w:line="240" w:lineRule="auto"/>
        <w:ind w:left="720"/>
      </w:pPr>
      <w:r/>
      <w:hyperlink r:id="rId13">
        <w:r>
          <w:rPr>
            <w:color w:val="0000EE"/>
            <w:u w:val="single"/>
          </w:rPr>
          <w:t>https://brainhub.eu/library/software-developer-age-of-ai</w:t>
        </w:r>
      </w:hyperlink>
      <w:r>
        <w:t xml:space="preserve"> - This article discusses how AI is impacting software development, automating mundane tasks and requiring programmers to acquire new skills to stay relevant.</w:t>
      </w:r>
      <w:r/>
    </w:p>
    <w:p>
      <w:pPr>
        <w:pStyle w:val="ListNumber"/>
        <w:spacing w:line="240" w:lineRule="auto"/>
        <w:ind w:left="720"/>
      </w:pPr>
      <w:r/>
      <w:hyperlink r:id="rId14">
        <w:r>
          <w:rPr>
            <w:color w:val="0000EE"/>
            <w:u w:val="single"/>
          </w:rPr>
          <w:t>https://onlinecs.baylor.edu/news/will-ai-replace-SWEs</w:t>
        </w:r>
      </w:hyperlink>
      <w:r>
        <w:t xml:space="preserve"> - This article explores the current and future roles of AI in software development, including code generation, automated testing, and enhancing user experiences.</w:t>
      </w:r>
      <w:r/>
    </w:p>
    <w:p>
      <w:pPr>
        <w:pStyle w:val="ListNumber"/>
        <w:spacing w:line="240" w:lineRule="auto"/>
        <w:ind w:left="720"/>
      </w:pPr>
      <w:r/>
      <w:hyperlink r:id="rId10">
        <w:r>
          <w:rPr>
            <w:color w:val="0000EE"/>
            <w:u w:val="single"/>
          </w:rPr>
          <w:t>https://www.forbes.com/sites/garydrenik/2024/07/09/ai-is-driving-an-evolution-in-the-role-of-the-software-developer/</w:t>
        </w:r>
      </w:hyperlink>
      <w:r>
        <w:t xml:space="preserve"> - This article mentions platforms like GitHub’s Copilot and OpenAI’s Codex, which transform natural language prompts into functional code snippets.</w:t>
      </w:r>
      <w:r/>
    </w:p>
    <w:p>
      <w:pPr>
        <w:pStyle w:val="ListNumber"/>
        <w:spacing w:line="240" w:lineRule="auto"/>
        <w:ind w:left="720"/>
      </w:pPr>
      <w:r/>
      <w:hyperlink r:id="rId11">
        <w:r>
          <w:rPr>
            <w:color w:val="0000EE"/>
            <w:u w:val="single"/>
          </w:rPr>
          <w:t>https://relevant.software/blog/will-ai-replace-programmers/</w:t>
        </w:r>
      </w:hyperlink>
      <w:r>
        <w:t xml:space="preserve"> - This article discusses how AI tools automate repetitive and mundane tasks, allowing human programmers to focus on more complex and creative aspects of software development.</w:t>
      </w:r>
      <w:r/>
    </w:p>
    <w:p>
      <w:pPr>
        <w:pStyle w:val="ListNumber"/>
        <w:spacing w:line="240" w:lineRule="auto"/>
        <w:ind w:left="720"/>
      </w:pPr>
      <w:r/>
      <w:hyperlink r:id="rId12">
        <w:r>
          <w:rPr>
            <w:color w:val="0000EE"/>
            <w:u w:val="single"/>
          </w:rPr>
          <w:t>https://www.perforce.com/blog/qac/will-ai-replace-software-engineers</w:t>
        </w:r>
      </w:hyperlink>
      <w:r>
        <w:t xml:space="preserve"> - This article highlights the limitations of AI code generators, such as their dependence on patterns and examples from previously written code and the need for human oversight.</w:t>
      </w:r>
      <w:r/>
    </w:p>
    <w:p>
      <w:pPr>
        <w:pStyle w:val="ListNumber"/>
        <w:spacing w:line="240" w:lineRule="auto"/>
        <w:ind w:left="720"/>
      </w:pPr>
      <w:r/>
      <w:hyperlink r:id="rId13">
        <w:r>
          <w:rPr>
            <w:color w:val="0000EE"/>
            <w:u w:val="single"/>
          </w:rPr>
          <w:t>https://brainhub.eu/library/software-developer-age-of-ai</w:t>
        </w:r>
      </w:hyperlink>
      <w:r>
        <w:t xml:space="preserve"> - This article emphasizes the importance of human programmers in refining and customizing AI-generated code and ensuring its quality and functionality.</w:t>
      </w:r>
      <w:r/>
    </w:p>
    <w:p>
      <w:pPr>
        <w:pStyle w:val="ListNumber"/>
        <w:spacing w:line="240" w:lineRule="auto"/>
        <w:ind w:left="720"/>
      </w:pPr>
      <w:r/>
      <w:hyperlink r:id="rId14">
        <w:r>
          <w:rPr>
            <w:color w:val="0000EE"/>
            <w:u w:val="single"/>
          </w:rPr>
          <w:t>https://onlinecs.baylor.edu/news/will-ai-replace-SWEs</w:t>
        </w:r>
      </w:hyperlink>
      <w:r>
        <w:t xml:space="preserve"> - This article addresses concerns about job displacement and advocates for the benefits of AI-human collaboration in enhancing productivity and innovation.</w:t>
      </w:r>
      <w:r/>
    </w:p>
    <w:p>
      <w:pPr>
        <w:pStyle w:val="ListNumber"/>
        <w:spacing w:line="240" w:lineRule="auto"/>
        <w:ind w:left="720"/>
      </w:pPr>
      <w:r/>
      <w:hyperlink r:id="rId11">
        <w:r>
          <w:rPr>
            <w:color w:val="0000EE"/>
            <w:u w:val="single"/>
          </w:rPr>
          <w:t>https://relevant.software/blog/will-ai-replace-programmers/</w:t>
        </w:r>
      </w:hyperlink>
      <w:r>
        <w:t xml:space="preserve"> - This article concludes that the complete replacement of human programmers by AI is unlikely, and instead, a collaborative relationship between human ingenuity and machine efficiency is emerging.</w:t>
      </w:r>
      <w:r/>
    </w:p>
    <w:p>
      <w:pPr>
        <w:pStyle w:val="ListNumber"/>
        <w:spacing w:line="240" w:lineRule="auto"/>
        <w:ind w:left="720"/>
      </w:pPr>
      <w:r/>
      <w:hyperlink r:id="rId15">
        <w:r>
          <w:rPr>
            <w:color w:val="0000EE"/>
            <w:u w:val="single"/>
          </w:rPr>
          <w:t>https://www.analyticsinsight.net/artificial-intelligence/ai-code-generation-can-it-replace-human-programmers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garydrenik/2024/07/09/ai-is-driving-an-evolution-in-the-role-of-the-software-developer/" TargetMode="External"/><Relationship Id="rId11" Type="http://schemas.openxmlformats.org/officeDocument/2006/relationships/hyperlink" Target="https://relevant.software/blog/will-ai-replace-programmers/" TargetMode="External"/><Relationship Id="rId12" Type="http://schemas.openxmlformats.org/officeDocument/2006/relationships/hyperlink" Target="https://www.perforce.com/blog/qac/will-ai-replace-software-engineers" TargetMode="External"/><Relationship Id="rId13" Type="http://schemas.openxmlformats.org/officeDocument/2006/relationships/hyperlink" Target="https://brainhub.eu/library/software-developer-age-of-ai" TargetMode="External"/><Relationship Id="rId14" Type="http://schemas.openxmlformats.org/officeDocument/2006/relationships/hyperlink" Target="https://onlinecs.baylor.edu/news/will-ai-replace-SWEs" TargetMode="External"/><Relationship Id="rId15" Type="http://schemas.openxmlformats.org/officeDocument/2006/relationships/hyperlink" Target="https://www.analyticsinsight.net/artificial-intelligence/ai-code-generation-can-it-replace-human-programm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