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hidden cost of technological convenience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Technological advancements have long been heralded as beacons of progress, ushering in eras of unprecedented convenience and ease. From the Industrial Revolution to today's cutting-edge artificial intelligence (AI), each technological leap promised to simplify life, free up time, and enhance accessibility to resources. Yet, as we stand on the precipice of an era defined by cognitive facilitators such as large language models (LLMs), the narrative is evolving to explore not just what is gained, but also what might be lost in this relentless pursuit of perfection and efficiency.</w:t>
      </w:r>
      <w:r/>
    </w:p>
    <w:p>
      <w:r/>
      <w:r>
        <w:t>The Intricacies of Mundanity</w:t>
      </w:r>
      <w:r/>
    </w:p>
    <w:p>
      <w:r/>
      <w:r>
        <w:t>Daily life is punctuated by tasks that, while seemingly mundane, offer invaluable opportunities for cognitive respite and introspection. Driving, gardening, or cooking without shortcuts provides a mental canvas where thoughts can meander freely, often leading to unexpected bursts of creativity or insight. These small inconveniences weave a rich tapestry of human experience that appears at risk as technology strives to eliminate them.</w:t>
      </w:r>
      <w:r/>
    </w:p>
    <w:p>
      <w:r/>
      <w:r>
        <w:t>AI technologies, capable of folding laundry, autonomously driving cars, or suggesting recipes, streamline these activities, thus removing the idle moments that permit daydreaming and imaginative thinking. The friction of everyday chores serves as a crucible for creativity, operating in a space that AI’s seamless efficiency threatens to vanish.</w:t>
      </w:r>
      <w:r/>
    </w:p>
    <w:p>
      <w:r/>
      <w:r>
        <w:t>The Dichotomy of Convenience</w:t>
      </w:r>
      <w:r/>
    </w:p>
    <w:p>
      <w:r/>
      <w:r>
        <w:t>The attraction to technology is often fuelled by its promise to reduce effort, streamline processes, and provide speedy resolutions. Yet, there exists an inherent contradiction at the core of this ease-seeking—human growth and engagement flourish amid challenges and effort, not their absence. Learning to drive entails more than moving a vehicle; it's a process marked by overcoming mistakes and gradual mastery. Cooking a new dish introduces experimentation, sometimes leading to unexpected culinary triumphs. By relegating these activities to AI, there is a risk of smoothing the uneven, yet fulfilling, texture of life.</w:t>
      </w:r>
      <w:r/>
    </w:p>
    <w:p>
      <w:r/>
      <w:r>
        <w:t>Imperfections and Creativity</w:t>
      </w:r>
      <w:r/>
    </w:p>
    <w:p>
      <w:r/>
      <w:r>
        <w:t>The human experience is enriched by imperfections, which frequently beget creativity. Artists might find beauty in unplanned brush strokes that alter their work unexpectedly. Such serendipitous occurrences are unique to human endeavour, residing in the mistakes and detours that machines, optimised for accuracy and precision, do not reproduce. In focusing on impeccable results and streamlined solutions, AI could potentially sideline this serendipitous element of creativity.</w:t>
      </w:r>
      <w:r/>
    </w:p>
    <w:p>
      <w:r/>
      <w:r>
        <w:t>The Autonomy Conundrum</w:t>
      </w:r>
      <w:r/>
    </w:p>
    <w:p>
      <w:r/>
      <w:r>
        <w:t>With AI's increasing involvement in daily routines, fundamental queries about human autonomy surface. AI's aid in cognitive tasks often redefines freedom as an absence of burden, yet true autonomy reflects the ability to navigate choices, including those rife with obstacles. The essence of autonomy lies within these experiences—where decisions are made, paths are chosen, and outcomes, whether favourable or not, are owned.</w:t>
      </w:r>
      <w:r/>
    </w:p>
    <w:p>
      <w:r/>
      <w:r>
        <w:t>The essence of these experiences lies not in avoiding challenges but embracing them as learning opportunities. Cognitive companions, adept at anticipating needs and smoothing life's rough edges, might unknowingly diminish the self-determination inherent in resolving these struggles independently.</w:t>
      </w:r>
      <w:r/>
    </w:p>
    <w:p>
      <w:r/>
      <w:r>
        <w:t>Redefining the Role of Inconvenience</w:t>
      </w:r>
      <w:r/>
    </w:p>
    <w:p>
      <w:r/>
      <w:r>
        <w:t>In an era marked by the ceaseless quest for ease, some might consider the deliberate choice of inconvenience as a form of subtle resistance—a conscious effort to retain engagement with the world on a more tangible and thoughtful level. Eschewing GPS for a spontaneous drive, crafting a dish without AI guidance, or folding laundry by hand becomes an exercise in reaffirming the human capacity for creativity, introspection, and meaningful labour.</w:t>
      </w:r>
      <w:r/>
    </w:p>
    <w:p>
      <w:r/>
      <w:r>
        <w:t>Technology promises endless efficiency, yet in clinging too tightly to this promise, we may overlook the profound beauty encapsulated in imperfection and struggle. Here lies the heart of the dialogue surrounding AI’s place in society—balancing the benefits of technological aid with the intrinsic value found in imperfection and human ingenuity.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https://www.businessmole.com/7-ways-technology-makes-life-convenient-secure/</w:t>
        </w:r>
      </w:hyperlink>
      <w:r>
        <w:t xml:space="preserve"> - This article supports the claim that technology has made various aspects of life more convenient, including communication, travel, education, and healthcare, which aligns with the narrative of technological advancements simplifying life.</w:t>
      </w:r>
      <w:r/>
    </w:p>
    <w:p>
      <w:pPr>
        <w:pStyle w:val="ListNumber"/>
        <w:spacing w:line="240" w:lineRule="auto"/>
        <w:ind w:left="720"/>
      </w:pPr>
      <w:r/>
      <w:hyperlink r:id="rId11">
        <w:r>
          <w:rPr>
            <w:color w:val="0000EE"/>
            <w:u w:val="single"/>
          </w:rPr>
          <w:t>https://www.eit.edu.au/technology-advancements-the-pros-and-cons/</w:t>
        </w:r>
      </w:hyperlink>
      <w:r>
        <w:t xml:space="preserve"> - This source discusses the pros and cons of technology, highlighting how it has increased efficiency, transformed communication, and improved healthcare, but also notes potential drawbacks such as job insecurity and environmental impact.</w:t>
      </w:r>
      <w:r/>
    </w:p>
    <w:p>
      <w:pPr>
        <w:pStyle w:val="ListNumber"/>
        <w:spacing w:line="240" w:lineRule="auto"/>
        <w:ind w:left="720"/>
      </w:pPr>
      <w:r/>
      <w:hyperlink r:id="rId11">
        <w:r>
          <w:rPr>
            <w:color w:val="0000EE"/>
            <w:u w:val="single"/>
          </w:rPr>
          <w:t>https://www.eit.edu.au/technology-advancements-the-pros-and-cons/</w:t>
        </w:r>
      </w:hyperlink>
      <w:r>
        <w:t xml:space="preserve"> - This article explains how technology has streamlined tasks, made global collaboration easier, and enhanced patient care, which relates to the idea of technology reducing effort and providing speedy resolutions.</w:t>
      </w:r>
      <w:r/>
    </w:p>
    <w:p>
      <w:pPr>
        <w:pStyle w:val="ListNumber"/>
        <w:spacing w:line="240" w:lineRule="auto"/>
        <w:ind w:left="720"/>
      </w:pPr>
      <w:r/>
      <w:hyperlink r:id="rId12">
        <w:r>
          <w:rPr>
            <w:color w:val="0000EE"/>
            <w:u w:val="single"/>
          </w:rPr>
          <w:t>https://www.pewresearch.org/internet/2017/06/06/theme-1-people-crave-connection-and-convenience-and-a-tech-linked-world-serves-both-goals-well/</w:t>
        </w:r>
      </w:hyperlink>
      <w:r>
        <w:t xml:space="preserve"> - This source discusses how people crave convenience and connection, and how technology has made life easier and more efficient, aligning with the concept of technology's role in reducing effort and enhancing accessibility.</w:t>
      </w:r>
      <w:r/>
    </w:p>
    <w:p>
      <w:pPr>
        <w:pStyle w:val="ListNumber"/>
        <w:spacing w:line="240" w:lineRule="auto"/>
        <w:ind w:left="720"/>
      </w:pPr>
      <w:r/>
      <w:hyperlink r:id="rId12">
        <w:r>
          <w:rPr>
            <w:color w:val="0000EE"/>
            <w:u w:val="single"/>
          </w:rPr>
          <w:t>https://www.pewresearch.org/internet/2017/06/06/theme-1-people-crave-connection-and-convenience-and-a-tech-linked-world-serves-both-goals-well/</w:t>
        </w:r>
      </w:hyperlink>
      <w:r>
        <w:t xml:space="preserve"> - The article mentions the benefits of smart devices and IoT, which support the idea that technology is making life more convenient but also raises concerns about privacy and other issues.</w:t>
      </w:r>
      <w:r/>
    </w:p>
    <w:p>
      <w:pPr>
        <w:pStyle w:val="ListNumber"/>
        <w:spacing w:line="240" w:lineRule="auto"/>
        <w:ind w:left="720"/>
      </w:pPr>
      <w:r/>
      <w:hyperlink r:id="rId13">
        <w:r>
          <w:rPr>
            <w:color w:val="0000EE"/>
            <w:u w:val="single"/>
          </w:rPr>
          <w:t>https://www.forbes.com/sites/andrealoubier/2021/06/01/is-society-moving-in-the-right-direction-with-technology-rapidly-taking-over-the-world/</w:t>
        </w:r>
      </w:hyperlink>
      <w:r>
        <w:t xml:space="preserve"> - This article explores the impact of technology on everyday life, including how it has reshaped routines and made tasks easier, which is relevant to the discussion on the convenience and efficiency brought by technology.</w:t>
      </w:r>
      <w:r/>
    </w:p>
    <w:p>
      <w:pPr>
        <w:pStyle w:val="ListNumber"/>
        <w:spacing w:line="240" w:lineRule="auto"/>
        <w:ind w:left="720"/>
      </w:pPr>
      <w:r/>
      <w:hyperlink r:id="rId13">
        <w:r>
          <w:rPr>
            <w:color w:val="0000EE"/>
            <w:u w:val="single"/>
          </w:rPr>
          <w:t>https://www.forbes.com/sites/andrealoubier/2021/06/01/is-society-moving-in-the-right-direction-with-technology-rapidly-taking-over-the-world/</w:t>
        </w:r>
      </w:hyperlink>
      <w:r>
        <w:t xml:space="preserve"> - The article questions whether the rapid advancement of technology is beneficial for society, touching on the balance between convenience and potential losses in human experience.</w:t>
      </w:r>
      <w:r/>
    </w:p>
    <w:p>
      <w:pPr>
        <w:pStyle w:val="ListNumber"/>
        <w:spacing w:line="240" w:lineRule="auto"/>
        <w:ind w:left="720"/>
      </w:pPr>
      <w:r/>
      <w:hyperlink r:id="rId10">
        <w:r>
          <w:rPr>
            <w:color w:val="0000EE"/>
            <w:u w:val="single"/>
          </w:rPr>
          <w:t>https://www.businessmole.com/7-ways-technology-makes-life-convenient-secure/</w:t>
        </w:r>
      </w:hyperlink>
      <w:r>
        <w:t xml:space="preserve"> - This source highlights how technology has improved healthcare by enabling remote diagnosis and using video technology, which illustrates the efficiency and convenience technology brings but also raises questions about human autonomy.</w:t>
      </w:r>
      <w:r/>
    </w:p>
    <w:p>
      <w:pPr>
        <w:pStyle w:val="ListNumber"/>
        <w:spacing w:line="240" w:lineRule="auto"/>
        <w:ind w:left="720"/>
      </w:pPr>
      <w:r/>
      <w:hyperlink r:id="rId11">
        <w:r>
          <w:rPr>
            <w:color w:val="0000EE"/>
            <w:u w:val="single"/>
          </w:rPr>
          <w:t>https://www.eit.edu.au/technology-advancements-the-pros-and-cons/</w:t>
        </w:r>
      </w:hyperlink>
      <w:r>
        <w:t xml:space="preserve"> - The article discusses automation and its impact on various sectors, including the potential to replace jobs, which relates to the autonomy conundrum and the role of AI in daily routines.</w:t>
      </w:r>
      <w:r/>
    </w:p>
    <w:p>
      <w:pPr>
        <w:pStyle w:val="ListNumber"/>
        <w:spacing w:line="240" w:lineRule="auto"/>
        <w:ind w:left="720"/>
      </w:pPr>
      <w:r/>
      <w:hyperlink r:id="rId12">
        <w:r>
          <w:rPr>
            <w:color w:val="0000EE"/>
            <w:u w:val="single"/>
          </w:rPr>
          <w:t>https://www.pewresearch.org/internet/2017/06/06/theme-1-people-crave-connection-and-convenience-and-a-tech-linked-world-serves-both-goals-well/</w:t>
        </w:r>
      </w:hyperlink>
      <w:r>
        <w:t xml:space="preserve"> - This source mentions the importance of convenience and the willingness of people to trade some privacy and control for the benefits of connected devices, which aligns with the discussion on the deliberate choice of inconvenience as a form of resistance.</w:t>
      </w:r>
      <w:r/>
    </w:p>
    <w:p>
      <w:pPr>
        <w:pStyle w:val="ListNumber"/>
        <w:spacing w:line="240" w:lineRule="auto"/>
        <w:ind w:left="720"/>
      </w:pPr>
      <w:r/>
      <w:hyperlink r:id="rId14">
        <w:r>
          <w:rPr>
            <w:color w:val="0000EE"/>
            <w:u w:val="single"/>
          </w:rPr>
          <w:t>https://inamax.com/tech-trends-transforming-the-convenience-store-industry/</w:t>
        </w:r>
      </w:hyperlink>
      <w:r>
        <w:t xml:space="preserve"> - The article on tech trends in convenience stores illustrates how technology is enhancing customer experiences and operational efficiency, reflecting the broader theme of technology's impact on daily life and the balance between convenience and human engagement.</w:t>
      </w:r>
      <w:r/>
    </w:p>
    <w:p>
      <w:pPr>
        <w:pStyle w:val="ListNumber"/>
        <w:spacing w:line="240" w:lineRule="auto"/>
        <w:ind w:left="720"/>
      </w:pPr>
      <w:r/>
      <w:hyperlink r:id="rId15">
        <w:r>
          <w:rPr>
            <w:color w:val="0000EE"/>
            <w:u w:val="single"/>
          </w:rPr>
          <w:t>https://www.psychologytoday.com/gb/blog/the-digital-self/202410/the-beauty-of-inconvenience-in-an-age-of-ai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mole.com/7-ways-technology-makes-life-convenient-secure/" TargetMode="External"/><Relationship Id="rId11" Type="http://schemas.openxmlformats.org/officeDocument/2006/relationships/hyperlink" Target="https://www.eit.edu.au/technology-advancements-the-pros-and-cons/" TargetMode="External"/><Relationship Id="rId12" Type="http://schemas.openxmlformats.org/officeDocument/2006/relationships/hyperlink" Target="https://www.pewresearch.org/internet/2017/06/06/theme-1-people-crave-connection-and-convenience-and-a-tech-linked-world-serves-both-goals-well/" TargetMode="External"/><Relationship Id="rId13" Type="http://schemas.openxmlformats.org/officeDocument/2006/relationships/hyperlink" Target="https://www.forbes.com/sites/andrealoubier/2021/06/01/is-society-moving-in-the-right-direction-with-technology-rapidly-taking-over-the-world/" TargetMode="External"/><Relationship Id="rId14" Type="http://schemas.openxmlformats.org/officeDocument/2006/relationships/hyperlink" Target="https://inamax.com/tech-trends-transforming-the-convenience-store-industry/" TargetMode="External"/><Relationship Id="rId15" Type="http://schemas.openxmlformats.org/officeDocument/2006/relationships/hyperlink" Target="https://www.psychologytoday.com/gb/blog/the-digital-self/202410/the-beauty-of-inconvenience-in-an-age-of-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