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YouTube introduces over two dozen new features to enhance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YouTube is set to introduce significant changes to its platform as it begins rolling out over two dozen new features and enhancements across its desktop, mobile app, and TV interfaces. Announced on Tuesday, these updates are expected to continue being released over the coming weeks, with users experiencing a variety of anticipated and novel modifications.</w:t>
      </w:r>
      <w:r/>
    </w:p>
    <w:p>
      <w:r/>
      <w:r>
        <w:t>Among the most notable enhancements is the introduction of a sleep timer feature, designed to allow users to set a predetermined time for video playback to pause. This feature has been in testing earlier this year with YouTube Premium members and will soon be widely available on the YouTube mobile app. This development is particularly aimed at improving user experience for those indulging in lengthy viewing sessions.</w:t>
      </w:r>
      <w:r/>
    </w:p>
    <w:p>
      <w:r/>
      <w:r>
        <w:t>Another noteworthy addition is the introduction of customisable playback speeds, which will be accessible on both desktop and mobile devices. This function has been requested by many users, especially podcast listeners, who often find value in accelerating playback to assimilate content more efficiently. YouTube’s new system will permit speed adjustments in increments of 0.05, enhancing user control over the viewing process.</w:t>
      </w:r>
      <w:r/>
    </w:p>
    <w:p>
      <w:r/>
      <w:r>
        <w:t>In a bid to bolster its collaborative potential, YouTube is introducing the ability for users to create collaborative playlists. This new feature will empower users to vote on and rank their preferred videos. It will be accessible across various devices, including desktop, mobile, TV, and within the YouTube Music app. Complementing this, users will have the option to craft custom playlist thumbnails, utilising generative artificial intelligence or by uploading their personal photographs.</w:t>
      </w:r>
      <w:r/>
    </w:p>
    <w:p>
      <w:r/>
      <w:r>
        <w:t>Other enhancements that are part of this extensive update include the introduction of user badges, a novel miniplayer that offers resizable and movable video player options, and several visual improvements aiming to refine user interaction. A fresh user interface for YouTube Shorts on TV screens is also part of the upgrade, enhancing consistency across different platforms.</w:t>
      </w:r>
      <w:r/>
    </w:p>
    <w:p>
      <w:r/>
      <w:r>
        <w:t>The updates are also set to bring previously announced changes for the YouTube TV app to the forefront. These changes aim to elevate the viewing experience with elements such as cinematic previews, which align the YouTube TV experience more closely with that of premium services like Netflix.</w:t>
      </w:r>
      <w:r/>
    </w:p>
    <w:p>
      <w:r/>
      <w:r>
        <w:t>YouTube traditionally schedules substantial updates to occur in October, anticipating the bustling holiday advertising season which follows. This timing provides the platform ample opportunity to ensure functionality and performance are optimised during a period known for heightened viewer engagement and peak advertising impressions.</w:t>
      </w:r>
      <w:r/>
    </w:p>
    <w:p>
      <w:r/>
      <w:r>
        <w:t>Owned by Google, YouTube remains an influential player in the digital streaming landscape, continually adapting its offerings to meet evolving user demands and maintaining its position in the competitive market. The latest slew of updates signifies a commitment to enhance user interaction and satisfaction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https://blog.youtube/news-and-events/youtube-features-and-updates-2024/</w:t>
        </w:r>
      </w:hyperlink>
      <w:r>
        <w:t xml:space="preserve"> - Corroborates the introduction of the sleep timer feature and its testing with YouTube Premium members.</w:t>
      </w:r>
      <w:r/>
    </w:p>
    <w:p>
      <w:pPr>
        <w:pStyle w:val="ListNumber"/>
        <w:spacing w:line="240" w:lineRule="auto"/>
        <w:ind w:left="720"/>
      </w:pPr>
      <w:r/>
      <w:hyperlink r:id="rId10">
        <w:r>
          <w:rPr>
            <w:color w:val="0000EE"/>
            <w:u w:val="single"/>
          </w:rPr>
          <w:t>https://blog.youtube/news-and-events/youtube-features-and-updates-2024/</w:t>
        </w:r>
      </w:hyperlink>
      <w:r>
        <w:t xml:space="preserve"> - Supports the introduction of customizable playback speeds with adjustments in 0.05 increments.</w:t>
      </w:r>
      <w:r/>
    </w:p>
    <w:p>
      <w:pPr>
        <w:pStyle w:val="ListNumber"/>
        <w:spacing w:line="240" w:lineRule="auto"/>
        <w:ind w:left="720"/>
      </w:pPr>
      <w:r/>
      <w:hyperlink r:id="rId10">
        <w:r>
          <w:rPr>
            <w:color w:val="0000EE"/>
            <w:u w:val="single"/>
          </w:rPr>
          <w:t>https://blog.youtube/news-and-events/youtube-features-and-updates-2024/</w:t>
        </w:r>
      </w:hyperlink>
      <w:r>
        <w:t xml:space="preserve"> - Details the new feature for creating collaborative playlists and voting on videos.</w:t>
      </w:r>
      <w:r/>
    </w:p>
    <w:p>
      <w:pPr>
        <w:pStyle w:val="ListNumber"/>
        <w:spacing w:line="240" w:lineRule="auto"/>
        <w:ind w:left="720"/>
      </w:pPr>
      <w:r/>
      <w:hyperlink r:id="rId10">
        <w:r>
          <w:rPr>
            <w:color w:val="0000EE"/>
            <w:u w:val="single"/>
          </w:rPr>
          <w:t>https://blog.youtube/news-and-events/youtube-features-and-updates-2024/</w:t>
        </w:r>
      </w:hyperlink>
      <w:r>
        <w:t xml:space="preserve"> - Explains the option to craft custom playlist thumbnails using generative AI or personal photographs.</w:t>
      </w:r>
      <w:r/>
    </w:p>
    <w:p>
      <w:pPr>
        <w:pStyle w:val="ListNumber"/>
        <w:spacing w:line="240" w:lineRule="auto"/>
        <w:ind w:left="720"/>
      </w:pPr>
      <w:r/>
      <w:hyperlink r:id="rId10">
        <w:r>
          <w:rPr>
            <w:color w:val="0000EE"/>
            <w:u w:val="single"/>
          </w:rPr>
          <w:t>https://blog.youtube/news-and-events/youtube-features-and-updates-2024/</w:t>
        </w:r>
      </w:hyperlink>
      <w:r>
        <w:t xml:space="preserve"> - Mentions the introduction of user badges and the novel miniplayer with resizable and movable options.</w:t>
      </w:r>
      <w:r/>
    </w:p>
    <w:p>
      <w:pPr>
        <w:pStyle w:val="ListNumber"/>
        <w:spacing w:line="240" w:lineRule="auto"/>
        <w:ind w:left="720"/>
      </w:pPr>
      <w:r/>
      <w:hyperlink r:id="rId10">
        <w:r>
          <w:rPr>
            <w:color w:val="0000EE"/>
            <w:u w:val="single"/>
          </w:rPr>
          <w:t>https://blog.youtube/news-and-events/youtube-features-and-updates-2024/</w:t>
        </w:r>
      </w:hyperlink>
      <w:r>
        <w:t xml:space="preserve"> - Describes the visual improvements and the new UI for YouTube Shorts on TV screens.</w:t>
      </w:r>
      <w:r/>
    </w:p>
    <w:p>
      <w:pPr>
        <w:pStyle w:val="ListNumber"/>
        <w:spacing w:line="240" w:lineRule="auto"/>
        <w:ind w:left="720"/>
      </w:pPr>
      <w:r/>
      <w:hyperlink r:id="rId10">
        <w:r>
          <w:rPr>
            <w:color w:val="0000EE"/>
            <w:u w:val="single"/>
          </w:rPr>
          <w:t>https://blog.youtube/news-and-events/youtube-features-and-updates-2024/</w:t>
        </w:r>
      </w:hyperlink>
      <w:r>
        <w:t xml:space="preserve"> - Outlines the updates for the YouTube TV app, including cinematic previews and enhanced viewing experience.</w:t>
      </w:r>
      <w:r/>
    </w:p>
    <w:p>
      <w:pPr>
        <w:pStyle w:val="ListNumber"/>
        <w:spacing w:line="240" w:lineRule="auto"/>
        <w:ind w:left="720"/>
      </w:pPr>
      <w:r/>
      <w:hyperlink r:id="rId11">
        <w:r>
          <w:rPr>
            <w:color w:val="0000EE"/>
            <w:u w:val="single"/>
          </w:rPr>
          <w:t>https://www.cnbctv18.com/technology/youtube-unveils-new-ai-tools-features-and-expanded-monetisation-at-made-on-youtube-2024-19479328.htm</w:t>
        </w:r>
      </w:hyperlink>
      <w:r>
        <w:t xml:space="preserve"> - Supports the timing of significant updates in October in anticipation of the holiday advertising season.</w:t>
      </w:r>
      <w:r/>
    </w:p>
    <w:p>
      <w:pPr>
        <w:pStyle w:val="ListNumber"/>
        <w:spacing w:line="240" w:lineRule="auto"/>
        <w:ind w:left="720"/>
      </w:pPr>
      <w:r/>
      <w:hyperlink r:id="rId12">
        <w:r>
          <w:rPr>
            <w:color w:val="0000EE"/>
            <w:u w:val="single"/>
          </w:rPr>
          <w:t>https://blog.google/products/youtube/made-on-youtube-2024/</w:t>
        </w:r>
      </w:hyperlink>
      <w:r>
        <w:t xml:space="preserve"> - Corroborates YouTube's commitment to adapting its offerings to meet evolving user demands and its influence in the digital streaming landscape.</w:t>
      </w:r>
      <w:r/>
    </w:p>
    <w:p>
      <w:pPr>
        <w:pStyle w:val="ListNumber"/>
        <w:spacing w:line="240" w:lineRule="auto"/>
        <w:ind w:left="720"/>
      </w:pPr>
      <w:r/>
      <w:hyperlink r:id="rId10">
        <w:r>
          <w:rPr>
            <w:color w:val="0000EE"/>
            <w:u w:val="single"/>
          </w:rPr>
          <w:t>https://blog.youtube/news-and-events/youtube-features-and-updates-2024/</w:t>
        </w:r>
      </w:hyperlink>
      <w:r>
        <w:t xml:space="preserve"> - Details the overall strategy of YouTube in rolling out over two dozen new features and enhancements across its platforms.</w:t>
      </w:r>
      <w:r/>
    </w:p>
    <w:p>
      <w:pPr>
        <w:pStyle w:val="ListNumber"/>
        <w:spacing w:line="240" w:lineRule="auto"/>
        <w:ind w:left="720"/>
      </w:pPr>
      <w:r/>
      <w:hyperlink r:id="rId13">
        <w:r>
          <w:rPr>
            <w:color w:val="0000EE"/>
            <w:u w:val="single"/>
          </w:rPr>
          <w:t>https://www.hollywoodreporter.com/business/business-news/youtube-2024-product-changes-sleep-timer-playlist-features-1236031484/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youtube/news-and-events/youtube-features-and-updates-2024/" TargetMode="External"/><Relationship Id="rId11" Type="http://schemas.openxmlformats.org/officeDocument/2006/relationships/hyperlink" Target="https://www.cnbctv18.com/technology/youtube-unveils-new-ai-tools-features-and-expanded-monetisation-at-made-on-youtube-2024-19479328.htm" TargetMode="External"/><Relationship Id="rId12" Type="http://schemas.openxmlformats.org/officeDocument/2006/relationships/hyperlink" Target="https://blog.google/products/youtube/made-on-youtube-2024/" TargetMode="External"/><Relationship Id="rId13" Type="http://schemas.openxmlformats.org/officeDocument/2006/relationships/hyperlink" Target="https://www.hollywoodreporter.com/business/business-news/youtube-2024-product-changes-sleep-timer-playlist-features-12360314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