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Zendesk unveils innovative AI enhancements for customer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Zendesk, a prominent player in customer service software solutions, has announced a series of innovative offerings intended to elevate the synergy between human customer service agents and artificial intelligence. These enhancements include AI-powered agents capable of operating seamlessly across various communication channels, an improved agent copilot system, and sophisticated voice interaction capabilities, all designed to streamline customer service interactions and deliver impactful business outcomes.</w:t>
      </w:r>
      <w:r/>
    </w:p>
    <w:p>
      <w:r/>
      <w:r>
        <w:t>The company's CEO, Tom Eggemeier, emphasised the growing importance of AI in customer service. "AI is now bridging the gap between high-quality service, at a lower cost, while delivering much more personalised experiences," he stated. Eggemeier highlighted a growing consumer belief in the benefits of AI, with 73% indicating that it enhances the quality of customer support. The new innovations, particularly in voice AI, are crafted to optimise the partnership between AI and human agents, resulting in quicker resolutions, improved customer satisfaction, and valuable business insights.</w:t>
      </w:r>
      <w:r/>
    </w:p>
    <w:p>
      <w:r/>
      <w:r>
        <w:t>At the forefront of these innovations is Zendesk's expansion into AI agents across all platforms, including voice. These autonomous AI bots are designed to either work independently or complement human agents, targeting efficient resolution of customer issues. A new AI agent builder has been introduced, simplified to enable businesses to configure these AI agents easily. This tool requires no intensive training, offering extensive customisation options such as adjusting a brand's communication tone, thus reducing the time involved in building and maintaining these systems.</w:t>
      </w:r>
      <w:r/>
    </w:p>
    <w:p>
      <w:r/>
      <w:r>
        <w:t>The industry-wide shift towards completely automated interactions is further supported by Zendesk's enhancements. AI agents can now provide instant, accurate responses utilising generative technology, and handle more complex problems with customisable conversation flows that now include email interaction. Moreover, a partnership with Poly.ai will see up to 50% of voice interactions being automated, ensuring consistent support availability across multiple channels.</w:t>
      </w:r>
      <w:r/>
    </w:p>
    <w:p>
      <w:r/>
      <w:r>
        <w:t>Complementing these developments, Zendesk's agent copilot system has been fortified with additional capabilities to ensure consistent service quality, especially during intricate, high-value customer interactions. It is now equipped to anticipate customer needs, make proactive suggestions, and autonomously perform tasks such as updating and adhering to business procedures. This upgrade also allows agents to stay current with the newest processes thanks to real-time sync capabilities.</w:t>
      </w:r>
      <w:r/>
    </w:p>
    <w:p>
      <w:r/>
      <w:r>
        <w:t>For voice interactions, the agent copilot now provides real-time insights into calls, including detecting customer sentiment and intent, and quickly sourcing answers from a comprehensive knowledge base. This enables faster, more personalised responses for complex issues that necessitate human intervention.</w:t>
      </w:r>
      <w:r/>
    </w:p>
    <w:p>
      <w:r/>
      <w:r>
        <w:t>Furthermore, Zendesk is enhancing AI-powered insights to help businesses analyse customer conversations across systems and extract key insights for real-time business intelligence. Such insights can reveal strategic opportunities that leaders might apply across teams to refine customer experience strategies, thereby potentially augmenting Customer Satisfaction Scores (CSAT).</w:t>
      </w:r>
      <w:r/>
    </w:p>
    <w:p>
      <w:r/>
      <w:r>
        <w:t>With these improvements, companies can rapidly discern the underlying reasons behind customer enquiries using enhanced intent detection, which facilitates quicker, tailored resolutions. They can also design and improve workflows proactively with the new intelligent triage dashboard, ensuring critical issues are routed and automated efficiently. The new system extends Quality Assurance across every customer touchpoint, evaluating both voice and AI-agent interactions to refine customer communication and agent effectiveness.</w:t>
      </w:r>
      <w:r/>
    </w:p>
    <w:p>
      <w:r/>
      <w:r>
        <w:t>The agent copilot for voice is anticipated to launch in the first half of 2025, with further details to be released by Zendesk in due course.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https://www.zendesk.com/blog/ai-customer-service/</w:t>
        </w:r>
      </w:hyperlink>
      <w:r>
        <w:t xml:space="preserve"> - Corroborates the use of AI agents in customer service, including their ability to handle complex interactions and automate workflows.</w:t>
      </w:r>
      <w:r/>
    </w:p>
    <w:p>
      <w:pPr>
        <w:pStyle w:val="ListNumber"/>
        <w:spacing w:line="240" w:lineRule="auto"/>
        <w:ind w:left="720"/>
      </w:pPr>
      <w:r/>
      <w:hyperlink r:id="rId11">
        <w:r>
          <w:rPr>
            <w:color w:val="0000EE"/>
            <w:u w:val="single"/>
          </w:rPr>
          <w:t>https://www.zendesk.com/blog/ai-customer-experience/</w:t>
        </w:r>
      </w:hyperlink>
      <w:r>
        <w:t xml:space="preserve"> - Supports the idea that AI can enable great customer service experiences at scale, provide fast 24/7 support, and anticipate customers’ needs.</w:t>
      </w:r>
      <w:r/>
    </w:p>
    <w:p>
      <w:pPr>
        <w:pStyle w:val="ListNumber"/>
        <w:spacing w:line="240" w:lineRule="auto"/>
        <w:ind w:left="720"/>
      </w:pPr>
      <w:r/>
      <w:hyperlink r:id="rId12">
        <w:r>
          <w:rPr>
            <w:color w:val="0000EE"/>
            <w:u w:val="single"/>
          </w:rPr>
          <w:t>https://www.zendesk.com/service/ai/</w:t>
        </w:r>
      </w:hyperlink>
      <w:r>
        <w:t xml:space="preserve"> - Details how Zendesk AI works, including AI-powered bots, agent copilot, and the optimization of service workflows.</w:t>
      </w:r>
      <w:r/>
    </w:p>
    <w:p>
      <w:pPr>
        <w:pStyle w:val="ListNumber"/>
        <w:spacing w:line="240" w:lineRule="auto"/>
        <w:ind w:left="720"/>
      </w:pPr>
      <w:r/>
      <w:hyperlink r:id="rId13">
        <w:r>
          <w:rPr>
            <w:color w:val="0000EE"/>
            <w:u w:val="single"/>
          </w:rPr>
          <w:t>https://www.zendesk.com/newsroom/articles/zais-ai/</w:t>
        </w:r>
      </w:hyperlink>
      <w:r>
        <w:t xml:space="preserve"> - Provides information on Zendesk's latest innovations, including AI-powered agents for omnichannel support, enhanced agent copilot, and voice AI capabilities.</w:t>
      </w:r>
      <w:r/>
    </w:p>
    <w:p>
      <w:pPr>
        <w:pStyle w:val="ListNumber"/>
        <w:spacing w:line="240" w:lineRule="auto"/>
        <w:ind w:left="720"/>
      </w:pPr>
      <w:r/>
      <w:hyperlink r:id="rId13">
        <w:r>
          <w:rPr>
            <w:color w:val="0000EE"/>
            <w:u w:val="single"/>
          </w:rPr>
          <w:t>https://www.zendesk.com/newsroom/articles/zais-ai/</w:t>
        </w:r>
      </w:hyperlink>
      <w:r>
        <w:t xml:space="preserve"> - Quotes Tom Eggemeier on the importance of AI in customer service and the consumer belief in AI's benefits.</w:t>
      </w:r>
      <w:r/>
    </w:p>
    <w:p>
      <w:pPr>
        <w:pStyle w:val="ListNumber"/>
        <w:spacing w:line="240" w:lineRule="auto"/>
        <w:ind w:left="720"/>
      </w:pPr>
      <w:r/>
      <w:hyperlink r:id="rId13">
        <w:r>
          <w:rPr>
            <w:color w:val="0000EE"/>
            <w:u w:val="single"/>
          </w:rPr>
          <w:t>https://www.zendesk.com/newsroom/articles/zais-ai/</w:t>
        </w:r>
      </w:hyperlink>
      <w:r>
        <w:t xml:space="preserve"> - Explains the new AI agent builder and its ease of use for businesses to configure AI agents without intensive training.</w:t>
      </w:r>
      <w:r/>
    </w:p>
    <w:p>
      <w:pPr>
        <w:pStyle w:val="ListNumber"/>
        <w:spacing w:line="240" w:lineRule="auto"/>
        <w:ind w:left="720"/>
      </w:pPr>
      <w:r/>
      <w:hyperlink r:id="rId13">
        <w:r>
          <w:rPr>
            <w:color w:val="0000EE"/>
            <w:u w:val="single"/>
          </w:rPr>
          <w:t>https://www.zendesk.com/newsroom/articles/zais-ai/</w:t>
        </w:r>
      </w:hyperlink>
      <w:r>
        <w:t xml:space="preserve"> - Discusses the partnership with Poly.ai for automating up to 50% of voice interactions and ensuring consistent support across channels.</w:t>
      </w:r>
      <w:r/>
    </w:p>
    <w:p>
      <w:pPr>
        <w:pStyle w:val="ListNumber"/>
        <w:spacing w:line="240" w:lineRule="auto"/>
        <w:ind w:left="720"/>
      </w:pPr>
      <w:r/>
      <w:hyperlink r:id="rId13">
        <w:r>
          <w:rPr>
            <w:color w:val="0000EE"/>
            <w:u w:val="single"/>
          </w:rPr>
          <w:t>https://www.zendesk.com/newsroom/articles/zais-ai/</w:t>
        </w:r>
      </w:hyperlink>
      <w:r>
        <w:t xml:space="preserve"> - Details the enhanced capabilities of the agent copilot system, including anticipating customer needs and performing tasks autonomously.</w:t>
      </w:r>
      <w:r/>
    </w:p>
    <w:p>
      <w:pPr>
        <w:pStyle w:val="ListNumber"/>
        <w:spacing w:line="240" w:lineRule="auto"/>
        <w:ind w:left="720"/>
      </w:pPr>
      <w:r/>
      <w:hyperlink r:id="rId13">
        <w:r>
          <w:rPr>
            <w:color w:val="0000EE"/>
            <w:u w:val="single"/>
          </w:rPr>
          <w:t>https://www.zendesk.com/newsroom/articles/zais-ai/</w:t>
        </w:r>
      </w:hyperlink>
      <w:r>
        <w:t xml:space="preserve"> - Explains how the agent copilot for voice provides real-time insights into calls, including customer sentiment and intent.</w:t>
      </w:r>
      <w:r/>
    </w:p>
    <w:p>
      <w:pPr>
        <w:pStyle w:val="ListNumber"/>
        <w:spacing w:line="240" w:lineRule="auto"/>
        <w:ind w:left="720"/>
      </w:pPr>
      <w:r/>
      <w:hyperlink r:id="rId13">
        <w:r>
          <w:rPr>
            <w:color w:val="0000EE"/>
            <w:u w:val="single"/>
          </w:rPr>
          <w:t>https://www.zendesk.com/newsroom/articles/zais-ai/</w:t>
        </w:r>
      </w:hyperlink>
      <w:r>
        <w:t xml:space="preserve"> - Describes the enhancement of AI-powered insights for analyzing customer conversations and extracting key insights for real-time business intelligence.</w:t>
      </w:r>
      <w:r/>
    </w:p>
    <w:p>
      <w:pPr>
        <w:pStyle w:val="ListNumber"/>
        <w:spacing w:line="240" w:lineRule="auto"/>
        <w:ind w:left="720"/>
      </w:pPr>
      <w:r/>
      <w:hyperlink r:id="rId13">
        <w:r>
          <w:rPr>
            <w:color w:val="0000EE"/>
            <w:u w:val="single"/>
          </w:rPr>
          <w:t>https://www.zendesk.com/newsroom/articles/zais-ai/</w:t>
        </w:r>
      </w:hyperlink>
      <w:r>
        <w:t xml:space="preserve"> - Mentions the extension of Quality Assurance across every customer touchpoint, including voice and AI-agent interactions.</w:t>
      </w:r>
      <w:r/>
    </w:p>
    <w:p>
      <w:pPr>
        <w:pStyle w:val="ListNumber"/>
        <w:spacing w:line="240" w:lineRule="auto"/>
        <w:ind w:left="720"/>
      </w:pPr>
      <w:r/>
      <w:hyperlink r:id="rId14">
        <w:r>
          <w:rPr>
            <w:color w:val="0000EE"/>
            <w:u w:val="single"/>
          </w:rPr>
          <w:t>https://www.kmworld.com/Articles/ReadArticle.aspx?ArticleID=166342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endesk.com/blog/ai-customer-service/" TargetMode="External"/><Relationship Id="rId11" Type="http://schemas.openxmlformats.org/officeDocument/2006/relationships/hyperlink" Target="https://www.zendesk.com/blog/ai-customer-experience/" TargetMode="External"/><Relationship Id="rId12" Type="http://schemas.openxmlformats.org/officeDocument/2006/relationships/hyperlink" Target="https://www.zendesk.com/service/ai/" TargetMode="External"/><Relationship Id="rId13" Type="http://schemas.openxmlformats.org/officeDocument/2006/relationships/hyperlink" Target="https://www.zendesk.com/newsroom/articles/zais-ai/" TargetMode="External"/><Relationship Id="rId14" Type="http://schemas.openxmlformats.org/officeDocument/2006/relationships/hyperlink" Target="https://www.kmworld.com/Articles/ReadArticle.aspx?ArticleID=1663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