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Advanced scam techniques exploit AI and email spoofing to target Gmail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Title: Advanced Scam Techniques Exploit AI and Email Spoofing to Target Gmail Users</w:t>
      </w:r>
      <w:r/>
    </w:p>
    <w:p>
      <w:r/>
      <w:r>
        <w:t>In recent developments, a sophisticated email scam, commonly referred to as the "Gmail AI scam," has come into focus after a notable case involving Microsoft security expert Sam Mitrovic. This scam employs clever techniques integrating artificial intelligence and email spoofing, making it increasingly challenging to detect.</w:t>
      </w:r>
      <w:r/>
    </w:p>
    <w:p>
      <w:r/>
      <w:r>
        <w:t>The Scam's Mechanics</w:t>
      </w:r>
      <w:r/>
    </w:p>
    <w:p>
      <w:r/>
      <w:r>
        <w:t>This particular scam surfaced broadly following a detailed account shared by Mitrovic. The process begins with an unsuspecting user receiving a notification to approve a Gmail account recovery attempt. Upon denying this request, the victim receives a call, purportedly from “Google Sydney,” a seemingly legitimate contact given the presentation of the caller ID. In Mitrovic’s case, he ignored the initial call, suspecting foul play. However, a subsequent call a week later was answered, and remarkably, the scam was meticulously structured.</w:t>
      </w:r>
      <w:r/>
    </w:p>
    <w:p>
      <w:r/>
      <w:r>
        <w:t>During the call, Mitrovic was met with a courteous and convincing American voice claiming affiliation with Google and warning of suspicious account activity. To verify the caller's authenticity, Mitrovic requested an official email from Google. The email sent in response appeared credible at first glance, with the subject line reading: “[Case Action Advised] Your Google Workspace case #52587531: ‘Verification requested by account owner.’ has been updated and requires your attention.” The email was seemingly from “Workspacesupport@google.com,” a cleverly spoofed address.</w:t>
      </w:r>
      <w:r/>
    </w:p>
    <w:p>
      <w:r/>
      <w:r>
        <w:t>Why It's Hard to Spot</w:t>
      </w:r>
      <w:r/>
    </w:p>
    <w:p>
      <w:r/>
      <w:r>
        <w:t>The multilayered nature of this scam is particularly dangerous due to its ability to mimic legitimate communication channels. The scam achieved this through several deceptive practices:</w:t>
      </w:r>
      <w:r/>
    </w:p>
    <w:p>
      <w:r/>
      <w:r>
        <w:t xml:space="preserve">1. </w:t>
      </w:r>
      <w:r>
        <w:rPr>
          <w:b/>
        </w:rPr>
        <w:t>Phone Number Spoofing</w:t>
      </w:r>
      <w:r>
        <w:t>: The phone number matched an entry on Google's official website. Users are often conditioned to trust such numbers, which this scam capably exploited.</w:t>
      </w:r>
      <w:r/>
    </w:p>
    <w:p>
      <w:r/>
      <w:r>
        <w:t xml:space="preserve">2. </w:t>
      </w:r>
      <w:r>
        <w:rPr>
          <w:b/>
        </w:rPr>
        <w:t>Use of AI</w:t>
      </w:r>
      <w:r>
        <w:t>: The caller’s AI-generated voice was both polite and convincingly American, a tactic designed to put the receiver at ease.</w:t>
      </w:r>
      <w:r/>
    </w:p>
    <w:p>
      <w:r/>
      <w:r>
        <w:t xml:space="preserve">3. </w:t>
      </w:r>
      <w:r>
        <w:rPr>
          <w:b/>
        </w:rPr>
        <w:t>Email Address Spoofing</w:t>
      </w:r>
      <w:r>
        <w:t>: The scam exploited Salesforce CRM capabilities to mask the sender’s true identity, making it appear as though communications originated from Google.</w:t>
      </w:r>
      <w:r/>
    </w:p>
    <w:p>
      <w:r/>
      <w:r>
        <w:t>These combined elements obscure the red flags typical of more rudimentary phishing attempts. One key giveaway was the inclusion of googlemail@internalcasetracking.com in the “To” field of the email—a detail astute observers would identify as suspicious.</w:t>
      </w:r>
      <w:r/>
    </w:p>
    <w:p>
      <w:r/>
      <w:r>
        <w:t>Ultimate Objective</w:t>
      </w:r>
      <w:r/>
    </w:p>
    <w:p>
      <w:r/>
      <w:r>
        <w:t>The scam's objective is to seize control of the victim’s Gmail account. Mitrovic postulates that the end goal would have involved the victim ultimately authorizing a fraudulent account recovery process, thereby handing over access to the scammers for potentially malicious uses, including financial theft and data exploitation.</w:t>
      </w:r>
      <w:r/>
    </w:p>
    <w:p>
      <w:r/>
      <w:r>
        <w:t>Parallel Text Scam Techniques</w:t>
      </w:r>
      <w:r/>
    </w:p>
    <w:p>
      <w:r/>
      <w:r>
        <w:t>In parallel to email fraud, personalised text message scams have surged, with Americans reportedly receiving roughly 19.2 billion fraudulent texts within a short span this year. These scams employ distinct linguistic markers, such as the phrase "Would you kindly," uncommon in American English but often used in regions with historical British influence.</w:t>
      </w:r>
      <w:r/>
    </w:p>
    <w:p>
      <w:r/>
      <w:r>
        <w:t>Experts caution that such language nuances can act as indicators of a scam, especially given their intent to elicit personal information under the guise of requests from ostensible banks or government agencies like the IRS.</w:t>
      </w:r>
      <w:r/>
    </w:p>
    <w:p>
      <w:r/>
      <w:r>
        <w:t>In 2023 alone, financial losses from various scams, including text, email, phone calls, and social media schemes, amounted to $10 billion as reported by the Federal Trade Commission (FTC). This underscores the expansive reach and financial impact of such fraudulent activities.</w:t>
      </w:r>
      <w:r/>
    </w:p>
    <w:p>
      <w:r/>
      <w:r>
        <w:t>These scams illustrate an evolving threat landscape where cybercriminals utilise advanced technologies and psychological strategies to outwit traditional security measures, posing significant challenges in digital security. While these tactics prove difficult to detect, awareness of their existence and methods remains crucial in safeguarding personal and financial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https://economictimes.indiatimes.com/tech/technology/gmail-users-targeted-by-ai-driven-phishing-attacks/articleshow/114204422.cms</w:t>
        </w:r>
      </w:hyperlink>
      <w:r>
        <w:t xml:space="preserve"> - Corroborates the case of Sam Mitrovic and the mechanics of the AI-driven phishing scam targeting Gmail users, including fake notifications and AI-generated voice calls.</w:t>
      </w:r>
      <w:r/>
    </w:p>
    <w:p>
      <w:pPr>
        <w:pStyle w:val="ListNumber"/>
        <w:spacing w:line="240" w:lineRule="auto"/>
        <w:ind w:left="720"/>
      </w:pPr>
      <w:r/>
      <w:hyperlink r:id="rId11">
        <w:r>
          <w:rPr>
            <w:color w:val="0000EE"/>
            <w:u w:val="single"/>
          </w:rPr>
          <w:t>https://www.techradar.com/pro/this-new-scarily-realistic-ai-call-scam-is-targeting-gmail-users</w:t>
        </w:r>
      </w:hyperlink>
      <w:r>
        <w:t xml:space="preserve"> - Details the hyper-realistic AI-call scam targeting Gmail users, highlighting the use of advanced AI techniques and the difficulty in identifying these scams.</w:t>
      </w:r>
      <w:r/>
    </w:p>
    <w:p>
      <w:pPr>
        <w:pStyle w:val="ListNumber"/>
        <w:spacing w:line="240" w:lineRule="auto"/>
        <w:ind w:left="720"/>
      </w:pPr>
      <w:r/>
      <w:hyperlink r:id="rId12">
        <w:r>
          <w:rPr>
            <w:color w:val="0000EE"/>
            <w:u w:val="single"/>
          </w:rPr>
          <w:t>https://www.reddit.com/r/technology/comments/1g34njs/new_gmail_security_alert_for_25_billion_users_as/</w:t>
        </w:r>
      </w:hyperlink>
      <w:r>
        <w:t xml:space="preserve"> - Discusses the AI-driven scam targeting Gmail users, including the use of fake account recovery requests and spoofed phone numbers, and user reactions to the scam.</w:t>
      </w:r>
      <w:r/>
    </w:p>
    <w:p>
      <w:pPr>
        <w:pStyle w:val="ListNumber"/>
        <w:spacing w:line="240" w:lineRule="auto"/>
        <w:ind w:left="720"/>
      </w:pPr>
      <w:r/>
      <w:hyperlink r:id="rId13">
        <w:r>
          <w:rPr>
            <w:color w:val="0000EE"/>
            <w:u w:val="single"/>
          </w:rPr>
          <w:t>https://www.pcworld.com/article/2490051/a-new-super-realistic-ai-scam-could-get-your-gmail-account-hacked.html</w:t>
        </w:r>
      </w:hyperlink>
      <w:r>
        <w:t xml:space="preserve"> - Explains the 'super-realistic' AI scam that could compromise Gmail accounts through AI-generated codes, phishing emails, and deepfakes.</w:t>
      </w:r>
      <w:r/>
    </w:p>
    <w:p>
      <w:pPr>
        <w:pStyle w:val="ListNumber"/>
        <w:spacing w:line="240" w:lineRule="auto"/>
        <w:ind w:left="720"/>
      </w:pPr>
      <w:r/>
      <w:hyperlink r:id="rId14">
        <w:r>
          <w:rPr>
            <w:color w:val="0000EE"/>
            <w:u w:val="single"/>
          </w:rPr>
          <w:t>https://thecyberexpress.com/gmail-scam-targets-users-steals-personal-data/</w:t>
        </w:r>
      </w:hyperlink>
      <w:r>
        <w:t xml:space="preserve"> - Provides a detailed account of how the scam works, including the initial notification, subsequent phone calls, and the use of spoofed emails to trick users.</w:t>
      </w:r>
      <w:r/>
    </w:p>
    <w:p>
      <w:pPr>
        <w:pStyle w:val="ListNumber"/>
        <w:spacing w:line="240" w:lineRule="auto"/>
        <w:ind w:left="720"/>
      </w:pPr>
      <w:r/>
      <w:hyperlink r:id="rId10">
        <w:r>
          <w:rPr>
            <w:color w:val="0000EE"/>
            <w:u w:val="single"/>
          </w:rPr>
          <w:t>https://economictimes.indiatimes.com/tech/technology/gmail-users-targeted-by-ai-driven-phishing-attacks/articleshow/114204422.cms</w:t>
        </w:r>
      </w:hyperlink>
      <w:r>
        <w:t xml:space="preserve"> - Highlights the use of Google Forms by scammers to create legitimate-looking documents and the involvement of the Global Anti-Scam Alliance and the DNS Research Federation.</w:t>
      </w:r>
      <w:r/>
    </w:p>
    <w:p>
      <w:pPr>
        <w:pStyle w:val="ListNumber"/>
        <w:spacing w:line="240" w:lineRule="auto"/>
        <w:ind w:left="720"/>
      </w:pPr>
      <w:r/>
      <w:hyperlink r:id="rId11">
        <w:r>
          <w:rPr>
            <w:color w:val="0000EE"/>
            <w:u w:val="single"/>
          </w:rPr>
          <w:t>https://www.techradar.com/pro/this-new-scarily-realistic-ai-call-scam-is-targeting-gmail-users</w:t>
        </w:r>
      </w:hyperlink>
      <w:r>
        <w:t xml:space="preserve"> - Warns about the increasing trend of deepfake fraud and the importance of staying vigilant to avoid falling victim to these scams.</w:t>
      </w:r>
      <w:r/>
    </w:p>
    <w:p>
      <w:pPr>
        <w:pStyle w:val="ListNumber"/>
        <w:spacing w:line="240" w:lineRule="auto"/>
        <w:ind w:left="720"/>
      </w:pPr>
      <w:r/>
      <w:hyperlink r:id="rId14">
        <w:r>
          <w:rPr>
            <w:color w:val="0000EE"/>
            <w:u w:val="single"/>
          </w:rPr>
          <w:t>https://thecyberexpress.com/gmail-scam-targets-users-steals-personal-data/</w:t>
        </w:r>
      </w:hyperlink>
      <w:r>
        <w:t xml:space="preserve"> - Outlines the precautions users can take to avoid falling victim to the scam, such as verifying phone calls and checking email addresses carefully.</w:t>
      </w:r>
      <w:r/>
    </w:p>
    <w:p>
      <w:pPr>
        <w:pStyle w:val="ListNumber"/>
        <w:spacing w:line="240" w:lineRule="auto"/>
        <w:ind w:left="720"/>
      </w:pPr>
      <w:r/>
      <w:hyperlink r:id="rId10">
        <w:r>
          <w:rPr>
            <w:color w:val="0000EE"/>
            <w:u w:val="single"/>
          </w:rPr>
          <w:t>https://economictimes.indiatimes.com/tech/technology/gmail-users-targeted-by-ai-driven-phishing-attacks/articleshow/114204422.cms</w:t>
        </w:r>
      </w:hyperlink>
      <w:r>
        <w:t xml:space="preserve"> - Mentions the involvement of Y Combinator's founder, Garry Tan, in another phishing scam case, highlighting the broader impact of these scams.</w:t>
      </w:r>
      <w:r/>
    </w:p>
    <w:p>
      <w:pPr>
        <w:pStyle w:val="ListNumber"/>
        <w:spacing w:line="240" w:lineRule="auto"/>
        <w:ind w:left="720"/>
      </w:pPr>
      <w:r/>
      <w:hyperlink r:id="rId13">
        <w:r>
          <w:rPr>
            <w:color w:val="0000EE"/>
            <w:u w:val="single"/>
          </w:rPr>
          <w:t>https://www.pcworld.com/article/2490051/a-new-super-realistic-ai-scam-could-get-your-gmail-account-hacked.html</w:t>
        </w:r>
      </w:hyperlink>
      <w:r>
        <w:t xml:space="preserve"> - Discusses the broader trend of using AI for fraud, including deepfakes, and the challenges this poses for digital security.</w:t>
      </w:r>
      <w:r/>
    </w:p>
    <w:p>
      <w:pPr>
        <w:pStyle w:val="ListNumber"/>
        <w:spacing w:line="240" w:lineRule="auto"/>
        <w:ind w:left="720"/>
      </w:pPr>
      <w:r/>
      <w:hyperlink r:id="rId14">
        <w:r>
          <w:rPr>
            <w:color w:val="0000EE"/>
            <w:u w:val="single"/>
          </w:rPr>
          <w:t>https://thecyberexpress.com/gmail-scam-targets-users-steals-personal-data/</w:t>
        </w:r>
      </w:hyperlink>
      <w:r>
        <w:t xml:space="preserve"> - Details the ultimate objective of the scam, which is to seize control of the victim’s Gmail account for malicious purposes such as financial theft and data exploitation.</w:t>
      </w:r>
      <w:r/>
    </w:p>
    <w:p>
      <w:pPr>
        <w:pStyle w:val="ListNumber"/>
        <w:spacing w:line="240" w:lineRule="auto"/>
        <w:ind w:left="720"/>
      </w:pPr>
      <w:r/>
      <w:hyperlink r:id="rId15">
        <w:r>
          <w:rPr>
            <w:color w:val="0000EE"/>
            <w:u w:val="single"/>
          </w:rPr>
          <w:t>https://www.womansworld.com/life/new-gmail-ai-scam-exposed-how-to-keep-your-account-safe</w:t>
        </w:r>
      </w:hyperlink>
      <w:r>
        <w:t xml:space="preserve"> - Please view link - unable to able to access data</w:t>
      </w:r>
      <w:r/>
    </w:p>
    <w:p>
      <w:pPr>
        <w:pStyle w:val="ListNumber"/>
        <w:spacing w:line="240" w:lineRule="auto"/>
        <w:ind w:left="720"/>
      </w:pPr>
      <w:r/>
      <w:hyperlink r:id="rId16">
        <w:r>
          <w:rPr>
            <w:color w:val="0000EE"/>
            <w:u w:val="single"/>
          </w:rPr>
          <w:t>https://www.dailymail.co.uk/sciencetech/article-13958761/keywords-suspicious-text-message-scam.html?ns_mchannel=rss&amp;ns_campaign=1490&amp;ito=1490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technology/gmail-users-targeted-by-ai-driven-phishing-attacks/articleshow/114204422.cms" TargetMode="External"/><Relationship Id="rId11" Type="http://schemas.openxmlformats.org/officeDocument/2006/relationships/hyperlink" Target="https://www.techradar.com/pro/this-new-scarily-realistic-ai-call-scam-is-targeting-gmail-users" TargetMode="External"/><Relationship Id="rId12" Type="http://schemas.openxmlformats.org/officeDocument/2006/relationships/hyperlink" Target="https://www.reddit.com/r/technology/comments/1g34njs/new_gmail_security_alert_for_25_billion_users_as/" TargetMode="External"/><Relationship Id="rId13" Type="http://schemas.openxmlformats.org/officeDocument/2006/relationships/hyperlink" Target="https://www.pcworld.com/article/2490051/a-new-super-realistic-ai-scam-could-get-your-gmail-account-hacked.html" TargetMode="External"/><Relationship Id="rId14" Type="http://schemas.openxmlformats.org/officeDocument/2006/relationships/hyperlink" Target="https://thecyberexpress.com/gmail-scam-targets-users-steals-personal-data/" TargetMode="External"/><Relationship Id="rId15" Type="http://schemas.openxmlformats.org/officeDocument/2006/relationships/hyperlink" Target="https://www.womansworld.com/life/new-gmail-ai-scam-exposed-how-to-keep-your-account-safe" TargetMode="External"/><Relationship Id="rId16" Type="http://schemas.openxmlformats.org/officeDocument/2006/relationships/hyperlink" Target="https://www.dailymail.co.uk/sciencetech/article-13958761/keywords-suspicious-text-message-scam.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