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Ai-Da, the world’s first humanoid robot artist, prepares for historic auction at Sotheby’s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fusion of art and technology, Ai-Da, the world's first ultra-realistic humanoid robot artist, is set to make history by having a piece of her artwork auctioned by a major auction house. Ai-Da's creation, titled "AI God", is an interpretation of Alan Turing, the pioneering figure in modern computing, and is expected to fetch between £100,000 and £150,000 at Sotheby’s upcoming digital art sale. The digital-only auction is scheduled to run from October 31 to November 7.</w:t>
      </w:r>
      <w:r/>
    </w:p>
    <w:p>
      <w:r/>
      <w:r>
        <w:t>Ai-Da stands as a testament to the intersection of advanced artificial intelligence and creative expression. The robot artist, devised by art expert Aidan Meller in Oxford, was named after Ada Lovelace, recognized as the first computer programmer. Ai-Da employs cutting-edge technology, with cameras embedded in her eyes and a robotic arm, to create art. Her programming allows her to autonomously draw, paint, and sculpt, demonstrating a distinctive capability for dynamic artistic creation.</w:t>
      </w:r>
      <w:r/>
    </w:p>
    <w:p>
      <w:r/>
      <w:r>
        <w:t>The "AI God" painting is an impressive 7.5 feet tall and combines AI algorithms with tactile artistic techniques. The artwork, which first made its debut at the United Nations in May 2024 as part of a comprehensive five-panelled polyptych, pays homage to Alan Turing's profound contributions to computing and artificial intelligence. It portrays Turing with muted tones and broken facial planes, set against a backdrop reminiscent of the Bombe machine, a device crucial in breaking codes during World War II.</w:t>
      </w:r>
      <w:r/>
    </w:p>
    <w:p>
      <w:r/>
      <w:r>
        <w:t>The Sotheby’s sale aims to explore the confluence of art and technology, featuring a range of digital art that reflects evolving movements in contemporary digital art. It also seeks to honour pioneering women who have been instrumental in the development of the digital art landscape.</w:t>
      </w:r>
      <w:r/>
    </w:p>
    <w:p>
      <w:r/>
      <w:r>
        <w:t>Ai-Da herself has expressed the significance of her work, stating, "Through my artwork of Alan Turing, I commemorate his achievements and contributions to the development of computing and AI." This alignment with the ethos of the United Nations, advocating for responsible AI usage, echoes Turing's own early warnings about the potential implications and responsibilities inherent in technological advancements.</w:t>
      </w:r>
      <w:r/>
    </w:p>
    <w:p>
      <w:r/>
      <w:r>
        <w:t>Aidan Meller, who directs the Ai-Da Robot studio, remarked on the duality present in the AI God portrait, highlighting its ethereal yet somewhat haunting quality. He acknowledged that Ai-Da's work invites reflection on the power dynamics involved in the global race to harness AI's capabilities.</w:t>
      </w:r>
      <w:r/>
    </w:p>
    <w:p>
      <w:r/>
      <w:r>
        <w:t>Beyond this landmark auction, Ai-Da has made notable cultural contributions, having painted portraits of renowned artists such as Billie Eilish, Diana Ross, Kendrick Lamar, and Sir Paul McCartney for Glastonbury Festival in 2022. She also created a portrait of Her Majesty the Queen ahead of the Platinum Jubilee and gained recognition as the first AI-powered robot to address a parliamentary committee, discussing the impact of technology on creative industries.</w:t>
      </w:r>
      <w:r/>
    </w:p>
    <w:p>
      <w:r/>
      <w:r>
        <w:t>Sotheby’s eagerly anticipated digital art sale, which highlights not just the capabilities but the thought-provoking nature of AI-driven art, promises to provide a fascinating glimpse into the evolving conversation between technology and the creative arts.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https://www.rte.ie/news/business/2024/1016/1475674-ai-art-sale/</w:t>
        </w:r>
      </w:hyperlink>
      <w:r>
        <w:t xml:space="preserve"> - Ai-Da Robot making history as the first humanoid robot artist to have an artwork auctioned by a major auction house, and details about the 'AI God' painting.</w:t>
      </w:r>
      <w:r/>
    </w:p>
    <w:p>
      <w:pPr>
        <w:pStyle w:val="ListNumber"/>
        <w:spacing w:line="240" w:lineRule="auto"/>
        <w:ind w:left="720"/>
      </w:pPr>
      <w:r/>
      <w:hyperlink r:id="rId11">
        <w:r>
          <w:rPr>
            <w:color w:val="0000EE"/>
            <w:u w:val="single"/>
          </w:rPr>
          <w:t>https://www.the-independent.com/tech/alan-turing-united-nations-billie-eilish-god-diana-ross-b2629895.html</w:t>
        </w:r>
      </w:hyperlink>
      <w:r>
        <w:t xml:space="preserve"> - Ai-Da Robot's creation, 'AI God', expected to sell for £100,000 to £150,000 at Sotheby’s digital art sale, and its exhibition at the United Nations.</w:t>
      </w:r>
      <w:r/>
    </w:p>
    <w:p>
      <w:pPr>
        <w:pStyle w:val="ListNumber"/>
        <w:spacing w:line="240" w:lineRule="auto"/>
        <w:ind w:left="720"/>
      </w:pPr>
      <w:r/>
      <w:hyperlink r:id="rId12">
        <w:r>
          <w:rPr>
            <w:color w:val="0000EE"/>
            <w:u w:val="single"/>
          </w:rPr>
          <w:t>https://guernseypress.com/news/uk-news/2024/10/15/robot-artist-ai-da-to-make-history-as-portrait-of-alan-turing-goes-to-auction/</w:t>
        </w:r>
      </w:hyperlink>
      <w:r>
        <w:t xml:space="preserve"> - Details about Ai-Da Robot, the painting 'AI God', and its upcoming auction at Sotheby’s, including its first exhibition at the United Nations.</w:t>
      </w:r>
      <w:r/>
    </w:p>
    <w:p>
      <w:pPr>
        <w:pStyle w:val="ListNumber"/>
        <w:spacing w:line="240" w:lineRule="auto"/>
        <w:ind w:left="720"/>
      </w:pPr>
      <w:r/>
      <w:hyperlink r:id="rId13">
        <w:r>
          <w:rPr>
            <w:color w:val="0000EE"/>
            <w:u w:val="single"/>
          </w:rPr>
          <w:t>https://www.dw.com/en/portrait-by-robot-to-be-sold-at-sothebys-in-world-first/a-70508473</w:t>
        </w:r>
      </w:hyperlink>
      <w:r>
        <w:t xml:space="preserve"> - Ai-Da Robot's historic sale at Sotheby’s, the description of the 'AI God' painting, and its creation using AI algorithms.</w:t>
      </w:r>
      <w:r/>
    </w:p>
    <w:p>
      <w:pPr>
        <w:pStyle w:val="ListNumber"/>
        <w:spacing w:line="240" w:lineRule="auto"/>
        <w:ind w:left="720"/>
      </w:pPr>
      <w:r/>
      <w:hyperlink r:id="rId11">
        <w:r>
          <w:rPr>
            <w:color w:val="0000EE"/>
            <w:u w:val="single"/>
          </w:rPr>
          <w:t>https://www.the-independent.com/tech/alan-turing-united-nations-billie-eilish-god-diana-ross-b2629895.html</w:t>
        </w:r>
      </w:hyperlink>
      <w:r>
        <w:t xml:space="preserve"> - Ai-Da Robot's capabilities, including cameras in her eyes and bionic hands, and her previous artworks such as portraits of Glastonbury Festival acts.</w:t>
      </w:r>
      <w:r/>
    </w:p>
    <w:p>
      <w:pPr>
        <w:pStyle w:val="ListNumber"/>
        <w:spacing w:line="240" w:lineRule="auto"/>
        <w:ind w:left="720"/>
      </w:pPr>
      <w:r/>
      <w:hyperlink r:id="rId12">
        <w:r>
          <w:rPr>
            <w:color w:val="0000EE"/>
            <w:u w:val="single"/>
          </w:rPr>
          <w:t>https://guernseypress.com/news/uk-news/2024/10/15/robot-artist-ai-da-to-make-history-as-portrait-of-alan-turing-goes-to-auction/</w:t>
        </w:r>
      </w:hyperlink>
      <w:r>
        <w:t xml:space="preserve"> - Ai-Da Robot's alignment with the United Nations ethos on responsible AI usage and her commemoration of Alan Turing's contributions.</w:t>
      </w:r>
      <w:r/>
    </w:p>
    <w:p>
      <w:pPr>
        <w:pStyle w:val="ListNumber"/>
        <w:spacing w:line="240" w:lineRule="auto"/>
        <w:ind w:left="720"/>
      </w:pPr>
      <w:r/>
      <w:hyperlink r:id="rId13">
        <w:r>
          <w:rPr>
            <w:color w:val="0000EE"/>
            <w:u w:val="single"/>
          </w:rPr>
          <w:t>https://www.dw.com/en/portrait-by-robot-to-be-sold-at-sothebys-in-world-first/a-70508473</w:t>
        </w:r>
      </w:hyperlink>
      <w:r>
        <w:t xml:space="preserve"> - Aidan Meller's comments on the duality and haunting quality of the 'AI God' portrait and its reflection on the power dynamics of AI.</w:t>
      </w:r>
      <w:r/>
    </w:p>
    <w:p>
      <w:pPr>
        <w:pStyle w:val="ListNumber"/>
        <w:spacing w:line="240" w:lineRule="auto"/>
        <w:ind w:left="720"/>
      </w:pPr>
      <w:r/>
      <w:hyperlink r:id="rId11">
        <w:r>
          <w:rPr>
            <w:color w:val="0000EE"/>
            <w:u w:val="single"/>
          </w:rPr>
          <w:t>https://www.the-independent.com/tech/alan-turing-united-nations-billie-eilish-god-diana-ross-b2629895.html</w:t>
        </w:r>
      </w:hyperlink>
      <w:r>
        <w:t xml:space="preserve"> - Ai-Da's cultural contributions, including painting portraits of Billie Eilish, Diana Ross, Kendrick Lamar, and Sir Paul McCartney, and her portrait of the Queen.</w:t>
      </w:r>
      <w:r/>
    </w:p>
    <w:p>
      <w:pPr>
        <w:pStyle w:val="ListNumber"/>
        <w:spacing w:line="240" w:lineRule="auto"/>
        <w:ind w:left="720"/>
      </w:pPr>
      <w:r/>
      <w:hyperlink r:id="rId12">
        <w:r>
          <w:rPr>
            <w:color w:val="0000EE"/>
            <w:u w:val="single"/>
          </w:rPr>
          <w:t>https://guernseypress.com/news/uk-news/2024/10/15/robot-artist-ai-da-to-make-history-as-portrait-of-alan-turing-goes-to-auction/</w:t>
        </w:r>
      </w:hyperlink>
      <w:r>
        <w:t xml:space="preserve"> - Ai-Da as the first AI-powered robot to give evidence to a parliamentary committee on the impact of technology on creative industries.</w:t>
      </w:r>
      <w:r/>
    </w:p>
    <w:p>
      <w:pPr>
        <w:pStyle w:val="ListNumber"/>
        <w:spacing w:line="240" w:lineRule="auto"/>
        <w:ind w:left="720"/>
      </w:pPr>
      <w:r/>
      <w:hyperlink r:id="rId13">
        <w:r>
          <w:rPr>
            <w:color w:val="0000EE"/>
            <w:u w:val="single"/>
          </w:rPr>
          <w:t>https://www.dw.com/en/portrait-by-robot-to-be-sold-at-sothebys-in-world-first/a-70508473</w:t>
        </w:r>
      </w:hyperlink>
      <w:r>
        <w:t xml:space="preserve"> - Sotheby’s Digital Art Sale exploring the intersection of art and technology, and honoring pioneering women in digital art.</w:t>
      </w:r>
      <w:r/>
    </w:p>
    <w:p>
      <w:pPr>
        <w:pStyle w:val="ListNumber"/>
        <w:spacing w:line="240" w:lineRule="auto"/>
        <w:ind w:left="720"/>
      </w:pPr>
      <w:r/>
      <w:hyperlink r:id="rId14">
        <w:r>
          <w:rPr>
            <w:color w:val="0000EE"/>
            <w:u w:val="single"/>
          </w:rPr>
          <w:t>https://news.artnet.com/art-world-archives/artificial-intelligence-robot-artist-ai-da-1566580</w:t>
        </w:r>
      </w:hyperlink>
      <w:r>
        <w:t xml:space="preserve"> - Ai-Da's creation process, including her use of cameras, AI algorithms, and robotic arms to autonomously draw, paint, and sculpt.</w:t>
      </w:r>
      <w:r/>
    </w:p>
    <w:p>
      <w:pPr>
        <w:pStyle w:val="ListNumber"/>
        <w:spacing w:line="240" w:lineRule="auto"/>
        <w:ind w:left="720"/>
      </w:pPr>
      <w:r/>
      <w:hyperlink r:id="rId15">
        <w:r>
          <w:rPr>
            <w:color w:val="0000EE"/>
            <w:u w:val="single"/>
          </w:rPr>
          <w:t>https://www.dailymail.co.uk/news/article-13964103/robot-history-artwork-sotherbys-alan-turing-sale-auction.html?ns_mchannel=rss&amp;ns_campaign=1490&amp;ito=1490</w:t>
        </w:r>
      </w:hyperlink>
      <w:r>
        <w:t xml:space="preserve"> - Please view link - unable to able to access data</w:t>
      </w:r>
      <w:r/>
    </w:p>
    <w:p>
      <w:pPr>
        <w:pStyle w:val="ListNumber"/>
        <w:spacing w:line="240" w:lineRule="auto"/>
        <w:ind w:left="720"/>
      </w:pPr>
      <w:r/>
      <w:hyperlink r:id="rId16">
        <w:r>
          <w:rPr>
            <w:color w:val="0000EE"/>
            <w:u w:val="single"/>
          </w:rPr>
          <w:t>https://www.independent.co.uk/tech/alan-turing-united-nations-billie-eilish-god-diana-ross-b2629895.html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te.ie/news/business/2024/1016/1475674-ai-art-sale/" TargetMode="External"/><Relationship Id="rId11" Type="http://schemas.openxmlformats.org/officeDocument/2006/relationships/hyperlink" Target="https://www.the-independent.com/tech/alan-turing-united-nations-billie-eilish-god-diana-ross-b2629895.html" TargetMode="External"/><Relationship Id="rId12" Type="http://schemas.openxmlformats.org/officeDocument/2006/relationships/hyperlink" Target="https://guernseypress.com/news/uk-news/2024/10/15/robot-artist-ai-da-to-make-history-as-portrait-of-alan-turing-goes-to-auction/" TargetMode="External"/><Relationship Id="rId13" Type="http://schemas.openxmlformats.org/officeDocument/2006/relationships/hyperlink" Target="https://www.dw.com/en/portrait-by-robot-to-be-sold-at-sothebys-in-world-first/a-70508473" TargetMode="External"/><Relationship Id="rId14" Type="http://schemas.openxmlformats.org/officeDocument/2006/relationships/hyperlink" Target="https://news.artnet.com/art-world-archives/artificial-intelligence-robot-artist-ai-da-1566580" TargetMode="External"/><Relationship Id="rId15" Type="http://schemas.openxmlformats.org/officeDocument/2006/relationships/hyperlink" Target="https://www.dailymail.co.uk/news/article-13964103/robot-history-artwork-sotherbys-alan-turing-sale-auction.html?ns_mchannel=rss&amp;ns_campaign=1490&amp;ito=1490" TargetMode="External"/><Relationship Id="rId16" Type="http://schemas.openxmlformats.org/officeDocument/2006/relationships/hyperlink" Target="https://www.independent.co.uk/tech/alan-turing-united-nations-billie-eilish-god-diana-ross-b262989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