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article falsely accuses San Mateo County DA of murder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recent incident that underscores the pitfalls of using artificial intelligence unsupervised in journalism, an AI-generated article published by the local news site Hoodline falsely accused the San Mateo County District Attorney of murder. The article in question misrepresented the facts by alleging that the DA, identified as John Caisiano Thompson, was involved in a murder, despite no evidence or charges supporting such a claim. </w:t>
      </w:r>
      <w:r/>
    </w:p>
    <w:p>
      <w:r/>
      <w:r>
        <w:t>The story emerged online and quickly drew attention; however, upon closer inspection, it was evident that the article was gravely misinformed. The AI system misinterpreted a tweet from the San Mateo County District Attorney’s Office on a social media platform X (formerly known as Twitter). The original tweet intended to report on an unrelated individual facing charges, but due to an error in AI parsing, the text was misaligned. The AI erroneously integrated the title "San Mateo County District Attorney" into the tweet's mention of an arrest, thus implying the DA was the accused party.</w:t>
      </w:r>
      <w:r/>
    </w:p>
    <w:p>
      <w:r/>
      <w:r>
        <w:t>This error accentuated the deficiencies present in AI-generated journalism, particularly if content is published without human oversight. AI systems, though advanced, lack the nuanced understanding of context and factual verification necessary to deliver credible journalism. In this case, a simple verification step, such as confirming the identity of the current San Mateo County DA, which is Stephen Wagstaffe, could have prevented the error from occurring.</w:t>
      </w:r>
      <w:r/>
    </w:p>
    <w:p>
      <w:r/>
      <w:r>
        <w:t>The company behind Hoodline, Impress3, has faced criticism for its approach to AI journalism, raising broader concerns within the media industry about the reliability of AI-generated news. Critics argue that the absence of editorial review can lead to misinformation being disseminated to the public, which can unduly damage reputations and misinform readers.</w:t>
      </w:r>
      <w:r/>
    </w:p>
    <w:p>
      <w:r/>
      <w:r>
        <w:t>Google's algorithms recommended the flawed article through its news service, which prompts further questions regarding how AI-related news content is curated and the mechanisms in place to prevent the spread of false information. Though AI has potential applications in the field of journalism, cases such as these highlight the necessity for human intervention in the editorial process to maintain accuracy and integrity in news reporting.</w:t>
      </w:r>
      <w:r/>
    </w:p>
    <w:p>
      <w:r/>
      <w:r>
        <w:t>This incident serves as a critical example of the challenges presented by the increasing reliance on AI in newsrooms, emphasising the need for stringent quality control measures when integrating AI into journalistic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https://www.techdirt.com/2024/10/15/ai-sludge-local-news-site-hoodline-falsely-accuses-san-mateo-da-of-murder/</w:t>
        </w:r>
      </w:hyperlink>
      <w:r>
        <w:t xml:space="preserve"> - This article corroborates the incident where an AI-generated article by Hoodline falsely accused the San Mateo County District Attorney of murder.</w:t>
      </w:r>
      <w:r/>
    </w:p>
    <w:p>
      <w:pPr>
        <w:pStyle w:val="ListNumber"/>
        <w:spacing w:line="240" w:lineRule="auto"/>
        <w:ind w:left="720"/>
      </w:pPr>
      <w:r/>
      <w:hyperlink r:id="rId11">
        <w:r>
          <w:rPr>
            <w:color w:val="0000EE"/>
            <w:u w:val="single"/>
          </w:rPr>
          <w:t>https://brokeassstuart.com/2024/04/10/hoodline-caught-using-ai-generated-writers-to-make-ai-generated-articles/</w:t>
        </w:r>
      </w:hyperlink>
      <w:r>
        <w:t xml:space="preserve"> - This article details how Hoodline has been using AI to generate news stories and journalist profiles, including the use of fake writers and the lack of transparency initially.</w:t>
      </w:r>
      <w:r/>
    </w:p>
    <w:p>
      <w:pPr>
        <w:pStyle w:val="ListNumber"/>
        <w:spacing w:line="240" w:lineRule="auto"/>
        <w:ind w:left="720"/>
      </w:pPr>
      <w:r/>
      <w:hyperlink r:id="rId12">
        <w:r>
          <w:rPr>
            <w:color w:val="0000EE"/>
            <w:u w:val="single"/>
          </w:rPr>
          <w:t>https://www.niemanlab.org/2024/06/whats-in-a-byline-for-hoodlines-ai-generated-local-news-everything-and-nothing/</w:t>
        </w:r>
      </w:hyperlink>
      <w:r>
        <w:t xml:space="preserve"> - This article discusses the use of AI-generated content by Hoodline, the introduction of AI badges, and the involvement of human journalists in the editorial process, despite errors and inaccuracies.</w:t>
      </w:r>
      <w:r/>
    </w:p>
    <w:p>
      <w:pPr>
        <w:pStyle w:val="ListNumber"/>
        <w:spacing w:line="240" w:lineRule="auto"/>
        <w:ind w:left="720"/>
      </w:pPr>
      <w:r/>
      <w:hyperlink r:id="rId13">
        <w:r>
          <w:rPr>
            <w:color w:val="0000EE"/>
            <w:u w:val="single"/>
          </w:rPr>
          <w:t>https://retailwire.com/experts-raise-concerns-over-local-news-sites-using-ai-produced-articles-with-fake-bylines/</w:t>
        </w:r>
      </w:hyperlink>
      <w:r>
        <w:t xml:space="preserve"> - This article highlights the concerns raised by experts about Hoodline's use of AI-generated articles with fake bylines and the potential erosion of public trust in news.</w:t>
      </w:r>
      <w:r/>
    </w:p>
    <w:p>
      <w:pPr>
        <w:pStyle w:val="ListNumber"/>
        <w:spacing w:line="240" w:lineRule="auto"/>
        <w:ind w:left="720"/>
      </w:pPr>
      <w:r/>
      <w:hyperlink r:id="rId14">
        <w:r>
          <w:rPr>
            <w:color w:val="0000EE"/>
            <w:u w:val="single"/>
          </w:rPr>
          <w:t>https://futurism.com/ai-fake-racially-diverse-writers</w:t>
        </w:r>
      </w:hyperlink>
      <w:r>
        <w:t xml:space="preserve"> - This article explains how Hoodline uses fictional and racially diverse author names for AI-generated articles and the ethical concerns surrounding this practice.</w:t>
      </w:r>
      <w:r/>
    </w:p>
    <w:p>
      <w:pPr>
        <w:pStyle w:val="ListNumber"/>
        <w:spacing w:line="240" w:lineRule="auto"/>
        <w:ind w:left="720"/>
      </w:pPr>
      <w:r/>
      <w:hyperlink r:id="rId12">
        <w:r>
          <w:rPr>
            <w:color w:val="0000EE"/>
            <w:u w:val="single"/>
          </w:rPr>
          <w:t>https://www.niemanlab.org/2024/06/whats-in-a-byline-for-hoodlines-ai-generated-local-news-everything-and-nothing/</w:t>
        </w:r>
      </w:hyperlink>
      <w:r>
        <w:t xml:space="preserve"> - This article provides examples of errors and inaccuracies in AI-generated articles by Hoodline, such as misinterpreting press releases and adding fictional details.</w:t>
      </w:r>
      <w:r/>
    </w:p>
    <w:p>
      <w:pPr>
        <w:pStyle w:val="ListNumber"/>
        <w:spacing w:line="240" w:lineRule="auto"/>
        <w:ind w:left="720"/>
      </w:pPr>
      <w:r/>
      <w:hyperlink r:id="rId11">
        <w:r>
          <w:rPr>
            <w:color w:val="0000EE"/>
            <w:u w:val="single"/>
          </w:rPr>
          <w:t>https://brokeassstuart.com/2024/04/10/hoodline-caught-using-ai-generated-writers-to-make-ai-generated-articles/</w:t>
        </w:r>
      </w:hyperlink>
      <w:r>
        <w:t xml:space="preserve"> - This article discusses the lack of human oversight and the potential for misinformation when AI-generated content is published without thorough verification.</w:t>
      </w:r>
      <w:r/>
    </w:p>
    <w:p>
      <w:pPr>
        <w:pStyle w:val="ListNumber"/>
        <w:spacing w:line="240" w:lineRule="auto"/>
        <w:ind w:left="720"/>
      </w:pPr>
      <w:r/>
      <w:hyperlink r:id="rId13">
        <w:r>
          <w:rPr>
            <w:color w:val="0000EE"/>
            <w:u w:val="single"/>
          </w:rPr>
          <w:t>https://retailwire.com/experts-raise-concerns-over-local-news-sites-using-ai-produced-articles-with-fake-bylines/</w:t>
        </w:r>
      </w:hyperlink>
      <w:r>
        <w:t xml:space="preserve"> - This article mentions other media companies that have faced similar issues with AI-generated content, such as CNET and Sports Illustrated, highlighting broader industry concerns.</w:t>
      </w:r>
      <w:r/>
    </w:p>
    <w:p>
      <w:pPr>
        <w:pStyle w:val="ListNumber"/>
        <w:spacing w:line="240" w:lineRule="auto"/>
        <w:ind w:left="720"/>
      </w:pPr>
      <w:r/>
      <w:hyperlink r:id="rId14">
        <w:r>
          <w:rPr>
            <w:color w:val="0000EE"/>
            <w:u w:val="single"/>
          </w:rPr>
          <w:t>https://futurism.com/ai-fake-racially-diverse-writers</w:t>
        </w:r>
      </w:hyperlink>
      <w:r>
        <w:t xml:space="preserve"> - This article questions the human involvement in Hoodline's editorial process and the authenticity of their claims about human-centric journalism.</w:t>
      </w:r>
      <w:r/>
    </w:p>
    <w:p>
      <w:pPr>
        <w:pStyle w:val="ListNumber"/>
        <w:spacing w:line="240" w:lineRule="auto"/>
        <w:ind w:left="720"/>
      </w:pPr>
      <w:r/>
      <w:hyperlink r:id="rId12">
        <w:r>
          <w:rPr>
            <w:color w:val="0000EE"/>
            <w:u w:val="single"/>
          </w:rPr>
          <w:t>https://www.niemanlab.org/2024/06/whats-in-a-byline-for-hoodlines-ai-generated-local-news-everything-and-nothing/</w:t>
        </w:r>
      </w:hyperlink>
      <w:r>
        <w:t xml:space="preserve"> - This article emphasizes the need for transparency and human intervention in AI-generated news to maintain accuracy and integrity.</w:t>
      </w:r>
      <w:r/>
    </w:p>
    <w:p>
      <w:pPr>
        <w:pStyle w:val="ListNumber"/>
        <w:spacing w:line="240" w:lineRule="auto"/>
        <w:ind w:left="720"/>
      </w:pPr>
      <w:r/>
      <w:hyperlink r:id="rId11">
        <w:r>
          <w:rPr>
            <w:color w:val="0000EE"/>
            <w:u w:val="single"/>
          </w:rPr>
          <w:t>https://brokeassstuart.com/2024/04/10/hoodline-caught-using-ai-generated-writers-to-make-ai-generated-articles/</w:t>
        </w:r>
      </w:hyperlink>
      <w:r>
        <w:t xml:space="preserve"> - This article criticizes Hoodline's approach to using AI, arguing it does not address the core issue of funding good journalism and instead aims to replace human journalists.</w:t>
      </w:r>
      <w:r/>
    </w:p>
    <w:p>
      <w:pPr>
        <w:pStyle w:val="ListNumber"/>
        <w:spacing w:line="240" w:lineRule="auto"/>
        <w:ind w:left="720"/>
      </w:pPr>
      <w:r/>
      <w:hyperlink r:id="rId10">
        <w:r>
          <w:rPr>
            <w:color w:val="0000EE"/>
            <w:u w:val="single"/>
          </w:rPr>
          <w:t>https://www.techdirt.com/2024/10/15/ai-sludge-local-news-site-hoodline-falsely-accuses-san-mateo-da-of-murder/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dirt.com/2024/10/15/ai-sludge-local-news-site-hoodline-falsely-accuses-san-mateo-da-of-murder/" TargetMode="External"/><Relationship Id="rId11" Type="http://schemas.openxmlformats.org/officeDocument/2006/relationships/hyperlink" Target="https://brokeassstuart.com/2024/04/10/hoodline-caught-using-ai-generated-writers-to-make-ai-generated-articles/" TargetMode="External"/><Relationship Id="rId12" Type="http://schemas.openxmlformats.org/officeDocument/2006/relationships/hyperlink" Target="https://www.niemanlab.org/2024/06/whats-in-a-byline-for-hoodlines-ai-generated-local-news-everything-and-nothing/" TargetMode="External"/><Relationship Id="rId13" Type="http://schemas.openxmlformats.org/officeDocument/2006/relationships/hyperlink" Target="https://retailwire.com/experts-raise-concerns-over-local-news-sites-using-ai-produced-articles-with-fake-bylines/" TargetMode="External"/><Relationship Id="rId14" Type="http://schemas.openxmlformats.org/officeDocument/2006/relationships/hyperlink" Target="https://futurism.com/ai-fake-racially-diverse-wri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