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collar enables pets to communicate with their owners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Pet Communication: Shazam Band Brings Pixar's "UP" to Life</w:t>
      </w:r>
      <w:r/>
    </w:p>
    <w:p>
      <w:r/>
      <w:r>
        <w:t>A groundbreaking technological innovation is set to transform pet-human interactions, borrowing inspiration from the 2009 Pixar film "UP." The Shazam Band, an AI-powered collar developed by Personifi AI, purports to enable pets to "talk" to their owners, akin to the device featured in the animated movie.</w:t>
      </w:r>
      <w:r/>
    </w:p>
    <w:p>
      <w:r/>
      <w:r>
        <w:rPr>
          <w:b/>
        </w:rPr>
        <w:t>Origin and Concept</w:t>
      </w:r>
      <w:r/>
    </w:p>
    <w:p>
      <w:r/>
      <w:r>
        <w:t>This novel device was conceptualised by Personifi AI's CEO, John McHale, who was spurred by a life-threatening incident involving his dog, Roscoe. After Roscoe's encounter with a rattlesnake left him in critical condition, McHale envisioned a way for pets to communicate urgent situations. "It got me thinking about AI and how the tragedy could have been averted," McHale explains, highlighting the potential for such technology to alert pet owners to emergencies.</w:t>
      </w:r>
      <w:r/>
    </w:p>
    <w:p>
      <w:r/>
      <w:r>
        <w:rPr>
          <w:b/>
        </w:rPr>
        <w:t>How It Works</w:t>
      </w:r>
      <w:r/>
    </w:p>
    <w:p>
      <w:r/>
      <w:r>
        <w:t>The Shazam Band facilitates interaction by employing AI trained on data sets to translate pets' movements, behaviours, and neural cues into human language. Equipped with a range of sensors—including a 6-axis gyroscope, GPS, temperature sensor, and speakers—the collar responds to verbal cues from owners and interprets the pet's physiological states. As McHale refers to it, this "sentience augmentation" aims to articulate pets' moods and intents through pre-recorded human voice responses. Users can choose from 27 distinctive personas for their pets, with options ranging from a Southern belle to a Jamaican patois.</w:t>
      </w:r>
      <w:r/>
    </w:p>
    <w:p>
      <w:r/>
      <w:r>
        <w:rPr>
          <w:b/>
        </w:rPr>
        <w:t>Safety and Additional Features</w:t>
      </w:r>
      <w:r/>
    </w:p>
    <w:p>
      <w:r/>
      <w:r>
        <w:t>Beyond conversation, the Shazam Band also functions as a safety device. Its built-in GPS allows owners to track their pets' whereabouts, while a geofencing feature uses verbal prompts to keep pets within set boundaries. If a pet encounters danger, such as approaching traffic or potentially harmful wildlife, the owner is notified via a smartphone alert.</w:t>
      </w:r>
      <w:r/>
    </w:p>
    <w:p>
      <w:r/>
      <w:r>
        <w:rPr>
          <w:b/>
        </w:rPr>
        <w:t>Market and Demonstration</w:t>
      </w:r>
      <w:r/>
    </w:p>
    <w:p>
      <w:r/>
      <w:r>
        <w:t>Recently showcased in a live demonstration in Texas, the Shazam Band was displayed in action with McHale's own dog, Roscoe, as the test subject. Observers noted the collar's ability to interpret Roscoe's interactions and emotions, providing vocal responses that projected his perceived personality. The device highlights the potential for generating not just whimsical conversations but also serious applications, such as alerting owners when a pet feels unwell.</w:t>
      </w:r>
      <w:r/>
    </w:p>
    <w:p>
      <w:r/>
      <w:r>
        <w:rPr>
          <w:b/>
        </w:rPr>
        <w:t>Potential and Pricing</w:t>
      </w:r>
      <w:r/>
    </w:p>
    <w:p>
      <w:r/>
      <w:r>
        <w:t>Scheduled for release in February 2025, the Shazam Band invites a new paradigm in pet care and amusement, albeit at a substantial cost. With the full GPS-enabled version priced at $595 and a simplified variant at $495, the device also requires a $295 annual subscription post the first year. Additionally, owners can switch their pet's voice persona for $99.</w:t>
      </w:r>
      <w:r/>
    </w:p>
    <w:p>
      <w:r/>
      <w:r>
        <w:rPr>
          <w:b/>
        </w:rPr>
        <w:t>Ethical Considerations and Future Prospects</w:t>
      </w:r>
      <w:r/>
    </w:p>
    <w:p>
      <w:r/>
      <w:r>
        <w:t>As the technology nears wider availability, questions linger regarding the ethical implications of anthropomorphising pets, a consideration for potential buyers. The Shazam Band epitomises an intersection of fun and utility, offering a glimpse into a world where pets and humans bridge communication barriers. Whether this innovation will gain traction remains uncertain, but it undeniably spotlights the creative convergence of AI technology and pet ownership.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https://www.yahoo.com/tech/watched-ai-collar-dog-talk-170050686.html</w:t>
        </w:r>
      </w:hyperlink>
      <w:r>
        <w:t xml:space="preserve"> - Corroborates the origin and concept of the Shazam Band, including the incident involving John McHale's dog Roscoe and the AI technology used.</w:t>
      </w:r>
      <w:r/>
    </w:p>
    <w:p>
      <w:pPr>
        <w:pStyle w:val="ListNumber"/>
        <w:spacing w:line="240" w:lineRule="auto"/>
        <w:ind w:left="720"/>
      </w:pPr>
      <w:r/>
      <w:hyperlink r:id="rId11">
        <w:r>
          <w:rPr>
            <w:color w:val="0000EE"/>
            <w:u w:val="single"/>
          </w:rPr>
          <w:t>https://newstalk870.am/ixp/642/p/shazam-ai-pet-collar/</w:t>
        </w:r>
      </w:hyperlink>
      <w:r>
        <w:t xml:space="preserve"> - Supports the details on how the Shazam Band works, including its use of machine learning and various sensors to interpret pet emotions and behaviors.</w:t>
      </w:r>
      <w:r/>
    </w:p>
    <w:p>
      <w:pPr>
        <w:pStyle w:val="ListNumber"/>
        <w:spacing w:line="240" w:lineRule="auto"/>
        <w:ind w:left="720"/>
      </w:pPr>
      <w:r/>
      <w:hyperlink r:id="rId12">
        <w:r>
          <w:rPr>
            <w:color w:val="0000EE"/>
            <w:u w:val="single"/>
          </w:rPr>
          <w:t>https://www.petage.com/personifi-ai-unleashes-the-shazam-band-for-pets-worlds-first-cognitive-wearable-device/</w:t>
        </w:r>
      </w:hyperlink>
      <w:r>
        <w:t xml:space="preserve"> - Provides information on the 27 distinctive personas available for pets and the Sentience Augmentation technology used in the Shazam Band.</w:t>
      </w:r>
      <w:r/>
    </w:p>
    <w:p>
      <w:pPr>
        <w:pStyle w:val="ListNumber"/>
        <w:spacing w:line="240" w:lineRule="auto"/>
        <w:ind w:left="720"/>
      </w:pPr>
      <w:r/>
      <w:hyperlink r:id="rId13">
        <w:r>
          <w:rPr>
            <w:color w:val="0000EE"/>
            <w:u w:val="single"/>
          </w:rPr>
          <w:t>https://www.techradar.com/computing/artificial-intelligence/ive-seen-the-new-ai-collar-that-lets-your-dog-talk-and-its-as-wild-as-it-sounds</w:t>
        </w:r>
      </w:hyperlink>
      <w:r>
        <w:t xml:space="preserve"> - Describes the live demonstration of the Shazam Band with John McHale's dog Roscoe and its ability to interpret and respond to the dog's interactions and emotions.</w:t>
      </w:r>
      <w:r/>
    </w:p>
    <w:p>
      <w:pPr>
        <w:pStyle w:val="ListNumber"/>
        <w:spacing w:line="240" w:lineRule="auto"/>
        <w:ind w:left="720"/>
      </w:pPr>
      <w:r/>
      <w:hyperlink r:id="rId14">
        <w:r>
          <w:rPr>
            <w:color w:val="0000EE"/>
            <w:u w:val="single"/>
          </w:rPr>
          <w:t>https://finance.yahoo.com/news/personifi-ai-unleashes-shazam-band-170000268.html</w:t>
        </w:r>
      </w:hyperlink>
      <w:r>
        <w:t xml:space="preserve"> - Details the safety features of the Shazam Band, including GPS tracking and geofencing, and its potential benefits for pet and human wellbeing.</w:t>
      </w:r>
      <w:r/>
    </w:p>
    <w:p>
      <w:pPr>
        <w:pStyle w:val="ListNumber"/>
        <w:spacing w:line="240" w:lineRule="auto"/>
        <w:ind w:left="720"/>
      </w:pPr>
      <w:r/>
      <w:hyperlink r:id="rId10">
        <w:r>
          <w:rPr>
            <w:color w:val="0000EE"/>
            <w:u w:val="single"/>
          </w:rPr>
          <w:t>https://www.yahoo.com/tech/watched-ai-collar-dog-talk-170050686.html</w:t>
        </w:r>
      </w:hyperlink>
      <w:r>
        <w:t xml:space="preserve"> - Explains the pricing and subscription model for the Shazam Band, including the costs for different versions and voice persona changes.</w:t>
      </w:r>
      <w:r/>
    </w:p>
    <w:p>
      <w:pPr>
        <w:pStyle w:val="ListNumber"/>
        <w:spacing w:line="240" w:lineRule="auto"/>
        <w:ind w:left="720"/>
      </w:pPr>
      <w:r/>
      <w:hyperlink r:id="rId11">
        <w:r>
          <w:rPr>
            <w:color w:val="0000EE"/>
            <w:u w:val="single"/>
          </w:rPr>
          <w:t>https://newstalk870.am/ixp/642/p/shazam-ai-pet-collar/</w:t>
        </w:r>
      </w:hyperlink>
      <w:r>
        <w:t xml:space="preserve"> - Discusses the ethical considerations of using the Shazam Band and the potential impact on pet-human relationships.</w:t>
      </w:r>
      <w:r/>
    </w:p>
    <w:p>
      <w:pPr>
        <w:pStyle w:val="ListNumber"/>
        <w:spacing w:line="240" w:lineRule="auto"/>
        <w:ind w:left="720"/>
      </w:pPr>
      <w:r/>
      <w:hyperlink r:id="rId12">
        <w:r>
          <w:rPr>
            <w:color w:val="0000EE"/>
            <w:u w:val="single"/>
          </w:rPr>
          <w:t>https://www.petage.com/personifi-ai-unleashes-the-shazam-band-for-pets-worlds-first-cognitive-wearable-device/</w:t>
        </w:r>
      </w:hyperlink>
      <w:r>
        <w:t xml:space="preserve"> - Highlights the collaboration with experts like Matt Beisner and Bobby Johnson in developing the Shazam Band's AI and voice personas.</w:t>
      </w:r>
      <w:r/>
    </w:p>
    <w:p>
      <w:pPr>
        <w:pStyle w:val="ListNumber"/>
        <w:spacing w:line="240" w:lineRule="auto"/>
        <w:ind w:left="720"/>
      </w:pPr>
      <w:r/>
      <w:hyperlink r:id="rId13">
        <w:r>
          <w:rPr>
            <w:color w:val="0000EE"/>
            <w:u w:val="single"/>
          </w:rPr>
          <w:t>https://www.techradar.com/computing/artificial-intelligence/ive-seen-the-new-ai-collar-that-lets-your-dog-talk-and-its-as-wild-as-it-sounds</w:t>
        </w:r>
      </w:hyperlink>
      <w:r>
        <w:t xml:space="preserve"> - Describes the sensors and technology integrated into the Shazam Band, such as the 6-axis gyroscope and speakers, and how they facilitate interaction.</w:t>
      </w:r>
      <w:r/>
    </w:p>
    <w:p>
      <w:pPr>
        <w:pStyle w:val="ListNumber"/>
        <w:spacing w:line="240" w:lineRule="auto"/>
        <w:ind w:left="720"/>
      </w:pPr>
      <w:r/>
      <w:hyperlink r:id="rId14">
        <w:r>
          <w:rPr>
            <w:color w:val="0000EE"/>
            <w:u w:val="single"/>
          </w:rPr>
          <w:t>https://finance.yahoo.com/news/personifi-ai-unleashes-shazam-band-170000268.html</w:t>
        </w:r>
      </w:hyperlink>
      <w:r>
        <w:t xml:space="preserve"> - Mentions the release schedule for the Shazam Band, including pre-order dates and expected shipment times.</w:t>
      </w:r>
      <w:r/>
    </w:p>
    <w:p>
      <w:pPr>
        <w:pStyle w:val="ListNumber"/>
        <w:spacing w:line="240" w:lineRule="auto"/>
        <w:ind w:left="720"/>
      </w:pPr>
      <w:r/>
      <w:hyperlink r:id="rId11">
        <w:r>
          <w:rPr>
            <w:color w:val="0000EE"/>
            <w:u w:val="single"/>
          </w:rPr>
          <w:t>https://newstalk870.am/ixp/642/p/shazam-ai-pet-collar/</w:t>
        </w:r>
      </w:hyperlink>
      <w:r>
        <w:t xml:space="preserve"> - Details the additional features such as tracking pet activity, detecting anxiety, and monitoring food and water routines.</w:t>
      </w:r>
      <w:r/>
    </w:p>
    <w:p>
      <w:pPr>
        <w:pStyle w:val="ListNumber"/>
        <w:spacing w:line="240" w:lineRule="auto"/>
        <w:ind w:left="720"/>
      </w:pPr>
      <w:r/>
      <w:hyperlink r:id="rId13">
        <w:r>
          <w:rPr>
            <w:color w:val="0000EE"/>
            <w:u w:val="single"/>
          </w:rPr>
          <w:t>https://www.techradar.com/computing/artificial-intelligence/ive-seen-the-new-ai-collar-that-lets-your-dog-talk-and-its-as-wild-as-it-sounds</w:t>
        </w:r>
      </w:hyperlink>
      <w:r>
        <w:t xml:space="preserve"> - Please view link - unable to able to access data</w:t>
      </w:r>
      <w:r/>
    </w:p>
    <w:p>
      <w:pPr>
        <w:pStyle w:val="ListNumber"/>
        <w:spacing w:line="240" w:lineRule="auto"/>
        <w:ind w:left="720"/>
      </w:pPr>
      <w:r/>
      <w:hyperlink r:id="rId15">
        <w:r>
          <w:rPr>
            <w:color w:val="0000EE"/>
            <w:u w:val="single"/>
          </w:rPr>
          <w:t>https://www.digitaltrends.com/mobile/i-watched-an-ai-collar-make-a-dog-talk-and-it-was-unreal/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tech/watched-ai-collar-dog-talk-170050686.html" TargetMode="External"/><Relationship Id="rId11" Type="http://schemas.openxmlformats.org/officeDocument/2006/relationships/hyperlink" Target="https://newstalk870.am/ixp/642/p/shazam-ai-pet-collar/" TargetMode="External"/><Relationship Id="rId12" Type="http://schemas.openxmlformats.org/officeDocument/2006/relationships/hyperlink" Target="https://www.petage.com/personifi-ai-unleashes-the-shazam-band-for-pets-worlds-first-cognitive-wearable-device/" TargetMode="External"/><Relationship Id="rId13" Type="http://schemas.openxmlformats.org/officeDocument/2006/relationships/hyperlink" Target="https://www.techradar.com/computing/artificial-intelligence/ive-seen-the-new-ai-collar-that-lets-your-dog-talk-and-its-as-wild-as-it-sounds" TargetMode="External"/><Relationship Id="rId14" Type="http://schemas.openxmlformats.org/officeDocument/2006/relationships/hyperlink" Target="https://finance.yahoo.com/news/personifi-ai-unleashes-shazam-band-170000268.html" TargetMode="External"/><Relationship Id="rId15" Type="http://schemas.openxmlformats.org/officeDocument/2006/relationships/hyperlink" Target="https://www.digitaltrends.com/mobile/i-watched-an-ai-collar-make-a-dog-talk-and-it-was-unr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