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revolutionizing financial management in restaurants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Revolutionizing Financial Management in Restaurants</w:t>
      </w:r>
      <w:r/>
    </w:p>
    <w:p>
      <w:r/>
      <w:r>
        <w:t>As the culinary industry continues to evolve, restaurants face numerous financial hurdles, predominantly connected to managing costs and predicting consumer demand. Increasingly, artificial intelligence (AI) is stepping in as a transformative tool, providing restaurateurs with data-driven insights to foster efficient decision-making. From automating traditionally time-consuming tasks to offering precise forecasting, AI is reshaping how restaurants handle their financial operations and beyond.</w:t>
      </w:r>
      <w:r/>
    </w:p>
    <w:p>
      <w:r/>
      <w:r>
        <w:rPr>
          <w:b/>
        </w:rPr>
        <w:t>AI-Driven Financial Management: A Game Changer for Restaurateurs</w:t>
      </w:r>
      <w:r/>
    </w:p>
    <w:p>
      <w:r/>
      <w:r>
        <w:t xml:space="preserve">Artificial intelligence is fundamentally altering the financial management landscape within restaurants. By leveraging AI-powered analytics, restaurant owners can access real-time data, facilitating better financial decision-making. This forward-looking approach departs from traditional static financial assessments, offering dynamic tools for enhanced money management. </w:t>
      </w:r>
      <w:r/>
    </w:p>
    <w:p>
      <w:r/>
      <w:r>
        <w:t>Key applications of AI in financial management include:</w:t>
      </w:r>
      <w:r/>
      <w:r/>
    </w:p>
    <w:p>
      <w:pPr>
        <w:pStyle w:val="ListBullet"/>
        <w:spacing w:line="240" w:lineRule="auto"/>
        <w:ind w:left="720"/>
      </w:pPr>
      <w:r/>
      <w:r>
        <w:rPr>
          <w:b/>
        </w:rPr>
        <w:t>Real-time Financial Insights</w:t>
      </w:r>
      <w:r>
        <w:t>: AI provides continuous, updated data, enabling managers to swiftly adapt plans and strategies based on the latest financial metrics.</w:t>
      </w:r>
      <w:r/>
    </w:p>
    <w:p>
      <w:pPr>
        <w:pStyle w:val="ListBullet"/>
        <w:spacing w:line="240" w:lineRule="auto"/>
        <w:ind w:left="720"/>
      </w:pPr>
      <w:r/>
      <w:r>
        <w:rPr>
          <w:b/>
        </w:rPr>
        <w:t>Accurate Demand Forecasting</w:t>
      </w:r>
      <w:r>
        <w:t>: Utilizing historical sales data and external variables like weather and social media trends, AI predicts food, staffing, and revenue needs with a high degree of accuracy.</w:t>
      </w:r>
      <w:r/>
    </w:p>
    <w:p>
      <w:pPr>
        <w:pStyle w:val="ListBullet"/>
        <w:spacing w:line="240" w:lineRule="auto"/>
        <w:ind w:left="720"/>
      </w:pPr>
      <w:r/>
      <w:r>
        <w:rPr>
          <w:b/>
        </w:rPr>
        <w:t>Automated Bookkeeping</w:t>
      </w:r>
      <w:r>
        <w:t>: AI handles repetitive financial tasks, allowing managers to allocate their time towards more strategic aspects of the business.</w:t>
      </w:r>
      <w:r/>
    </w:p>
    <w:p>
      <w:pPr>
        <w:pStyle w:val="ListBullet"/>
        <w:spacing w:line="240" w:lineRule="auto"/>
        <w:ind w:left="720"/>
      </w:pPr>
      <w:r/>
      <w:r>
        <w:rPr>
          <w:b/>
        </w:rPr>
        <w:t>Trend Spotting</w:t>
      </w:r>
      <w:r>
        <w:t>: AI identifies patterns, such as which menu items sell best on weekends, aiding in menu planning and pricing strategies.</w:t>
      </w:r>
      <w:r/>
      <w:r/>
    </w:p>
    <w:p>
      <w:r/>
      <w:r>
        <w:rPr>
          <w:b/>
        </w:rPr>
        <w:t>Forecasting Demand and Revenue: The Predictive Power of AI</w:t>
      </w:r>
      <w:r/>
    </w:p>
    <w:p>
      <w:r/>
      <w:r>
        <w:t>In the competitive restaurant sector, predicting demand and revenue with pinpoint accuracy is paramount. AI enhances these capabilities by analyzing past sales, weather, local events, and consumer behaviors, achieving forecasting precision of 90-95%. This enables restaurants to:</w:t>
      </w:r>
      <w:r/>
      <w:r/>
    </w:p>
    <w:p>
      <w:pPr>
        <w:pStyle w:val="ListBullet"/>
        <w:spacing w:line="240" w:lineRule="auto"/>
        <w:ind w:left="720"/>
      </w:pPr>
      <w:r/>
      <w:r>
        <w:rPr>
          <w:b/>
        </w:rPr>
        <w:t>Optimize Inventory Management</w:t>
      </w:r>
      <w:r>
        <w:t>: Accurate predictions reduce food waste by aligning ingredient procurement precisely with expected demand.</w:t>
      </w:r>
      <w:r/>
    </w:p>
    <w:p>
      <w:pPr>
        <w:pStyle w:val="ListBullet"/>
        <w:spacing w:line="240" w:lineRule="auto"/>
        <w:ind w:left="720"/>
      </w:pPr>
      <w:r/>
      <w:r>
        <w:rPr>
          <w:b/>
        </w:rPr>
        <w:t>Enhance Staffing Schedules</w:t>
      </w:r>
      <w:r>
        <w:t>: Predictive insights allow for optimal staffing, lowering labour costs while ensuring quality service during peak times.</w:t>
      </w:r>
      <w:r/>
    </w:p>
    <w:p>
      <w:pPr>
        <w:pStyle w:val="ListBullet"/>
        <w:spacing w:line="240" w:lineRule="auto"/>
        <w:ind w:left="720"/>
      </w:pPr>
      <w:r/>
      <w:r>
        <w:rPr>
          <w:b/>
        </w:rPr>
        <w:t>Refine Menu Offerings</w:t>
      </w:r>
      <w:r>
        <w:t>: Detecting likely slow-moving dishes, AI advises on promotions or their removal from the menu to minimize waste.</w:t>
      </w:r>
      <w:r/>
    </w:p>
    <w:p>
      <w:pPr>
        <w:pStyle w:val="ListBullet"/>
        <w:spacing w:line="240" w:lineRule="auto"/>
        <w:ind w:left="720"/>
      </w:pPr>
      <w:r/>
      <w:r>
        <w:rPr>
          <w:b/>
        </w:rPr>
        <w:t>Tailor Pricing Strategies</w:t>
      </w:r>
      <w:r>
        <w:t>: AI can suggest price adjustments based on demand levels, ensuring competitiveness while maximizing revenue potential.</w:t>
      </w:r>
      <w:r/>
      <w:r/>
    </w:p>
    <w:p>
      <w:r/>
      <w:r>
        <w:t>Real-world implementations of AI have yielded tangible benefits, such as reduced food wastage and improved sales alignment with customer demand, as reported by several leading chains.</w:t>
      </w:r>
      <w:r/>
    </w:p>
    <w:p>
      <w:r/>
      <w:r>
        <w:rPr>
          <w:b/>
        </w:rPr>
        <w:t>Cost Control and Resource Optimization</w:t>
      </w:r>
      <w:r/>
    </w:p>
    <w:p>
      <w:r/>
      <w:r>
        <w:t>Beyond forecasting, AI adeptly manages costs by diligently tracking expenses to ensure financial efficiency. AI applications in cost control include:</w:t>
      </w:r>
      <w:r/>
      <w:r/>
    </w:p>
    <w:p>
      <w:pPr>
        <w:pStyle w:val="ListBullet"/>
        <w:spacing w:line="240" w:lineRule="auto"/>
        <w:ind w:left="720"/>
      </w:pPr>
      <w:r/>
      <w:r>
        <w:rPr>
          <w:b/>
        </w:rPr>
        <w:t>Monitoring Ingredient Pricing</w:t>
      </w:r>
      <w:r>
        <w:t>: AI continuously tracks ingredient prices, notifying managers of any fluctuations that might affect budget planning.</w:t>
      </w:r>
      <w:r/>
    </w:p>
    <w:p>
      <w:pPr>
        <w:pStyle w:val="ListBullet"/>
        <w:spacing w:line="240" w:lineRule="auto"/>
        <w:ind w:left="720"/>
      </w:pPr>
      <w:r/>
      <w:r>
        <w:rPr>
          <w:b/>
        </w:rPr>
        <w:t>Streamlining Labour Costs</w:t>
      </w:r>
      <w:r>
        <w:t>: By suggesting optimal staff rosters, AI helps reduce unnecessary labour expenses.</w:t>
      </w:r>
      <w:r/>
    </w:p>
    <w:p>
      <w:pPr>
        <w:pStyle w:val="ListBullet"/>
        <w:spacing w:line="240" w:lineRule="auto"/>
        <w:ind w:left="720"/>
      </w:pPr>
      <w:r/>
      <w:r>
        <w:rPr>
          <w:b/>
        </w:rPr>
        <w:t>Energy Utilisation</w:t>
      </w:r>
      <w:r>
        <w:t>: Adjusting heating and lighting schedules ensures minimal energy wastage.</w:t>
      </w:r>
      <w:r/>
    </w:p>
    <w:p>
      <w:pPr>
        <w:pStyle w:val="ListBullet"/>
        <w:spacing w:line="240" w:lineRule="auto"/>
        <w:ind w:left="720"/>
      </w:pPr>
      <w:r/>
      <w:r>
        <w:rPr>
          <w:b/>
        </w:rPr>
        <w:t>Optimizing Inventory</w:t>
      </w:r>
      <w:r>
        <w:t>: AI recommends ideal stock levels, helping avoid overstocking or running out of essentials.</w:t>
      </w:r>
      <w:r/>
      <w:r/>
    </w:p>
    <w:p>
      <w:r/>
      <w:r>
        <w:t>Research indicates that restaurants incorporating AI in cost control see a substantial reduction in overheads, crucial for venues operating on narrow profit margins.</w:t>
      </w:r>
      <w:r/>
    </w:p>
    <w:p>
      <w:r/>
      <w:r>
        <w:rPr>
          <w:b/>
        </w:rPr>
        <w:t>Enhancing Customer Experience through Personalisation</w:t>
      </w:r>
      <w:r/>
    </w:p>
    <w:p>
      <w:r/>
      <w:r>
        <w:t>Understanding customer preferences is critical to a restaurant's success, and AI excels in deriving insights from customer data to boost both satisfaction and profitability:</w:t>
      </w:r>
      <w:r/>
      <w:r/>
    </w:p>
    <w:p>
      <w:pPr>
        <w:pStyle w:val="ListBullet"/>
        <w:spacing w:line="240" w:lineRule="auto"/>
        <w:ind w:left="720"/>
      </w:pPr>
      <w:r/>
      <w:r>
        <w:rPr>
          <w:b/>
        </w:rPr>
        <w:t>Customer Segmentation</w:t>
      </w:r>
      <w:r>
        <w:t>: AI groups patrons based on their spending habits and preferences, facilitating targeted marketing and personalized offers.</w:t>
      </w:r>
      <w:r/>
    </w:p>
    <w:p>
      <w:pPr>
        <w:pStyle w:val="ListBullet"/>
        <w:spacing w:line="240" w:lineRule="auto"/>
        <w:ind w:left="720"/>
      </w:pPr>
      <w:r/>
      <w:r>
        <w:rPr>
          <w:b/>
        </w:rPr>
        <w:t>Menu Recommendations</w:t>
      </w:r>
      <w:r>
        <w:t>: By analysing prior selections, AI can suggest dishes suited to individual tastes, enhancing the dining experience.</w:t>
      </w:r>
      <w:r/>
    </w:p>
    <w:p>
      <w:pPr>
        <w:pStyle w:val="ListBullet"/>
        <w:spacing w:line="240" w:lineRule="auto"/>
        <w:ind w:left="720"/>
      </w:pPr>
      <w:r/>
      <w:r>
        <w:rPr>
          <w:b/>
        </w:rPr>
        <w:t>Loyalty Programmes</w:t>
      </w:r>
      <w:r>
        <w:t>: AI tracks visit frequency and spending, automatically offering rewards to encourage repeat patronage.</w:t>
      </w:r>
      <w:r/>
    </w:p>
    <w:p>
      <w:pPr>
        <w:pStyle w:val="ListBullet"/>
        <w:spacing w:line="240" w:lineRule="auto"/>
        <w:ind w:left="720"/>
      </w:pPr>
      <w:r/>
      <w:r>
        <w:rPr>
          <w:b/>
        </w:rPr>
        <w:t>Feedback Analysis</w:t>
      </w:r>
      <w:r>
        <w:t>: AI processes reviews, identifying trends or issues that manual analysis might overlook.</w:t>
      </w:r>
      <w:r/>
      <w:r/>
    </w:p>
    <w:p>
      <w:r/>
      <w:r>
        <w:t>Restaurants investing in AI-powered personalisation strategies have observed notable increases in customer spend, retention rates, and marketing effectiveness.</w:t>
      </w:r>
      <w:r/>
    </w:p>
    <w:p>
      <w:r/>
      <w:r>
        <w:rPr>
          <w:b/>
        </w:rPr>
        <w:t>Operational Efficiency Through Enhanced Financial Insights</w:t>
      </w:r>
      <w:r/>
    </w:p>
    <w:p>
      <w:r/>
      <w:r>
        <w:t>AI's impact extends beyond customer engagement, significantly boosting operational efficiency. By automating routine tasks and offering strategic financial insights, AI frees up managerial time for strategic planning, resulting in several operational benefits:</w:t>
      </w:r>
      <w:r/>
      <w:r/>
    </w:p>
    <w:p>
      <w:pPr>
        <w:pStyle w:val="ListBullet"/>
        <w:spacing w:line="240" w:lineRule="auto"/>
        <w:ind w:left="720"/>
      </w:pPr>
      <w:r/>
      <w:r>
        <w:rPr>
          <w:b/>
        </w:rPr>
        <w:t>Reduced Time on Financial Reporting</w:t>
      </w:r>
      <w:r>
        <w:t>: Automation leads to efficient financial summary generation.</w:t>
      </w:r>
      <w:r/>
    </w:p>
    <w:p>
      <w:pPr>
        <w:pStyle w:val="ListBullet"/>
        <w:spacing w:line="240" w:lineRule="auto"/>
        <w:ind w:left="720"/>
      </w:pPr>
      <w:r/>
      <w:r>
        <w:rPr>
          <w:b/>
        </w:rPr>
        <w:t>Improved Cash Flow Management</w:t>
      </w:r>
      <w:r>
        <w:t>: AI ensures better monitoring and response to financial changes.</w:t>
      </w:r>
      <w:r/>
    </w:p>
    <w:p>
      <w:pPr>
        <w:pStyle w:val="ListBullet"/>
        <w:spacing w:line="240" w:lineRule="auto"/>
        <w:ind w:left="720"/>
      </w:pPr>
      <w:r/>
      <w:r>
        <w:rPr>
          <w:b/>
        </w:rPr>
        <w:t>Decreased Labour Costs</w:t>
      </w:r>
      <w:r>
        <w:t>: Efficient scheduling supports optimal workforce distribution.</w:t>
      </w:r>
      <w:r/>
      <w:r/>
    </w:p>
    <w:p>
      <w:r/>
      <w:r>
        <w:t>Overall, AI integration positions restaurants to not only survive but thrive in today’s competitive and fast-paced environment, promising operational efficiencies and enhanced customer experiences. As AI continues to mature, its role in the restaurant industry is likely to expand, offering even greater potential for innovation and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https://modernrestaurantmanagement.com/revolutionizing-restaurant-financial-compliance-with-the-ai-powered-future/</w:t>
        </w:r>
      </w:hyperlink>
      <w:r>
        <w:t xml:space="preserve"> - Corroborates the use of AI in financial compliance, transaction monitoring, and fraud detection in restaurants.</w:t>
      </w:r>
      <w:r/>
    </w:p>
    <w:p>
      <w:pPr>
        <w:pStyle w:val="ListNumber"/>
        <w:spacing w:line="240" w:lineRule="auto"/>
        <w:ind w:left="720"/>
      </w:pPr>
      <w:r/>
      <w:hyperlink r:id="rId11">
        <w:r>
          <w:rPr>
            <w:color w:val="0000EE"/>
            <w:u w:val="single"/>
          </w:rPr>
          <w:t>https://get.popmenu.com/post/ai-in-restaurants</w:t>
        </w:r>
      </w:hyperlink>
      <w:r>
        <w:t xml:space="preserve"> - Supports the role of AI in automating tasks, reducing errors, and improving guest service in restaurants.</w:t>
      </w:r>
      <w:r/>
    </w:p>
    <w:p>
      <w:pPr>
        <w:pStyle w:val="ListNumber"/>
        <w:spacing w:line="240" w:lineRule="auto"/>
        <w:ind w:left="720"/>
      </w:pPr>
      <w:r/>
      <w:hyperlink r:id="rId12">
        <w:r>
          <w:rPr>
            <w:color w:val="0000EE"/>
            <w:u w:val="single"/>
          </w:rPr>
          <w:t>https://restaurant.org/education-and-resources/resource-library/ai-on-the-menu-how-ai-is-transforming-the-restaurant-corporate-office/</w:t>
        </w:r>
      </w:hyperlink>
      <w:r>
        <w:t xml:space="preserve"> - Details how AI can automate financial tasks, optimize inventory, and enhance customer relationship management in restaurants.</w:t>
      </w:r>
      <w:r/>
    </w:p>
    <w:p>
      <w:pPr>
        <w:pStyle w:val="ListNumber"/>
        <w:spacing w:line="240" w:lineRule="auto"/>
        <w:ind w:left="720"/>
      </w:pPr>
      <w:r/>
      <w:hyperlink r:id="rId13">
        <w:r>
          <w:rPr>
            <w:color w:val="0000EE"/>
            <w:u w:val="single"/>
          </w:rPr>
          <w:t>https://www.5out.io/post/how-ai-and-machine-learning-improve-restaurant-inventory-management</w:t>
        </w:r>
      </w:hyperlink>
      <w:r>
        <w:t xml:space="preserve"> - Explains how AI and machine learning improve restaurant inventory management, forecasting, and cost reduction.</w:t>
      </w:r>
      <w:r/>
    </w:p>
    <w:p>
      <w:pPr>
        <w:pStyle w:val="ListNumber"/>
        <w:spacing w:line="240" w:lineRule="auto"/>
        <w:ind w:left="720"/>
      </w:pPr>
      <w:r/>
      <w:hyperlink r:id="rId11">
        <w:r>
          <w:rPr>
            <w:color w:val="0000EE"/>
            <w:u w:val="single"/>
          </w:rPr>
          <w:t>https://get.popmenu.com/post/ai-in-restaurants</w:t>
        </w:r>
      </w:hyperlink>
      <w:r>
        <w:t xml:space="preserve"> - Discusses AI's role in predictive analytics for staffing, inventory, and menu pricing strategies in restaurants.</w:t>
      </w:r>
      <w:r/>
    </w:p>
    <w:p>
      <w:pPr>
        <w:pStyle w:val="ListNumber"/>
        <w:spacing w:line="240" w:lineRule="auto"/>
        <w:ind w:left="720"/>
      </w:pPr>
      <w:r/>
      <w:hyperlink r:id="rId12">
        <w:r>
          <w:rPr>
            <w:color w:val="0000EE"/>
            <w:u w:val="single"/>
          </w:rPr>
          <w:t>https://restaurant.org/education-and-resources/resource-library/ai-on-the-menu-how-ai-is-transforming-the-restaurant-corporate-office/</w:t>
        </w:r>
      </w:hyperlink>
      <w:r>
        <w:t xml:space="preserve"> - Highlights AI's ability to track ingredient pricing, optimize labour costs, and manage energy utilization in restaurants.</w:t>
      </w:r>
      <w:r/>
    </w:p>
    <w:p>
      <w:pPr>
        <w:pStyle w:val="ListNumber"/>
        <w:spacing w:line="240" w:lineRule="auto"/>
        <w:ind w:left="720"/>
      </w:pPr>
      <w:r/>
      <w:hyperlink r:id="rId13">
        <w:r>
          <w:rPr>
            <w:color w:val="0000EE"/>
            <w:u w:val="single"/>
          </w:rPr>
          <w:t>https://www.5out.io/post/how-ai-and-machine-learning-improve-restaurant-inventory-management</w:t>
        </w:r>
      </w:hyperlink>
      <w:r>
        <w:t xml:space="preserve"> - Describes how AI helps in optimizing inventory levels, reducing food waste, and predicting demand accurately.</w:t>
      </w:r>
      <w:r/>
    </w:p>
    <w:p>
      <w:pPr>
        <w:pStyle w:val="ListNumber"/>
        <w:spacing w:line="240" w:lineRule="auto"/>
        <w:ind w:left="720"/>
      </w:pPr>
      <w:r/>
      <w:hyperlink r:id="rId11">
        <w:r>
          <w:rPr>
            <w:color w:val="0000EE"/>
            <w:u w:val="single"/>
          </w:rPr>
          <w:t>https://get.popmenu.com/post/ai-in-restaurants</w:t>
        </w:r>
      </w:hyperlink>
      <w:r>
        <w:t xml:space="preserve"> - Supports the use of AI in customer segmentation, menu recommendations, and loyalty programs to enhance customer experience.</w:t>
      </w:r>
      <w:r/>
    </w:p>
    <w:p>
      <w:pPr>
        <w:pStyle w:val="ListNumber"/>
        <w:spacing w:line="240" w:lineRule="auto"/>
        <w:ind w:left="720"/>
      </w:pPr>
      <w:r/>
      <w:hyperlink r:id="rId12">
        <w:r>
          <w:rPr>
            <w:color w:val="0000EE"/>
            <w:u w:val="single"/>
          </w:rPr>
          <w:t>https://restaurant.org/education-and-resources/resource-library/ai-on-the-menu-how-ai-is-transforming-the-restaurant-corporate-office/</w:t>
        </w:r>
      </w:hyperlink>
      <w:r>
        <w:t xml:space="preserve"> - Details AI's role in automating financial reporting, improving cash flow management, and reducing labour costs.</w:t>
      </w:r>
      <w:r/>
    </w:p>
    <w:p>
      <w:pPr>
        <w:pStyle w:val="ListNumber"/>
        <w:spacing w:line="240" w:lineRule="auto"/>
        <w:ind w:left="720"/>
      </w:pPr>
      <w:r/>
      <w:hyperlink r:id="rId10">
        <w:r>
          <w:rPr>
            <w:color w:val="0000EE"/>
            <w:u w:val="single"/>
          </w:rPr>
          <w:t>https://modernrestaurantmanagement.com/revolutionizing-restaurant-financial-compliance-with-the-ai-powered-future/</w:t>
        </w:r>
      </w:hyperlink>
      <w:r>
        <w:t xml:space="preserve"> - Emphasizes the importance of staff training and intervention in conjunction with AI-powered financial compliance solutions.</w:t>
      </w:r>
      <w:r/>
    </w:p>
    <w:p>
      <w:pPr>
        <w:pStyle w:val="ListNumber"/>
        <w:spacing w:line="240" w:lineRule="auto"/>
        <w:ind w:left="720"/>
      </w:pPr>
      <w:r/>
      <w:hyperlink r:id="rId14">
        <w:r>
          <w:rPr>
            <w:color w:val="0000EE"/>
            <w:u w:val="single"/>
          </w:rPr>
          <w:t>https://warrenaverett.com/insights/ai-in-restaurants/</w:t>
        </w:r>
      </w:hyperlink>
      <w:r>
        <w:t xml:space="preserve"> - Provides financial considerations for restaurants planning to invest in AI, including identifying opportunities and minimizing financial impact.</w:t>
      </w:r>
      <w:r/>
    </w:p>
    <w:p>
      <w:pPr>
        <w:pStyle w:val="ListNumber"/>
        <w:spacing w:line="240" w:lineRule="auto"/>
        <w:ind w:left="720"/>
      </w:pPr>
      <w:r/>
      <w:hyperlink r:id="rId15">
        <w:r>
          <w:rPr>
            <w:color w:val="0000EE"/>
            <w:u w:val="single"/>
          </w:rPr>
          <w:t>https://wellbeingmagazine.com/how-ai-improves-financial-insights-for-restaurant-success/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dernrestaurantmanagement.com/revolutionizing-restaurant-financial-compliance-with-the-ai-powered-future/" TargetMode="External"/><Relationship Id="rId11" Type="http://schemas.openxmlformats.org/officeDocument/2006/relationships/hyperlink" Target="https://get.popmenu.com/post/ai-in-restaurants" TargetMode="External"/><Relationship Id="rId12" Type="http://schemas.openxmlformats.org/officeDocument/2006/relationships/hyperlink" Target="https://restaurant.org/education-and-resources/resource-library/ai-on-the-menu-how-ai-is-transforming-the-restaurant-corporate-office/" TargetMode="External"/><Relationship Id="rId13" Type="http://schemas.openxmlformats.org/officeDocument/2006/relationships/hyperlink" Target="https://www.5out.io/post/how-ai-and-machine-learning-improve-restaurant-inventory-management" TargetMode="External"/><Relationship Id="rId14" Type="http://schemas.openxmlformats.org/officeDocument/2006/relationships/hyperlink" Target="https://warrenaverett.com/insights/ai-in-restaurants/" TargetMode="External"/><Relationship Id="rId15" Type="http://schemas.openxmlformats.org/officeDocument/2006/relationships/hyperlink" Target="https://wellbeingmagazine.com/how-ai-improves-financial-insights-for-restaurant-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