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launches upgraded iPad Mini with enhanced features and new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Launches Upgraded iPad Mini with Enhanced Features and New Design</w:t>
      </w:r>
      <w:r/>
    </w:p>
    <w:p>
      <w:r/>
      <w:r>
        <w:t>Cupertino, California — Apple Inc. on Tuesday announced the release of its latest iteration of the iPad Mini, marking the first major update to the compact tablet since 2021. This much-anticipated upgrade introduces several new features and enhancements designed to boost the performance and user experience of the device.</w:t>
      </w:r>
      <w:r/>
    </w:p>
    <w:p>
      <w:r/>
      <w:r>
        <w:rPr>
          <w:b/>
        </w:rPr>
        <w:t>Launch Details:</w:t>
      </w:r>
      <w:r/>
    </w:p>
    <w:p>
      <w:r/>
      <w:r>
        <w:t>Apple's new iPad Mini is now available for pre-order and will hit the shelves starting Wednesday, October 23. The introduction of the revamped device comes amid considerable anticipation, given that the previous version had not seen significant updates in nearly two years.</w:t>
      </w:r>
      <w:r/>
    </w:p>
    <w:p>
      <w:r/>
      <w:r>
        <w:rPr>
          <w:b/>
        </w:rPr>
        <w:t>Pricing and Specifications:</w:t>
      </w:r>
      <w:r/>
    </w:p>
    <w:p>
      <w:r/>
      <w:r>
        <w:t>The updated iPad Mini is offered at a starting price of $499 for the Wi-Fi-only model. For users requiring more connectivity, the Wi-Fi + Cellular version is priced at $649. One of the standout features of this release is the incorporation of the A17 Pro chip, which Apple claims delivers a 30% faster CPU and a 25% increase in GPU performance compared to its predecessor. Additionally, the Neural Engine is reported to be twice as fast, enhancing the tablet's capabilities in handling AI tasks.</w:t>
      </w:r>
      <w:r/>
    </w:p>
    <w:p>
      <w:r/>
      <w:r>
        <w:t>This improved performance is complemented by an upgrade in storage, with the base model now featuring 128GB, doubling the previous model's capacity. Moreover, the device is compatible with the new Apple Pencil Pro, aimed at enhancing precision and usability for creative and professional applications.</w:t>
      </w:r>
      <w:r/>
    </w:p>
    <w:p>
      <w:r/>
      <w:r>
        <w:rPr>
          <w:b/>
        </w:rPr>
        <w:t>Connectivity and Design:</w:t>
      </w:r>
      <w:r/>
    </w:p>
    <w:p>
      <w:r/>
      <w:r>
        <w:t>Other technological enhancements include the integration of a faster Wi-Fi 6E chip and an upgraded USB-C port, which promise improved data transfer speeds and connectivity. In terms of design, the iPad Mini now comes in two new colour options: purple and blue, while maintaining the overall look familiar to users.</w:t>
      </w:r>
      <w:r/>
    </w:p>
    <w:p>
      <w:r/>
      <w:r>
        <w:rPr>
          <w:b/>
        </w:rPr>
        <w:t>Focus on AI and Upcoming Software Updates:</w:t>
      </w:r>
      <w:r/>
    </w:p>
    <w:p>
      <w:r/>
      <w:r>
        <w:t>Reflecting Apple’s ongoing investment in artificial intelligence, the new iPad Mini supports hardware-accelerated ray tracing, a feature that is expected to enhance the visual quality of gaming experiences on the device. Apple has announced that a range of new Apple Intelligence features will be made available through a free software update with iPadOS 18.1, set to roll out later this month. These features are specifically tailored for devices equipped with the A17 Pro chip or newer.</w:t>
      </w:r>
      <w:r/>
    </w:p>
    <w:p>
      <w:r/>
      <w:r>
        <w:rPr>
          <w:b/>
        </w:rPr>
        <w:t>Strategic Implications and Upcoming Launches:</w:t>
      </w:r>
      <w:r/>
    </w:p>
    <w:p>
      <w:r/>
      <w:r>
        <w:t>This release forms part of a broader strategy by Apple to refresh its iPad lineup, which earlier this year saw updates to the Air and Pro models, as well as a reduction in the price of the base iPad model. Industry insiders have also speculated about potential inventory shortages, suggesting that this latest release may aim to bolster Apple's product availability and attract new consumers.</w:t>
      </w:r>
      <w:r/>
    </w:p>
    <w:p>
      <w:r/>
      <w:r>
        <w:t>In addition to the iPad Mini, Apple's product roadmap appears busy with speculation around the launch of new M4-powered Macs slated for November 1. Reports indicate that these plans include a 14-inch MacBook Pro and other variations featuring the advanced M4 chip technology. Furthermore, other products such as an updated iMac, Mac Mini, and future Mac Studio and Mac Pro models might be in development, extending into mid-2025.</w:t>
      </w:r>
      <w:r/>
    </w:p>
    <w:p>
      <w:r/>
      <w:r>
        <w:rPr>
          <w:b/>
        </w:rPr>
        <w:t>Conclusion:</w:t>
      </w:r>
      <w:r/>
    </w:p>
    <w:p>
      <w:r/>
      <w:r>
        <w:t>The A17 Pro-powered iPad Mini represents a significant leap in both performance and design for Apple’s compact tablet offering, likely to appeal to existing Apple fans as well as potential new users. As the company continues to roll out new and updated products, the tech industry keenly watches how these innovations will shape consumer preferences in the months ahead.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https://www.apple.com/newsroom/2024/10/apple-introduces-powerful-new-ipad-mini-built-for-apple-intelligence/</w:t>
        </w:r>
      </w:hyperlink>
      <w:r>
        <w:t xml:space="preserve"> - Corroborates the launch details, pricing, and specifications of the new iPad Mini, including the A17 Pro chip and storage upgrades.</w:t>
      </w:r>
      <w:r/>
    </w:p>
    <w:p>
      <w:pPr>
        <w:pStyle w:val="ListNumber"/>
        <w:spacing w:line="240" w:lineRule="auto"/>
        <w:ind w:left="720"/>
      </w:pPr>
      <w:r/>
      <w:hyperlink r:id="rId11">
        <w:r>
          <w:rPr>
            <w:color w:val="0000EE"/>
            <w:u w:val="single"/>
          </w:rPr>
          <w:t>https://www.apple.com/ipad-mini/specs/</w:t>
        </w:r>
      </w:hyperlink>
      <w:r>
        <w:t xml:space="preserve"> - Provides detailed specifications of the new iPad Mini, including storage options, Wi-Fi and Cellular models, and the A17 Pro chip's performance enhancements.</w:t>
      </w:r>
      <w:r/>
    </w:p>
    <w:p>
      <w:pPr>
        <w:pStyle w:val="ListNumber"/>
        <w:spacing w:line="240" w:lineRule="auto"/>
        <w:ind w:left="720"/>
      </w:pPr>
      <w:r/>
      <w:hyperlink r:id="rId12">
        <w:r>
          <w:rPr>
            <w:color w:val="0000EE"/>
            <w:u w:val="single"/>
          </w:rPr>
          <w:t>https://www.macrumors.com/2024/10/15/apple-unveils-new-ipad-mini-apple-intelligence/</w:t>
        </w:r>
      </w:hyperlink>
      <w:r>
        <w:t xml:space="preserve"> - Supports the information on the A17 Pro chip's performance boost, Wi-Fi 6E support, and faster USB-C data transfer.</w:t>
      </w:r>
      <w:r/>
    </w:p>
    <w:p>
      <w:pPr>
        <w:pStyle w:val="ListNumber"/>
        <w:spacing w:line="240" w:lineRule="auto"/>
        <w:ind w:left="720"/>
      </w:pPr>
      <w:r/>
      <w:hyperlink r:id="rId13">
        <w:r>
          <w:rPr>
            <w:color w:val="0000EE"/>
            <w:u w:val="single"/>
          </w:rPr>
          <w:t>https://www.apple.com/ipad-mini/</w:t>
        </w:r>
      </w:hyperlink>
      <w:r>
        <w:t xml:space="preserve"> - Confirms the design and color options of the new iPad Mini, including the new blue and purple finishes.</w:t>
      </w:r>
      <w:r/>
    </w:p>
    <w:p>
      <w:pPr>
        <w:pStyle w:val="ListNumber"/>
        <w:spacing w:line="240" w:lineRule="auto"/>
        <w:ind w:left="720"/>
      </w:pPr>
      <w:r/>
      <w:hyperlink r:id="rId14">
        <w:r>
          <w:rPr>
            <w:color w:val="0000EE"/>
            <w:u w:val="single"/>
          </w:rPr>
          <w:t>https://www.macrumors.com/2024/10/15/ipad-mini-7-all-new-features-and-changes/</w:t>
        </w:r>
      </w:hyperlink>
      <w:r>
        <w:t xml:space="preserve"> - Details the new features and changes in the iPad Mini 7, including the faster USB-C port and Wi-Fi 6E support.</w:t>
      </w:r>
      <w:r/>
    </w:p>
    <w:p>
      <w:pPr>
        <w:pStyle w:val="ListNumber"/>
        <w:spacing w:line="240" w:lineRule="auto"/>
        <w:ind w:left="720"/>
      </w:pPr>
      <w:r/>
      <w:hyperlink r:id="rId10">
        <w:r>
          <w:rPr>
            <w:color w:val="0000EE"/>
            <w:u w:val="single"/>
          </w:rPr>
          <w:t>https://www.apple.com/newsroom/2024/10/apple-introduces-powerful-new-ipad-mini-built-for-apple-intelligence/</w:t>
        </w:r>
      </w:hyperlink>
      <w:r>
        <w:t xml:space="preserve"> - Explains the integration of Apple Intelligence features and the upcoming software update with iPadOS 18.1.</w:t>
      </w:r>
      <w:r/>
    </w:p>
    <w:p>
      <w:pPr>
        <w:pStyle w:val="ListNumber"/>
        <w:spacing w:line="240" w:lineRule="auto"/>
        <w:ind w:left="720"/>
      </w:pPr>
      <w:r/>
      <w:hyperlink r:id="rId12">
        <w:r>
          <w:rPr>
            <w:color w:val="0000EE"/>
            <w:u w:val="single"/>
          </w:rPr>
          <w:t>https://www.macrumors.com/2024/10/15/apple-unveils-new-ipad-mini-apple-intelligence/</w:t>
        </w:r>
      </w:hyperlink>
      <w:r>
        <w:t xml:space="preserve"> - Discusses the support for Apple Pencil Pro and the enhanced AI capabilities with the A17 Pro chip.</w:t>
      </w:r>
      <w:r/>
    </w:p>
    <w:p>
      <w:pPr>
        <w:pStyle w:val="ListNumber"/>
        <w:spacing w:line="240" w:lineRule="auto"/>
        <w:ind w:left="720"/>
      </w:pPr>
      <w:r/>
      <w:hyperlink r:id="rId11">
        <w:r>
          <w:rPr>
            <w:color w:val="0000EE"/>
            <w:u w:val="single"/>
          </w:rPr>
          <w:t>https://www.apple.com/ipad-mini/specs/</w:t>
        </w:r>
      </w:hyperlink>
      <w:r>
        <w:t xml:space="preserve"> - Provides information on the connectivity options, including Wi-Fi 6E and 5G support in the Wi-Fi + Cellular models.</w:t>
      </w:r>
      <w:r/>
    </w:p>
    <w:p>
      <w:pPr>
        <w:pStyle w:val="ListNumber"/>
        <w:spacing w:line="240" w:lineRule="auto"/>
        <w:ind w:left="720"/>
      </w:pPr>
      <w:r/>
      <w:hyperlink r:id="rId14">
        <w:r>
          <w:rPr>
            <w:color w:val="0000EE"/>
            <w:u w:val="single"/>
          </w:rPr>
          <w:t>https://www.macrumors.com/2024/10/15/ipad-mini-7-all-new-features-and-changes/</w:t>
        </w:r>
      </w:hyperlink>
      <w:r>
        <w:t xml:space="preserve"> - Details the improved camera features, including Smart HDR 4 and the enhanced Neural Engine for document scanning.</w:t>
      </w:r>
      <w:r/>
    </w:p>
    <w:p>
      <w:pPr>
        <w:pStyle w:val="ListNumber"/>
        <w:spacing w:line="240" w:lineRule="auto"/>
        <w:ind w:left="720"/>
      </w:pPr>
      <w:r/>
      <w:hyperlink r:id="rId10">
        <w:r>
          <w:rPr>
            <w:color w:val="0000EE"/>
            <w:u w:val="single"/>
          </w:rPr>
          <w:t>https://www.apple.com/newsroom/2024/10/apple-introduces-powerful-new-ipad-mini-built-for-apple-intelligence/</w:t>
        </w:r>
      </w:hyperlink>
      <w:r>
        <w:t xml:space="preserve"> - Mentions the availability and pre-order details of the new iPad Mini, set to start on October 23.</w:t>
      </w:r>
      <w:r/>
    </w:p>
    <w:p>
      <w:pPr>
        <w:pStyle w:val="ListNumber"/>
        <w:spacing w:line="240" w:lineRule="auto"/>
        <w:ind w:left="720"/>
      </w:pPr>
      <w:r/>
      <w:hyperlink r:id="rId13">
        <w:r>
          <w:rPr>
            <w:color w:val="0000EE"/>
            <w:u w:val="single"/>
          </w:rPr>
          <w:t>https://www.apple.com/ipad-mini/</w:t>
        </w:r>
      </w:hyperlink>
      <w:r>
        <w:t xml:space="preserve"> - Highlights the overall design and user experience enhancements, including the all-screen design and landscape stereo speakers.</w:t>
      </w:r>
      <w:r/>
    </w:p>
    <w:p>
      <w:pPr>
        <w:pStyle w:val="ListNumber"/>
        <w:spacing w:line="240" w:lineRule="auto"/>
        <w:ind w:left="720"/>
      </w:pPr>
      <w:r/>
      <w:hyperlink r:id="rId15">
        <w:r>
          <w:rPr>
            <w:color w:val="0000EE"/>
            <w:u w:val="single"/>
          </w:rPr>
          <w:t>https://www.benzinga.com/news/24/10/41349691/apple-mini-gets-an-ai-upgrade-3-years-after-last-facelift-price-starts-at-499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pple.com/newsroom/2024/10/apple-introduces-powerful-new-ipad-mini-built-for-apple-intelligence/" TargetMode="External"/><Relationship Id="rId11" Type="http://schemas.openxmlformats.org/officeDocument/2006/relationships/hyperlink" Target="https://www.apple.com/ipad-mini/specs/" TargetMode="External"/><Relationship Id="rId12" Type="http://schemas.openxmlformats.org/officeDocument/2006/relationships/hyperlink" Target="https://www.macrumors.com/2024/10/15/apple-unveils-new-ipad-mini-apple-intelligence/" TargetMode="External"/><Relationship Id="rId13" Type="http://schemas.openxmlformats.org/officeDocument/2006/relationships/hyperlink" Target="https://www.apple.com/ipad-mini/" TargetMode="External"/><Relationship Id="rId14" Type="http://schemas.openxmlformats.org/officeDocument/2006/relationships/hyperlink" Target="https://www.macrumors.com/2024/10/15/ipad-mini-7-all-new-features-and-changes/" TargetMode="External"/><Relationship Id="rId15" Type="http://schemas.openxmlformats.org/officeDocument/2006/relationships/hyperlink" Target="https://www.benzinga.com/news/24/10/41349691/apple-mini-gets-an-ai-upgrade-3-years-after-last-facelift-price-starts-at-49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