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Automakers struggle against tech giants in in-car infotainment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is currently grappling with the increasing dominance of tech giants Apple and Google in the realm of in-car infotainment systems. The two companies have been steadily expanding their influence with AI-enabled voice assistants, leaving traditional automakers at a disadvantage in the battle for consumer attention and interaction within vehicles.</w:t>
      </w:r>
      <w:r/>
    </w:p>
    <w:p>
      <w:r/>
      <w:r>
        <w:t>Apple's Siri and Google Assistant, especially through the mirroring services of CarPlay and Android Auto, have become more integrated into vehicles, offering dynamic language processing and seamless connectivity with broader technological ecosystems, including smart homes. Leveraging personal data from a wealth of sources such as location, calendars, and browsing histories, Apple and Google are able to provide highly personalised and intuitive user experiences that many automakers have yet to match.</w:t>
      </w:r>
      <w:r/>
    </w:p>
    <w:p>
      <w:r/>
      <w:r>
        <w:t>This technological shift was underscored by Alex Oyler, a director at SBD Automotive, who noted that automakers often lack the extensive data networks required to develop comparable systems. As a result, they face significant challenges in creating competitive user experiences. While car manufacturers have made strides in developing their own visual interfaces, the emergence of voice assistants presents a new frontier where the established tech companies hold a clear advantage.</w:t>
      </w:r>
      <w:r/>
    </w:p>
    <w:p>
      <w:r/>
      <w:r>
        <w:t>In an attempt to close this gap, numerous automakers have opted to outsource the development of voice assistant technologies to specialized third-party companies such as SoundHound AI, Cerence, and Amazon. Google itself provides a built-in native voice assistant specifically tailored for automotive use, which only strengthens its presence in cars. However, the creation of a ground-up voice assistant system, which demands cutting-edge speech recognition and natural language processing abilities, poses a complex and expensive challenge that most auto companies seem unprepared to tackle.</w:t>
      </w:r>
      <w:r/>
    </w:p>
    <w:p>
      <w:r/>
      <w:r>
        <w:t>Beyond the aspect of convenience, these tech companies are advancing their language models' capabilities, enabling their assistants to carry out sophisticated tasks with greater accuracy. For instance, Google Assistants integrated with Google Home now enable users to perform tasks such as turning on home lights remotely. Meanwhile, automakers are still working to solidify the basic integration of such services.</w:t>
      </w:r>
      <w:r/>
    </w:p>
    <w:p>
      <w:r/>
      <w:r>
        <w:t>One significant issue automakers face is the competition that arises even within their vehicles due to smartphone mirroring services. The voice recognition sector, with entities like SoundHound AI employing advanced language models from OpenAI and others, features systems capable of functioning seamlessly, regardless of a mobile connection. Automakers find themselves ceding valuable customer interaction opportunities to these third-party voice assistants when users are greeted by Google or Amazon systems with prompts like “Hey, Google” or “Hey, Siri,” which reaffirms the control of tech firms over the driver’s experience.</w:t>
      </w:r>
      <w:r/>
    </w:p>
    <w:p>
      <w:r/>
      <w:r>
        <w:t>Furthermore, Google's assistant, integrated with services such as Google Maps and Google Play, further restricts an automaker's capacity to fully tailor its infotainment offerings. The deeper these tech companies embed their voice assistants into vehicles, the more automakers relinquish control over crucial customer data and interaction points.</w:t>
      </w:r>
      <w:r/>
    </w:p>
    <w:p>
      <w:r/>
      <w:r>
        <w:t>As the evolution of AI-powered voice assistants continues, automakers may face growing pressures to allow these systems greater control over vehicle functions like cruise control and climate settings. With drivers increasingly drawn to these advanced, AI-driven systems, automakers are challenged by the dilemma of enhancing user experiences while maintaining a degree of control over the technology within their vehicles.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https://www.cbtnews.com/big-tech-tightens-grip-on-automakers-with-ai-enabled-voice-assistants/</w:t>
        </w:r>
      </w:hyperlink>
      <w:r>
        <w:t xml:space="preserve"> - This article explains how Apple's Siri and Google Assistant are becoming more integrated into vehicles, offering advanced language processing and connectivity with broader technological ecosystems.</w:t>
      </w:r>
      <w:r/>
    </w:p>
    <w:p>
      <w:pPr>
        <w:pStyle w:val="ListNumber"/>
        <w:spacing w:line="240" w:lineRule="auto"/>
        <w:ind w:left="720"/>
      </w:pPr>
      <w:r/>
      <w:hyperlink r:id="rId10">
        <w:r>
          <w:rPr>
            <w:color w:val="0000EE"/>
            <w:u w:val="single"/>
          </w:rPr>
          <w:t>https://www.cbtnews.com/big-tech-tightens-grip-on-automakers-with-ai-enabled-voice-assistants/</w:t>
        </w:r>
      </w:hyperlink>
      <w:r>
        <w:t xml:space="preserve"> - It highlights Alex Oyler's observation that automakers lack the data to develop comparable systems to those of tech giants, and the challenges they face in creating competitive user experiences.</w:t>
      </w:r>
      <w:r/>
    </w:p>
    <w:p>
      <w:pPr>
        <w:pStyle w:val="ListNumber"/>
        <w:spacing w:line="240" w:lineRule="auto"/>
        <w:ind w:left="720"/>
      </w:pPr>
      <w:r/>
      <w:hyperlink r:id="rId10">
        <w:r>
          <w:rPr>
            <w:color w:val="0000EE"/>
            <w:u w:val="single"/>
          </w:rPr>
          <w:t>https://www.cbtnews.com/big-tech-tightens-grip-on-automakers-with-ai-enabled-voice-assistants/</w:t>
        </w:r>
      </w:hyperlink>
      <w:r>
        <w:t xml:space="preserve"> - The article discusses how automakers are outsourcing voice assistant development to third-party companies like SoundHound AI, Cerence, and Amazon, and Google's native voice assistant for automotive use.</w:t>
      </w:r>
      <w:r/>
    </w:p>
    <w:p>
      <w:pPr>
        <w:pStyle w:val="ListNumber"/>
        <w:spacing w:line="240" w:lineRule="auto"/>
        <w:ind w:left="720"/>
      </w:pPr>
      <w:r/>
      <w:hyperlink r:id="rId10">
        <w:r>
          <w:rPr>
            <w:color w:val="0000EE"/>
            <w:u w:val="single"/>
          </w:rPr>
          <w:t>https://www.cbtnews.com/big-tech-tightens-grip-on-automakers-with-ai-enabled-voice-assistants/</w:t>
        </w:r>
      </w:hyperlink>
      <w:r>
        <w:t xml:space="preserve"> - It mentions the advancement of language models enabling sophisticated tasks, such as Google Assistant integrating with Google Home to perform remote tasks.</w:t>
      </w:r>
      <w:r/>
    </w:p>
    <w:p>
      <w:pPr>
        <w:pStyle w:val="ListNumber"/>
        <w:spacing w:line="240" w:lineRule="auto"/>
        <w:ind w:left="720"/>
      </w:pPr>
      <w:r/>
      <w:hyperlink r:id="rId10">
        <w:r>
          <w:rPr>
            <w:color w:val="0000EE"/>
            <w:u w:val="single"/>
          </w:rPr>
          <w:t>https://www.cbtnews.com/big-tech-tightens-grip-on-automakers-with-ai-enabled-voice-assistants/</w:t>
        </w:r>
      </w:hyperlink>
      <w:r>
        <w:t xml:space="preserve"> - The article addresses the competition within vehicles due to smartphone mirroring services and the use of advanced language models by companies like SoundHound AI.</w:t>
      </w:r>
      <w:r/>
    </w:p>
    <w:p>
      <w:pPr>
        <w:pStyle w:val="ListNumber"/>
        <w:spacing w:line="240" w:lineRule="auto"/>
        <w:ind w:left="720"/>
      </w:pPr>
      <w:r/>
      <w:hyperlink r:id="rId10">
        <w:r>
          <w:rPr>
            <w:color w:val="0000EE"/>
            <w:u w:val="single"/>
          </w:rPr>
          <w:t>https://www.cbtnews.com/big-tech-tightens-grip-on-automakers-with-ai-enabled-voice-assistants/</w:t>
        </w:r>
      </w:hyperlink>
      <w:r>
        <w:t xml:space="preserve"> - It explains how Google's assistant, integrated with services like Google Maps and Google Play, restricts automakers' ability to customize their infotainment offerings.</w:t>
      </w:r>
      <w:r/>
    </w:p>
    <w:p>
      <w:pPr>
        <w:pStyle w:val="ListNumber"/>
        <w:spacing w:line="240" w:lineRule="auto"/>
        <w:ind w:left="720"/>
      </w:pPr>
      <w:r/>
      <w:hyperlink r:id="rId11">
        <w:r>
          <w:rPr>
            <w:color w:val="0000EE"/>
            <w:u w:val="single"/>
          </w:rPr>
          <w:t>https://straitsresearch.com/statistic/in-vehicle-infotainment-system</w:t>
        </w:r>
      </w:hyperlink>
      <w:r>
        <w:t xml:space="preserve"> - This article provides data on the widespread adoption of Apple CarPlay and Android Auto, with 98% of new cars supporting either platform, and the dominance of tech giants in the automotive infotainment market.</w:t>
      </w:r>
      <w:r/>
    </w:p>
    <w:p>
      <w:pPr>
        <w:pStyle w:val="ListNumber"/>
        <w:spacing w:line="240" w:lineRule="auto"/>
        <w:ind w:left="720"/>
      </w:pPr>
      <w:r/>
      <w:hyperlink r:id="rId12">
        <w:r>
          <w:rPr>
            <w:color w:val="0000EE"/>
            <w:u w:val="single"/>
          </w:rPr>
          <w:t>https://prospect.org/justice/2024-03-27-bump-in-the-road-apple-doj-lawsuit-auto/</w:t>
        </w:r>
      </w:hyperlink>
      <w:r>
        <w:t xml:space="preserve"> - It discusses the deep integration of Apple's CarPlay and Google's Android Auto into vehicles, including their impact on car manufacturers and the collection of driver data.</w:t>
      </w:r>
      <w:r/>
    </w:p>
    <w:p>
      <w:pPr>
        <w:pStyle w:val="ListNumber"/>
        <w:spacing w:line="240" w:lineRule="auto"/>
        <w:ind w:left="720"/>
      </w:pPr>
      <w:r/>
      <w:hyperlink r:id="rId13">
        <w:r>
          <w:rPr>
            <w:color w:val="0000EE"/>
            <w:u w:val="single"/>
          </w:rPr>
          <w:t>https://yellowbrick.nl/blog/google-apple-in-car-dashboard/</w:t>
        </w:r>
      </w:hyperlink>
      <w:r>
        <w:t xml:space="preserve"> - The article details Google's Android Automotive OS and its integration with vehicle hardware, as well as Apple's CarPlay and its widespread adoption across various car models.</w:t>
      </w:r>
      <w:r/>
    </w:p>
    <w:p>
      <w:pPr>
        <w:pStyle w:val="ListNumber"/>
        <w:spacing w:line="240" w:lineRule="auto"/>
        <w:ind w:left="720"/>
      </w:pPr>
      <w:r/>
      <w:hyperlink r:id="rId14">
        <w:r>
          <w:rPr>
            <w:color w:val="0000EE"/>
            <w:u w:val="single"/>
          </w:rPr>
          <w:t>https://www.theturnsignalblog.com/how-apple-and-google-are-taking-over-the-in-car-user-experience/</w:t>
        </w:r>
      </w:hyperlink>
      <w:r>
        <w:t xml:space="preserve"> - It explains the evolution of CarPlay and Android Auto, their templates for app design to minimize distraction, and the potential for these systems to take over all in-car displays.</w:t>
      </w:r>
      <w:r/>
    </w:p>
    <w:p>
      <w:pPr>
        <w:pStyle w:val="ListNumber"/>
        <w:spacing w:line="240" w:lineRule="auto"/>
        <w:ind w:left="720"/>
      </w:pPr>
      <w:r/>
      <w:hyperlink r:id="rId14">
        <w:r>
          <w:rPr>
            <w:color w:val="0000EE"/>
            <w:u w:val="single"/>
          </w:rPr>
          <w:t>https://www.theturnsignalblog.com/how-apple-and-google-are-taking-over-the-in-car-user-experience/</w:t>
        </w:r>
      </w:hyperlink>
      <w:r>
        <w:t xml:space="preserve"> - The article discusses the challenges for carmakers in competing with phone mirroring services and the need for superior infotainment systems to regain customer interaction.</w:t>
      </w:r>
      <w:r/>
    </w:p>
    <w:p>
      <w:pPr>
        <w:pStyle w:val="ListNumber"/>
        <w:spacing w:line="240" w:lineRule="auto"/>
        <w:ind w:left="720"/>
      </w:pPr>
      <w:r/>
      <w:hyperlink r:id="rId10">
        <w:r>
          <w:rPr>
            <w:color w:val="0000EE"/>
            <w:u w:val="single"/>
          </w:rPr>
          <w:t>https://www.cbtnews.com/big-tech-tightens-grip-on-automakers-with-ai-enabled-voice-assistants/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tnews.com/big-tech-tightens-grip-on-automakers-with-ai-enabled-voice-assistants/" TargetMode="External"/><Relationship Id="rId11" Type="http://schemas.openxmlformats.org/officeDocument/2006/relationships/hyperlink" Target="https://straitsresearch.com/statistic/in-vehicle-infotainment-system" TargetMode="External"/><Relationship Id="rId12" Type="http://schemas.openxmlformats.org/officeDocument/2006/relationships/hyperlink" Target="https://prospect.org/justice/2024-03-27-bump-in-the-road-apple-doj-lawsuit-auto/" TargetMode="External"/><Relationship Id="rId13" Type="http://schemas.openxmlformats.org/officeDocument/2006/relationships/hyperlink" Target="https://yellowbrick.nl/blog/google-apple-in-car-dashboard/" TargetMode="External"/><Relationship Id="rId14" Type="http://schemas.openxmlformats.org/officeDocument/2006/relationships/hyperlink" Target="https://www.theturnsignalblog.com/how-apple-and-google-are-taking-over-the-in-car-us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