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Casio unveils Moflin, a hypoallergenic robotic pet for soothing companionship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Casio, the renowned electronics company known for its calculators and watches, has announced its latest innovative venture, introducing the Moflin, a hypoallergenic robotic pet. Unveiled in an announcement on October 10, this AI-powered companion aims to offer users a "soothing" and "adorable" pet experience. The Moflin is currently available for pre-order exclusively in Japan, with a scheduled release on November 7.</w:t>
      </w:r>
      <w:r/>
    </w:p>
    <w:p>
      <w:r/>
      <w:r>
        <w:t>Designed to resemble a small fur ball, the Moflin is available in gold or silver fur, offering a visual aesthetic reminiscent of a rabbit without ears, or a science fiction 'tribble'. The promotional material positions the Moflin as a comforting presence during moments of stress or relaxation. It can be seen in various scenarios, such as being cuddled by its owner or accompanying them on outings, like picnics. Although the Moflin cannot walk, it displays movements that mimic life, responding to interactions with its owner in a more lifelike manner than previous robotic pets. However, its fixed, beady eyes may still evoke mixed reactions.</w:t>
      </w:r>
      <w:r/>
    </w:p>
    <w:p>
      <w:r/>
      <w:r>
        <w:t>The development of Moflin originated as a project by Vanguard Industries, which launched a successful Kickstarter campaign in 2021. Casio has now taken the concept under its wing, pricing the device at 59,400 yen, approximately $400. The purchase includes the Moflin itself and access to a dedicated mobile application, "MofLife." There is also an optional subscription service that offers reduced fees for services like "hospitalization" and "fur care."</w:t>
      </w:r>
      <w:r/>
    </w:p>
    <w:p>
      <w:r/>
      <w:r>
        <w:t>At the core of Moflin's technology is its ability to establish a "deeper bond" with its owner through voice and gesture-based recognition software. This system is designed to evolve over time, with the Moflin adapting to interaction patterns. The experience begins with the Moflin's initial "childish" responses out of the box, growing into more complex reactions by day 50, when it can perform a variety of unique sounds and movements from a purported 4 million possibilities.</w:t>
      </w:r>
      <w:r/>
    </w:p>
    <w:p>
      <w:r/>
      <w:r>
        <w:t>Despite these advanced features, the Moflin is not without its limitations. It offers a battery life of up to five hours, necessitating a recharge time of approximately 3.5 hours in a cradle-shaped docking station. This aspect, while not matching the endurance of a real pet, is balanced by lower overall maintenance costs and its non-living nature which avoids the responsibilities associated with traditional pets.</w:t>
      </w:r>
      <w:r/>
    </w:p>
    <w:p>
      <w:r/>
      <w:r>
        <w:t>Casio’s foray into the realm of AI-driven companionship raises the question of whether the Moflin could become the next cultural icon akin to the Furby of the 1990s. The Moflin promises to be less intimidating, although its range of emotional responses, including the potential for "negative emotions" if neglected or startled, introduces an intriguing dimension of user interaction.</w:t>
      </w:r>
      <w:r/>
    </w:p>
    <w:p>
      <w:r/>
      <w:r>
        <w:t>As the Moflin prepares to enter the Japanese market, its reception will be closely monitored to determine its potential global influence in the burgeoning field of robotic pets. Whether it will captivate audiences and carve a new niche in digital companionship remains to be seen.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https://www.designboom.com/technology/casio-ai-pet-robot-moflin-10-15-2024/</w:t>
        </w:r>
      </w:hyperlink>
      <w:r>
        <w:t xml:space="preserve"> - Casio's announcement of Moflin, an AI pet robot, and its features such as developing feelings for its owners and interacting through AI technology.</w:t>
      </w:r>
      <w:r/>
    </w:p>
    <w:p>
      <w:pPr>
        <w:pStyle w:val="ListNumber"/>
        <w:spacing w:line="240" w:lineRule="auto"/>
        <w:ind w:left="720"/>
      </w:pPr>
      <w:r/>
      <w:hyperlink r:id="rId11">
        <w:r>
          <w:rPr>
            <w:color w:val="0000EE"/>
            <w:u w:val="single"/>
          </w:rPr>
          <w:t>https://hardware.slashdot.org/story/24/10/14/2035252/casio-made-a-furry-robot-designed-to-cuddle-and-calm-you-down</w:t>
        </w:r>
      </w:hyperlink>
      <w:r>
        <w:t xml:space="preserve"> - Details on Moflin's design, its ability to learn and bond with its owner, and the optional Club Moflin subscription service.</w:t>
      </w:r>
      <w:r/>
    </w:p>
    <w:p>
      <w:pPr>
        <w:pStyle w:val="ListNumber"/>
        <w:spacing w:line="240" w:lineRule="auto"/>
        <w:ind w:left="720"/>
      </w:pPr>
      <w:r/>
      <w:hyperlink r:id="rId12">
        <w:r>
          <w:rPr>
            <w:color w:val="0000EE"/>
            <w:u w:val="single"/>
          </w:rPr>
          <w:t>https://sea.mashable.com/tech/34657/this-400-mental-health-pet-companion-is-powered-by-ai</w:t>
        </w:r>
      </w:hyperlink>
      <w:r>
        <w:t xml:space="preserve"> - Moflin's marketing as a mental wellness ally, its AI capabilities, and the dedicated MofLife app.</w:t>
      </w:r>
      <w:r/>
    </w:p>
    <w:p>
      <w:pPr>
        <w:pStyle w:val="ListNumber"/>
        <w:spacing w:line="240" w:lineRule="auto"/>
        <w:ind w:left="720"/>
      </w:pPr>
      <w:r/>
      <w:hyperlink r:id="rId13">
        <w:r>
          <w:rPr>
            <w:color w:val="0000EE"/>
            <w:u w:val="single"/>
          </w:rPr>
          <w:t>https://www.engadget.com/ai/the-fluffiest-robot-of-ces-2021-is-back-thanks-to-casio-174714733.html</w:t>
        </w:r>
      </w:hyperlink>
      <w:r>
        <w:t xml:space="preserve"> - The origins of Moflin from CES 2021, its partnership with Vanguard Industries, and its availability for pre-order in Japan.</w:t>
      </w:r>
      <w:r/>
    </w:p>
    <w:p>
      <w:pPr>
        <w:pStyle w:val="ListNumber"/>
        <w:spacing w:line="240" w:lineRule="auto"/>
        <w:ind w:left="720"/>
      </w:pPr>
      <w:r/>
      <w:hyperlink r:id="rId14">
        <w:r>
          <w:rPr>
            <w:color w:val="0000EE"/>
            <w:u w:val="single"/>
          </w:rPr>
          <w:t>https://www.popsci.com/technology/casio-moflin-ai-pet/</w:t>
        </w:r>
      </w:hyperlink>
      <w:r>
        <w:t xml:space="preserve"> - Moflin's visual appearance, its ability to form a deeper bond with its owner, and its battery life and charging mechanism.</w:t>
      </w:r>
      <w:r/>
    </w:p>
    <w:p>
      <w:pPr>
        <w:pStyle w:val="ListNumber"/>
        <w:spacing w:line="240" w:lineRule="auto"/>
        <w:ind w:left="720"/>
      </w:pPr>
      <w:r/>
      <w:hyperlink r:id="rId10">
        <w:r>
          <w:rPr>
            <w:color w:val="0000EE"/>
            <w:u w:val="single"/>
          </w:rPr>
          <w:t>https://www.designboom.com/technology/casio-ai-pet-robot-moflin-10-15-2024/</w:t>
        </w:r>
      </w:hyperlink>
      <w:r>
        <w:t xml:space="preserve"> - The Moflin's emotional development over time, including its initial childish responses and later complex reactions.</w:t>
      </w:r>
      <w:r/>
    </w:p>
    <w:p>
      <w:pPr>
        <w:pStyle w:val="ListNumber"/>
        <w:spacing w:line="240" w:lineRule="auto"/>
        <w:ind w:left="720"/>
      </w:pPr>
      <w:r/>
      <w:hyperlink r:id="rId11">
        <w:r>
          <w:rPr>
            <w:color w:val="0000EE"/>
            <w:u w:val="single"/>
          </w:rPr>
          <w:t>https://hardware.slashdot.org/story/24/10/14/2035252/casio-made-a-furry-robot-designed-to-cuddle-and-calm-you-down</w:t>
        </w:r>
      </w:hyperlink>
      <w:r>
        <w:t xml:space="preserve"> - Moflin's design to be a comforting companion, its interactions, and the comparison to other robotic pets like Sony's Aibo.</w:t>
      </w:r>
      <w:r/>
    </w:p>
    <w:p>
      <w:pPr>
        <w:pStyle w:val="ListNumber"/>
        <w:spacing w:line="240" w:lineRule="auto"/>
        <w:ind w:left="720"/>
      </w:pPr>
      <w:r/>
      <w:hyperlink r:id="rId12">
        <w:r>
          <w:rPr>
            <w:color w:val="0000EE"/>
            <w:u w:val="single"/>
          </w:rPr>
          <w:t>https://sea.mashable.com/tech/34657/this-400-mental-health-pet-companion-is-powered-by-ai</w:t>
        </w:r>
      </w:hyperlink>
      <w:r>
        <w:t xml:space="preserve"> - The pricing of Moflin, its availability, and the optional annual maintenance service called Club Moflin.</w:t>
      </w:r>
      <w:r/>
    </w:p>
    <w:p>
      <w:pPr>
        <w:pStyle w:val="ListNumber"/>
        <w:spacing w:line="240" w:lineRule="auto"/>
        <w:ind w:left="720"/>
      </w:pPr>
      <w:r/>
      <w:hyperlink r:id="rId13">
        <w:r>
          <w:rPr>
            <w:color w:val="0000EE"/>
            <w:u w:val="single"/>
          </w:rPr>
          <w:t>https://www.engadget.com/ai/the-fluffiest-robot-of-ces-2021-is-back-thanks-to-casio-174714733.html</w:t>
        </w:r>
      </w:hyperlink>
      <w:r>
        <w:t xml:space="preserve"> - Moflin's ability to recognize and respond to its owner's voice and handling, and its Bluetooth connectivity with the MofLife app.</w:t>
      </w:r>
      <w:r/>
    </w:p>
    <w:p>
      <w:pPr>
        <w:pStyle w:val="ListNumber"/>
        <w:spacing w:line="240" w:lineRule="auto"/>
        <w:ind w:left="720"/>
      </w:pPr>
      <w:r/>
      <w:hyperlink r:id="rId14">
        <w:r>
          <w:rPr>
            <w:color w:val="0000EE"/>
            <w:u w:val="single"/>
          </w:rPr>
          <w:t>https://www.popsci.com/technology/casio-moflin-ai-pet/</w:t>
        </w:r>
      </w:hyperlink>
      <w:r>
        <w:t xml:space="preserve"> - The potential for Moflin to become a cultural icon, its emotional responses, and the question of its global influence.</w:t>
      </w:r>
      <w:r/>
    </w:p>
    <w:p>
      <w:pPr>
        <w:pStyle w:val="ListNumber"/>
        <w:spacing w:line="240" w:lineRule="auto"/>
        <w:ind w:left="720"/>
      </w:pPr>
      <w:r/>
      <w:hyperlink r:id="rId10">
        <w:r>
          <w:rPr>
            <w:color w:val="0000EE"/>
            <w:u w:val="single"/>
          </w:rPr>
          <w:t>https://www.designboom.com/technology/casio-ai-pet-robot-moflin-10-15-2024/</w:t>
        </w:r>
      </w:hyperlink>
      <w:r>
        <w:t xml:space="preserve"> - The use of the MofLife app to monitor Moflin's emotions and the benefits of the Club Moflin subscription service.</w:t>
      </w:r>
      <w:r/>
    </w:p>
    <w:p>
      <w:pPr>
        <w:pStyle w:val="ListNumber"/>
        <w:spacing w:line="240" w:lineRule="auto"/>
        <w:ind w:left="720"/>
      </w:pPr>
      <w:r/>
      <w:hyperlink r:id="rId14">
        <w:r>
          <w:rPr>
            <w:color w:val="0000EE"/>
            <w:u w:val="single"/>
          </w:rPr>
          <w:t>https://www.popsci.com/technology/casio-moflin-ai-pet/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ignboom.com/technology/casio-ai-pet-robot-moflin-10-15-2024/" TargetMode="External"/><Relationship Id="rId11" Type="http://schemas.openxmlformats.org/officeDocument/2006/relationships/hyperlink" Target="https://hardware.slashdot.org/story/24/10/14/2035252/casio-made-a-furry-robot-designed-to-cuddle-and-calm-you-down" TargetMode="External"/><Relationship Id="rId12" Type="http://schemas.openxmlformats.org/officeDocument/2006/relationships/hyperlink" Target="https://sea.mashable.com/tech/34657/this-400-mental-health-pet-companion-is-powered-by-ai" TargetMode="External"/><Relationship Id="rId13" Type="http://schemas.openxmlformats.org/officeDocument/2006/relationships/hyperlink" Target="https://www.engadget.com/ai/the-fluffiest-robot-of-ces-2021-is-back-thanks-to-casio-174714733.html" TargetMode="External"/><Relationship Id="rId14" Type="http://schemas.openxmlformats.org/officeDocument/2006/relationships/hyperlink" Target="https://www.popsci.com/technology/casio-moflin-ai-p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