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Cybersecurity breach exposes user data on Muah.ai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significant cybersecurity incident has struck Muah.ai, a website known for providing "uncensored" AI-driven chatbots, leading to the exposure of an extensive database containing user interactions. Among these, a substantial number of users were found to be seeking content related to child pornography, a discovery that has raised serious concerns about the platform's regulation and user intentions.</w:t>
      </w:r>
      <w:r/>
    </w:p>
    <w:p>
      <w:r/>
      <w:r>
        <w:t>The breach was brought to light by 404 Media, which reported that a hacker successfully infiltrated Muah.ai's database. The platform's main attraction is its provision for users to create personalised AI chatbots capable of engaging in explicit content discussions. The hacker, who has chosen to remain unnamed, cited curiosity as the initial motive behind the breach. Upon uncovering the sensitive and concerning nature of data, including users’ intimate fantasies and attempts to simulate child sexual abuse through these chatbots, the hacker decided to disclose the findings to 404 Media.</w:t>
      </w:r>
      <w:r/>
    </w:p>
    <w:p>
      <w:r/>
      <w:r>
        <w:t>This breach has unveiled personal user information, such as email addresses—many of which were connected to real names—and their chatbot dialogues. The leak presents a substantial privacy violation, with users' explicit fantasies now potentially traceable to their identities. Particularly alarming are the records hinting at requests for dialogues involving underage individuals, casting a spotlight on the troubling intentions of certain platform users.</w:t>
      </w:r>
      <w:r/>
    </w:p>
    <w:p>
      <w:r/>
      <w:r>
        <w:t>In response to the breach, Muah.ai's administrator, Harvard Han, suggested the possibility of industrial sabotage, claiming that competitors within the uncensored AI industry financed the attack—a claim for which no supporting evidence has been provided. Meanwhile, the hacker has denied any connection to competitors in the field.</w:t>
      </w:r>
      <w:r/>
    </w:p>
    <w:p>
      <w:r/>
      <w:r>
        <w:t>Muah.ai advertises itself as a liberal platform where sexual discussions and explicit photographs are permissible, though it purports to prohibit underage content. It provides users with a choice between pre-made bots, those crafted by the community, or the option to develop custom AI companions that could engage in sexually suggestive chats and share AI-generated images.</w:t>
      </w:r>
      <w:r/>
    </w:p>
    <w:p>
      <w:r/>
      <w:r>
        <w:t>This incident raises critical questions about the platform's ability to regulate and prevent illegal activities and how it manages user data privacy. No official statement detailing corrective actions or measures to enhance security protocols has been released by Muah.ai as of now.</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https://www.hookphish.com/blog/critical-alert-recent-muah-ai-data-breach/</w:t>
        </w:r>
      </w:hyperlink>
      <w:r>
        <w:t xml:space="preserve"> - Corroborates the details of the Muah.AI data breach, including the exposure of 1.9 million email addresses and sensitive chatbot interactions, as well as the presence of prompts describing child exploitation scenarios.</w:t>
      </w:r>
      <w:r/>
    </w:p>
    <w:p>
      <w:pPr>
        <w:pStyle w:val="ListNumber"/>
        <w:spacing w:line="240" w:lineRule="auto"/>
        <w:ind w:left="720"/>
      </w:pPr>
      <w:r/>
      <w:hyperlink r:id="rId11">
        <w:r>
          <w:rPr>
            <w:color w:val="0000EE"/>
            <w:u w:val="single"/>
          </w:rPr>
          <w:t>https://cyberinsider.com/ai-girlfriend-site-exposed-emails-and-interactions-of-1-9-million-users/</w:t>
        </w:r>
      </w:hyperlink>
      <w:r>
        <w:t xml:space="preserve"> - Confirms the breach at Muah.AI, the nature of the leaked data, and the inclusion of highly explicit content, including child sexual abuse scenarios, linked to users' email addresses.</w:t>
      </w:r>
      <w:r/>
    </w:p>
    <w:p>
      <w:pPr>
        <w:pStyle w:val="ListNumber"/>
        <w:spacing w:line="240" w:lineRule="auto"/>
        <w:ind w:left="720"/>
      </w:pPr>
      <w:r/>
      <w:hyperlink r:id="rId12">
        <w:r>
          <w:rPr>
            <w:color w:val="0000EE"/>
            <w:u w:val="single"/>
          </w:rPr>
          <w:t>https://www.malwarebytes.com/blog/news/2024/10/ai-girlfriend-site-breached-user-fantasies-stolen</w:t>
        </w:r>
      </w:hyperlink>
      <w:r>
        <w:t xml:space="preserve"> - Supports the information about the breach, the type of data stolen, and the poor security infrastructure of Muah.AI described by the hacker.</w:t>
      </w:r>
      <w:r/>
    </w:p>
    <w:p>
      <w:pPr>
        <w:pStyle w:val="ListNumber"/>
        <w:spacing w:line="240" w:lineRule="auto"/>
        <w:ind w:left="720"/>
      </w:pPr>
      <w:r/>
      <w:hyperlink r:id="rId13">
        <w:r>
          <w:rPr>
            <w:color w:val="0000EE"/>
            <w:u w:val="single"/>
          </w:rPr>
          <w:t>https://www.404media.co/hacked-ai-girlfriend-data-shows-prompts-describing-child-sexual-abuse-2/</w:t>
        </w:r>
      </w:hyperlink>
      <w:r>
        <w:t xml:space="preserve"> - Details the hacker's findings, including the explicit nature of the prompts and the linkage to users' real email addresses, as well as Muah.AI's response to the breach.</w:t>
      </w:r>
      <w:r/>
    </w:p>
    <w:p>
      <w:pPr>
        <w:pStyle w:val="ListNumber"/>
        <w:spacing w:line="240" w:lineRule="auto"/>
        <w:ind w:left="720"/>
      </w:pPr>
      <w:r/>
      <w:hyperlink r:id="rId13">
        <w:r>
          <w:rPr>
            <w:color w:val="0000EE"/>
            <w:u w:val="single"/>
          </w:rPr>
          <w:t>https://www.404media.co/hacked-ai-girlfriend-data-shows-prompts-describing-child-sexual-abuse-2/</w:t>
        </w:r>
      </w:hyperlink>
      <w:r>
        <w:t xml:space="preserve"> - Provides evidence of Muah.AI's claims about content moderation and the hacker's denial of any connection to competitors in the field.</w:t>
      </w:r>
      <w:r/>
    </w:p>
    <w:p>
      <w:pPr>
        <w:pStyle w:val="ListNumber"/>
        <w:spacing w:line="240" w:lineRule="auto"/>
        <w:ind w:left="720"/>
      </w:pPr>
      <w:r/>
      <w:hyperlink r:id="rId12">
        <w:r>
          <w:rPr>
            <w:color w:val="0000EE"/>
            <w:u w:val="single"/>
          </w:rPr>
          <w:t>https://www.malwarebytes.com/blog/news/2024/10/ai-girlfriend-site-breached-user-fantasies-stolen</w:t>
        </w:r>
      </w:hyperlink>
      <w:r>
        <w:t xml:space="preserve"> - Explains Muah.AI's business model, including the creation of customizable AI companions and the platform's policy on censorship.</w:t>
      </w:r>
      <w:r/>
    </w:p>
    <w:p>
      <w:pPr>
        <w:pStyle w:val="ListNumber"/>
        <w:spacing w:line="240" w:lineRule="auto"/>
        <w:ind w:left="720"/>
      </w:pPr>
      <w:r/>
      <w:hyperlink r:id="rId11">
        <w:r>
          <w:rPr>
            <w:color w:val="0000EE"/>
            <w:u w:val="single"/>
          </w:rPr>
          <w:t>https://cyberinsider.com/ai-girlfriend-site-exposed-emails-and-interactions-of-1-9-million-users/</w:t>
        </w:r>
      </w:hyperlink>
      <w:r>
        <w:t xml:space="preserve"> - Discusses the implications of the breach, including the risk of phishing attacks and the potential for blackmail due to the sensitive nature of the leaked data.</w:t>
      </w:r>
      <w:r/>
    </w:p>
    <w:p>
      <w:pPr>
        <w:pStyle w:val="ListNumber"/>
        <w:spacing w:line="240" w:lineRule="auto"/>
        <w:ind w:left="720"/>
      </w:pPr>
      <w:r/>
      <w:hyperlink r:id="rId10">
        <w:r>
          <w:rPr>
            <w:color w:val="0000EE"/>
            <w:u w:val="single"/>
          </w:rPr>
          <w:t>https://www.hookphish.com/blog/critical-alert-recent-muah-ai-data-breach/</w:t>
        </w:r>
      </w:hyperlink>
      <w:r>
        <w:t xml:space="preserve"> - Offers preventive measures and recommendations for users affected by the breach, such as changing passwords and enabling two-factor authentication.</w:t>
      </w:r>
      <w:r/>
    </w:p>
    <w:p>
      <w:pPr>
        <w:pStyle w:val="ListNumber"/>
        <w:spacing w:line="240" w:lineRule="auto"/>
        <w:ind w:left="720"/>
      </w:pPr>
      <w:r/>
      <w:hyperlink r:id="rId14">
        <w:r>
          <w:rPr>
            <w:color w:val="0000EE"/>
            <w:u w:val="single"/>
          </w:rPr>
          <w:t>https://www.linklaters.com/en/insights/blogs/digilinks/2024/october/the-muah-ai-data-breach---extortion-threats-and-cyber-vulnerabilities</w:t>
        </w:r>
      </w:hyperlink>
      <w:r>
        <w:t xml:space="preserve"> - Highlights the extreme risks to individuals, including the potential for extortion and the legal implications of the leaked data, particularly regarding child sexual abuse materials.</w:t>
      </w:r>
      <w:r/>
    </w:p>
    <w:p>
      <w:pPr>
        <w:pStyle w:val="ListNumber"/>
        <w:spacing w:line="240" w:lineRule="auto"/>
        <w:ind w:left="720"/>
      </w:pPr>
      <w:r/>
      <w:hyperlink r:id="rId14">
        <w:r>
          <w:rPr>
            <w:color w:val="0000EE"/>
            <w:u w:val="single"/>
          </w:rPr>
          <w:t>https://www.linklaters.com/en/insights/blogs/digilinks/2024/october/the-muah-ai-data-breach---extortion-threats-and-cyber-vulnerabilities</w:t>
        </w:r>
      </w:hyperlink>
      <w:r>
        <w:t xml:space="preserve"> - Details the potential exploitation of affected individuals, especially those with access to sensitive IT systems, and the broader cybersecurity implications.</w:t>
      </w:r>
      <w:r/>
    </w:p>
    <w:p>
      <w:pPr>
        <w:pStyle w:val="ListNumber"/>
        <w:spacing w:line="240" w:lineRule="auto"/>
        <w:ind w:left="720"/>
      </w:pPr>
      <w:r/>
      <w:hyperlink r:id="rId13">
        <w:r>
          <w:rPr>
            <w:color w:val="0000EE"/>
            <w:u w:val="single"/>
          </w:rPr>
          <w:t>https://www.404media.co/hacked-ai-girlfriend-data-shows-prompts-describing-child-sexual-abuse-2/</w:t>
        </w:r>
      </w:hyperlink>
      <w:r>
        <w:t xml:space="preserve"> - Corroborates the lack of official statements from Muah.AI regarding corrective actions or enhanced security protocols following the breach.</w:t>
      </w:r>
      <w:r/>
    </w:p>
    <w:p>
      <w:pPr>
        <w:pStyle w:val="ListNumber"/>
        <w:spacing w:line="240" w:lineRule="auto"/>
        <w:ind w:left="720"/>
      </w:pPr>
      <w:r/>
      <w:hyperlink r:id="rId15">
        <w:r>
          <w:rPr>
            <w:color w:val="0000EE"/>
            <w:u w:val="single"/>
          </w:rPr>
          <w:t>https://www.breitbart.com/tech/2024/10/15/silicon-sickos-data-breach-of-ai-girlfriend-company-exposes-users-seeking-child-porn/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okphish.com/blog/critical-alert-recent-muah-ai-data-breach/" TargetMode="External"/><Relationship Id="rId11" Type="http://schemas.openxmlformats.org/officeDocument/2006/relationships/hyperlink" Target="https://cyberinsider.com/ai-girlfriend-site-exposed-emails-and-interactions-of-1-9-million-users/" TargetMode="External"/><Relationship Id="rId12" Type="http://schemas.openxmlformats.org/officeDocument/2006/relationships/hyperlink" Target="https://www.malwarebytes.com/blog/news/2024/10/ai-girlfriend-site-breached-user-fantasies-stolen" TargetMode="External"/><Relationship Id="rId13" Type="http://schemas.openxmlformats.org/officeDocument/2006/relationships/hyperlink" Target="https://www.404media.co/hacked-ai-girlfriend-data-shows-prompts-describing-child-sexual-abuse-2/" TargetMode="External"/><Relationship Id="rId14" Type="http://schemas.openxmlformats.org/officeDocument/2006/relationships/hyperlink" Target="https://www.linklaters.com/en/insights/blogs/digilinks/2024/october/the-muah-ai-data-breach---extortion-threats-and-cyber-vulnerabilities" TargetMode="External"/><Relationship Id="rId15" Type="http://schemas.openxmlformats.org/officeDocument/2006/relationships/hyperlink" Target="https://www.breitbart.com/tech/2024/10/15/silicon-sickos-data-breach-of-ai-girlfriend-company-exposes-users-seeking-child-por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