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Dynabook launches world's lightest AI-powered business laptop Portege X30L-M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Dynabook has unveiled its latest innovative creation, the Portege X30L-M, which the company claims is the "world's lightest" AI-powered business laptop. Aimed at catering to professionals who are frequently on the move, this new ultralight model underscores Dynabook's commitment to blending robust performance with portability.</w:t>
      </w:r>
      <w:r/>
    </w:p>
    <w:p>
      <w:r/>
      <w:r>
        <w:t>Tipping the scales at just 875 grams, the Portege X30L-M stands out with its 13.3-inch metal chassis and a host of powerful specifications. It is equipped with the H-series Intel Core processors (Series 1) and integrated Intel Arc graphics, delivering high-tier performance suitable for business environments and professional applications. The laptop's 16:10 WUXGA display offers users expanded screen real estate, enhancing productivity by facilitating seamless multitasking and accommodating detailed visual work.</w:t>
      </w:r>
      <w:r/>
    </w:p>
    <w:p>
      <w:r/>
      <w:r>
        <w:t>The design of the Portege X30L-M combines style and resilience, featuring a dark blue magnesium alloy chassis. This carefully selected material not only contributes to the device's lightweight nature but also ensures it meets the stringent durability standards of MIL-STD-810H testing. Under the hood, it houses up to 64GB of LPDDR5x memory and a storage capacity extending up to 2TB SSD. Further enhancing the user experience are the DTS-enhanced speakers and an AI-powered webcam, which is designed to optimise video communications with features like noise reduction, face, and eye-tracking technologies.</w:t>
      </w:r>
      <w:r/>
    </w:p>
    <w:p>
      <w:r/>
      <w:r>
        <w:t>Dynabook's new Portege series introduces advanced AI functionalities aimed at enriching user interaction and handling productivity tasks. With Microsoft Copilot integrated, users can take advantage of AI-driven suggestions, streamline repetitive procedures, and elevate their overall productivity. Battery management has also been given significant attention, as optimised power management allows for longer operation without the need for charging.</w:t>
      </w:r>
      <w:r/>
    </w:p>
    <w:p>
      <w:r/>
      <w:r>
        <w:t>Security remains at the forefront of Dynabook's design philosophy. As a Microsoft Secured-core PC, the Portégé X30L-M is engineered with a comprehensive suite of hardware, firmware, and software protections. This setup is complemented by biometric authentication options, including fingerprint and facial recognition, to guard against privacy and security threats effectively.</w:t>
      </w:r>
      <w:r/>
    </w:p>
    <w:p>
      <w:r/>
      <w:r>
        <w:t>Looking back at the series' history, the Portege X30L made its debut in 2020. James Robbins, the General Manager at Dynabook Americas, highlighted that the latest iteration signifies a leap forward in both capability and portability. "With every new generation, we’ve not only increased the Portege X30L’s capabilities but managed to shed even more weight, making it one of the most powerful ultralight business laptops available today," he remarked.</w:t>
      </w:r>
      <w:r/>
    </w:p>
    <w:p>
      <w:r/>
      <w:r>
        <w:t>Connectivity options on the Portege X30L-M are comprehensive, featuring the latest in Wi-Fi 6E technology, Thunderbolt 4, HDMI, USB Type-A ports, and a microSD card slot. Dynabook also offers optional Thunderbolt 4 docking solutions, which enable users to connect multiple external displays and accessories, further expanding the laptop's versatility.</w:t>
      </w:r>
      <w:r/>
    </w:p>
    <w:p>
      <w:r/>
      <w:r>
        <w:t>The pricing for this cutting-edge laptop starts at under $1,399 and it is available for purchase through authorised Dynabook sales partners. With its impressive blend of lightness, power, and advanced features, the Portege X30L-M is positioned as an enticing option for business professionals seeking top-notch computing capabilities combined with the ease of mobility.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https://www.techradar.com/pro/dynabook-launches-worlds-lightest-ai-powered-laptop</w:t>
        </w:r>
      </w:hyperlink>
      <w:r>
        <w:t xml:space="preserve"> - Corroborates the claim that the Portege X30L-M is the 'world's lightest' AI-powered business laptop, weighing 875 grams, and features a 13.3-inch metal chassis.</w:t>
      </w:r>
      <w:r/>
    </w:p>
    <w:p>
      <w:pPr>
        <w:pStyle w:val="ListNumber"/>
        <w:spacing w:line="240" w:lineRule="auto"/>
        <w:ind w:left="720"/>
      </w:pPr>
      <w:r/>
      <w:hyperlink r:id="rId11">
        <w:r>
          <w:rPr>
            <w:color w:val="0000EE"/>
            <w:u w:val="single"/>
          </w:rPr>
          <w:t>https://www.prnewswire.com/news-releases/dynabook-unveils-its-lightest-ever-13-3-inch-premium-performance-business-laptop-with-a-metal-chassis--the-portege-x30l-m-302276252.html</w:t>
        </w:r>
      </w:hyperlink>
      <w:r>
        <w:t xml:space="preserve"> - Supports the specifications of the Portege X30L-M, including its weight, H-series Intel Core processors, and Intel Arc graphics.</w:t>
      </w:r>
      <w:r/>
    </w:p>
    <w:p>
      <w:pPr>
        <w:pStyle w:val="ListNumber"/>
        <w:spacing w:line="240" w:lineRule="auto"/>
        <w:ind w:left="720"/>
      </w:pPr>
      <w:r/>
      <w:hyperlink r:id="rId12">
        <w:r>
          <w:rPr>
            <w:color w:val="0000EE"/>
            <w:u w:val="single"/>
          </w:rPr>
          <w:t>https://wifihifi.com/dynabook-13-3-inch-portege-x30l-m-business-laptop/</w:t>
        </w:r>
      </w:hyperlink>
      <w:r>
        <w:t xml:space="preserve"> - Confirms the laptop's 16:10 WUXGA display, up to 64GB LPDDR5x memory, and up to 2TB SSD storage, as well as its AI-powered features.</w:t>
      </w:r>
      <w:r/>
    </w:p>
    <w:p>
      <w:pPr>
        <w:pStyle w:val="ListNumber"/>
        <w:spacing w:line="240" w:lineRule="auto"/>
        <w:ind w:left="720"/>
      </w:pPr>
      <w:r/>
      <w:hyperlink r:id="rId13">
        <w:r>
          <w:rPr>
            <w:color w:val="0000EE"/>
            <w:u w:val="single"/>
          </w:rPr>
          <w:t>https://betanews.com/2024/10/15/dynabook-portege-x30l-m-worlds-lightest-ai-powered-business-laptop/</w:t>
        </w:r>
      </w:hyperlink>
      <w:r>
        <w:t xml:space="preserve"> - Details the laptop's design using a dark blue magnesium alloy chassis, meeting MIL-STD-810H durability standards, and its advanced AI functionalities.</w:t>
      </w:r>
      <w:r/>
    </w:p>
    <w:p>
      <w:pPr>
        <w:pStyle w:val="ListNumber"/>
        <w:spacing w:line="240" w:lineRule="auto"/>
        <w:ind w:left="720"/>
      </w:pPr>
      <w:r/>
      <w:hyperlink r:id="rId11">
        <w:r>
          <w:rPr>
            <w:color w:val="0000EE"/>
            <w:u w:val="single"/>
          </w:rPr>
          <w:t>https://www.prnewswire.com/news-releases/dynabook-unveils-its-lightest-ever-13-3-inch-premium-performance-business-laptop-with-a-metal-chassis--the-portege-x30l-m-302276252.html</w:t>
        </w:r>
      </w:hyperlink>
      <w:r>
        <w:t xml:space="preserve"> - Explains the integration of Microsoft Copilot and the dedicated Copilot key for AI-driven suggestions and task automation.</w:t>
      </w:r>
      <w:r/>
    </w:p>
    <w:p>
      <w:pPr>
        <w:pStyle w:val="ListNumber"/>
        <w:spacing w:line="240" w:lineRule="auto"/>
        <w:ind w:left="720"/>
      </w:pPr>
      <w:r/>
      <w:hyperlink r:id="rId10">
        <w:r>
          <w:rPr>
            <w:color w:val="0000EE"/>
            <w:u w:val="single"/>
          </w:rPr>
          <w:t>https://www.techradar.com/pro/dynabook-launches-worlds-lightest-ai-powered-laptop</w:t>
        </w:r>
      </w:hyperlink>
      <w:r>
        <w:t xml:space="preserve"> - Highlights the security features, including its status as a Microsoft Secured-core PC with hardware, firmware, and software protections, and biometric authentication.</w:t>
      </w:r>
      <w:r/>
    </w:p>
    <w:p>
      <w:pPr>
        <w:pStyle w:val="ListNumber"/>
        <w:spacing w:line="240" w:lineRule="auto"/>
        <w:ind w:left="720"/>
      </w:pPr>
      <w:r/>
      <w:hyperlink r:id="rId12">
        <w:r>
          <w:rPr>
            <w:color w:val="0000EE"/>
            <w:u w:val="single"/>
          </w:rPr>
          <w:t>https://wifihifi.com/dynabook-13-3-inch-portege-x30l-m-business-laptop/</w:t>
        </w:r>
      </w:hyperlink>
      <w:r>
        <w:t xml:space="preserve"> - Mentions the history of the Portege X30L series, which debuted in 2020, and the improvements in the latest iteration.</w:t>
      </w:r>
      <w:r/>
    </w:p>
    <w:p>
      <w:pPr>
        <w:pStyle w:val="ListNumber"/>
        <w:spacing w:line="240" w:lineRule="auto"/>
        <w:ind w:left="720"/>
      </w:pPr>
      <w:r/>
      <w:hyperlink r:id="rId11">
        <w:r>
          <w:rPr>
            <w:color w:val="0000EE"/>
            <w:u w:val="single"/>
          </w:rPr>
          <w:t>https://www.prnewswire.com/news-releases/dynabook-unveils-its-lightest-ever-13-3-inch-premium-performance-business-laptop-with-a-metal-chassis--the-portege-x30l-m-302276252.html</w:t>
        </w:r>
      </w:hyperlink>
      <w:r>
        <w:t xml:space="preserve"> - Details the comprehensive connectivity options, including Wi-Fi 6E, Thunderbolt 4, HDMI, USB Type-A ports, and a microSD card slot.</w:t>
      </w:r>
      <w:r/>
    </w:p>
    <w:p>
      <w:pPr>
        <w:pStyle w:val="ListNumber"/>
        <w:spacing w:line="240" w:lineRule="auto"/>
        <w:ind w:left="720"/>
      </w:pPr>
      <w:r/>
      <w:hyperlink r:id="rId13">
        <w:r>
          <w:rPr>
            <w:color w:val="0000EE"/>
            <w:u w:val="single"/>
          </w:rPr>
          <w:t>https://betanews.com/2024/10/15/dynabook-portege-x30l-m-worlds-lightest-ai-powered-business-laptop/</w:t>
        </w:r>
      </w:hyperlink>
      <w:r>
        <w:t xml:space="preserve"> - Confirms the availability and pricing of the Portege X30L-M, starting at under $1,399, and available through authorized Dynabook sales partners.</w:t>
      </w:r>
      <w:r/>
    </w:p>
    <w:p>
      <w:pPr>
        <w:pStyle w:val="ListNumber"/>
        <w:spacing w:line="240" w:lineRule="auto"/>
        <w:ind w:left="720"/>
      </w:pPr>
      <w:r/>
      <w:hyperlink r:id="rId12">
        <w:r>
          <w:rPr>
            <w:color w:val="0000EE"/>
            <w:u w:val="single"/>
          </w:rPr>
          <w:t>https://wifihifi.com/dynabook-13-3-inch-portege-x30l-m-business-laptop/</w:t>
        </w:r>
      </w:hyperlink>
      <w:r>
        <w:t xml:space="preserve"> - Supports the claim that the laptop features DTS-enhanced speakers and an AI-powered webcam with noise reduction, face, and eye-tracking technologies.</w:t>
      </w:r>
      <w:r/>
    </w:p>
    <w:p>
      <w:pPr>
        <w:pStyle w:val="ListNumber"/>
        <w:spacing w:line="240" w:lineRule="auto"/>
        <w:ind w:left="720"/>
      </w:pPr>
      <w:r/>
      <w:hyperlink r:id="rId11">
        <w:r>
          <w:rPr>
            <w:color w:val="0000EE"/>
            <w:u w:val="single"/>
          </w:rPr>
          <w:t>https://www.prnewswire.com/news-releases/dynabook-unveils-its-lightest-ever-13-3-inch-premium-performance-business-laptop-with-a-metal-chassis--the-portege-x30l-m-302276252.html</w:t>
        </w:r>
      </w:hyperlink>
      <w:r>
        <w:t xml:space="preserve"> - Provides additional details on the optional Thunderbolt 4 docking solutions for connecting multiple external displays and accessories.</w:t>
      </w:r>
      <w:r/>
    </w:p>
    <w:p>
      <w:pPr>
        <w:pStyle w:val="ListNumber"/>
        <w:spacing w:line="240" w:lineRule="auto"/>
        <w:ind w:left="720"/>
      </w:pPr>
      <w:r/>
      <w:hyperlink r:id="rId10">
        <w:r>
          <w:rPr>
            <w:color w:val="0000EE"/>
            <w:u w:val="single"/>
          </w:rPr>
          <w:t>https://www.techradar.com/pro/dynabook-launches-worlds-lightest-ai-powered-laptop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dynabook-launches-worlds-lightest-ai-powered-laptop" TargetMode="External"/><Relationship Id="rId11" Type="http://schemas.openxmlformats.org/officeDocument/2006/relationships/hyperlink" Target="https://www.prnewswire.com/news-releases/dynabook-unveils-its-lightest-ever-13-3-inch-premium-performance-business-laptop-with-a-metal-chassis--the-portege-x30l-m-302276252.html" TargetMode="External"/><Relationship Id="rId12" Type="http://schemas.openxmlformats.org/officeDocument/2006/relationships/hyperlink" Target="https://wifihifi.com/dynabook-13-3-inch-portege-x30l-m-business-laptop/" TargetMode="External"/><Relationship Id="rId13" Type="http://schemas.openxmlformats.org/officeDocument/2006/relationships/hyperlink" Target="https://betanews.com/2024/10/15/dynabook-portege-x30l-m-worlds-lightest-ai-powered-business-lapt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