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Elehear launches the Beyond hearing aid, promising a revolutionary auditory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Elehear, a credible name in the hearing aid industry, has recently introduced its latest product, the Elehear Beyond. This new hearing aid model promises to revolutionise the auditory experience with its advanced features, aimed at simplifying the lives of those who suffer from hearing impairment.</w:t>
      </w:r>
      <w:r/>
    </w:p>
    <w:p>
      <w:r/>
      <w:r>
        <w:t>The Elehear Beyond is equipped with AI-driven sound enhancement technology, which incorporates the VOCCLEAR sound processing system. This innovative feature focuses on boosting speech clarity while diminishing background noise, creating an immersive and natural listening experience. The adaptive nature of the VOCCLEAR system allows it to continuously learn from and adjust to various auditory environments, ensuring clearer speech comprehension and reducing listening fatigue even in challenging situations. The device also employs a DNN Hybrid Feedback Cancellation mechanism to address common issues like feedback, whistling, and howling.</w:t>
      </w:r>
      <w:r/>
    </w:p>
    <w:p>
      <w:r/>
      <w:r>
        <w:t>In addition to its sound quality enhancements, the Elehear Beyond offers a unique feature for those experiencing tinnitus. Users can select from a range of 20 natural masking sounds or even create personalised ones. This customisation aims to alleviate symptoms associated with tinnitus, such as discomfort and stress, without interfering with communication capabilities.</w:t>
      </w:r>
      <w:r/>
    </w:p>
    <w:p>
      <w:r/>
      <w:r>
        <w:t>The integration of Bluetooth 5.3 technology within the Elehear Beyond allows the hearing aids to function simultaneously as high-quality wireless headphones. This enables users to effortlessly stream music, handle phone calls, and access translation services, seamlessly merging into daily digital interactions. Compatibility is assured across both iOS and Android devices. Users can harness such features through the Elehear mobile app, which allows fine-tuning of voice and sound frequencies to suit personal preferences. The app also facilitates over-the-air firmware updates, ensuring the device remains up-to-date with the latest technological advancements.</w:t>
      </w:r>
      <w:r/>
    </w:p>
    <w:p>
      <w:r/>
      <w:r>
        <w:t>Elehear's commitment to accessibility is evident in the pricing strategy for the Beyond model. At a cost of $399, it is positioned as an affordable option in contrast to the national average, where hearing aids can exceed $4,000 per pair. This price point is in alignment with the FDA’s mission to reduce barriers to hearing care.</w:t>
      </w:r>
      <w:r/>
    </w:p>
    <w:p>
      <w:r/>
      <w:r>
        <w:t>The Elehear Beyond has not gone unnoticed in the industry. It has received the Expert Choice Award 2024 from Hear Advisor and garnered positive reviews from platforms like Hearing Tracker and Soundly. The previous model, Elehear Alpha Pro, was recognised by publications such as WIRED, Forbes Health, and Retirement Living, highlighting Elehear's standing as a preferred option within the realm of over-the-counter hearing aids.</w:t>
      </w:r>
      <w:r/>
    </w:p>
    <w:p>
      <w:r/>
      <w:r>
        <w:t>Purchasing the Elehear Beyond offers a comprehensive package that includes a 1-year warranty, a pair of OTC hearing aids, a USB-C charging cable, a wax cap tool, and a variety of ear domes to ensure a comfortable fit for all users. This product is currently available through Elehear's official website.</w:t>
      </w:r>
      <w:r/>
    </w:p>
    <w:p>
      <w:r/>
      <w:r>
        <w:t>Elehear's foray into advanced hearing technology with the Beyond model signifies a significant step towards providing high-quality, affordable, and technologically advanced hearing solutions. This innovation encapsulates Elehear’s vision of making top-tier hearing aids accessible to a broader audience, fulfilling a critical need for many individuals across various demographics.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https://elehear.com/products/beyond?srsltid=AfmBOoqc4vEUb8Jxjo18ew-R3VyHdvIzy1gb8xUURCLGn65qloTY_vH4</w:t>
        </w:r>
      </w:hyperlink>
      <w:r>
        <w:t xml:space="preserve"> - Corroborates the AI-driven sound enhancement technology and the VOCCLEAR sound processing system of the Elehear Beyond.</w:t>
      </w:r>
      <w:r/>
    </w:p>
    <w:p>
      <w:pPr>
        <w:pStyle w:val="ListNumber"/>
        <w:spacing w:line="240" w:lineRule="auto"/>
        <w:ind w:left="720"/>
      </w:pPr>
      <w:r/>
      <w:hyperlink r:id="rId11">
        <w:r>
          <w:rPr>
            <w:color w:val="0000EE"/>
            <w:u w:val="single"/>
          </w:rPr>
          <w:t>https://www.hearingtracker.com/hearing-aids/elehear-beyond</w:t>
        </w:r>
      </w:hyperlink>
      <w:r>
        <w:t xml:space="preserve"> - Supports the advanced features and sound quality enhancements of the Elehear Beyond, including its adaptive nature and feedback cancellation mechanism.</w:t>
      </w:r>
      <w:r/>
    </w:p>
    <w:p>
      <w:pPr>
        <w:pStyle w:val="ListNumber"/>
        <w:spacing w:line="240" w:lineRule="auto"/>
        <w:ind w:left="720"/>
      </w:pPr>
      <w:r/>
      <w:hyperlink r:id="rId12">
        <w:r>
          <w:rPr>
            <w:color w:val="0000EE"/>
            <w:u w:val="single"/>
          </w:rPr>
          <w:t>https://elehear.com/?srsltid=AfmBOop_t9_U9SQf-7tXdpb3UElF8ULGoDOVe3N9vif5XcZujq7tG-ex</w:t>
        </w:r>
      </w:hyperlink>
      <w:r>
        <w:t xml:space="preserve"> - Confirms the Bluetooth 5.3 technology and its integration for wireless audio streaming and compatibility with iOS and Android devices.</w:t>
      </w:r>
      <w:r/>
    </w:p>
    <w:p>
      <w:pPr>
        <w:pStyle w:val="ListNumber"/>
        <w:spacing w:line="240" w:lineRule="auto"/>
        <w:ind w:left="720"/>
      </w:pPr>
      <w:r/>
      <w:hyperlink r:id="rId13">
        <w:r>
          <w:rPr>
            <w:color w:val="0000EE"/>
            <w:u w:val="single"/>
          </w:rPr>
          <w:t>https://www.hearingtracker.com/hearing-aids/compare/elehear-beyond-vs-hear-com-horizon-go-ix-7-ix</w:t>
        </w:r>
      </w:hyperlink>
      <w:r>
        <w:t xml:space="preserve"> - Mentions the Elehear Beyond's sound quality and features, including its app and wireless audio capabilities.</w:t>
      </w:r>
      <w:r/>
    </w:p>
    <w:p>
      <w:pPr>
        <w:pStyle w:val="ListNumber"/>
        <w:spacing w:line="240" w:lineRule="auto"/>
        <w:ind w:left="720"/>
      </w:pPr>
      <w:r/>
      <w:hyperlink r:id="rId14">
        <w:r>
          <w:rPr>
            <w:color w:val="0000EE"/>
            <w:u w:val="single"/>
          </w:rPr>
          <w:t>https://hearinghealthmatters.org/hearing-technologies/2024/elehear-beyond-launch-399/</w:t>
        </w:r>
      </w:hyperlink>
      <w:r>
        <w:t xml:space="preserve"> - Provides information on the pricing strategy and the affordability of the Elehear Beyond at $399.</w:t>
      </w:r>
      <w:r/>
    </w:p>
    <w:p>
      <w:pPr>
        <w:pStyle w:val="ListNumber"/>
        <w:spacing w:line="240" w:lineRule="auto"/>
        <w:ind w:left="720"/>
      </w:pPr>
      <w:r/>
      <w:hyperlink r:id="rId10">
        <w:r>
          <w:rPr>
            <w:color w:val="0000EE"/>
            <w:u w:val="single"/>
          </w:rPr>
          <w:t>https://elehear.com/products/beyond?srsltid=AfmBOoqc4vEUb8Jxjo18ew-R3VyHdvIzy1gb8xUURCLGn65qloTY_vH4</w:t>
        </w:r>
      </w:hyperlink>
      <w:r>
        <w:t xml:space="preserve"> - Details the customisation options for tinnitus, including 20 natural masking sounds and personalised options.</w:t>
      </w:r>
      <w:r/>
    </w:p>
    <w:p>
      <w:pPr>
        <w:pStyle w:val="ListNumber"/>
        <w:spacing w:line="240" w:lineRule="auto"/>
        <w:ind w:left="720"/>
      </w:pPr>
      <w:r/>
      <w:hyperlink r:id="rId11">
        <w:r>
          <w:rPr>
            <w:color w:val="0000EE"/>
            <w:u w:val="single"/>
          </w:rPr>
          <w:t>https://www.hearingtracker.com/hearing-aids/elehear-beyond</w:t>
        </w:r>
      </w:hyperlink>
      <w:r>
        <w:t xml:space="preserve"> - Supports the integration of the Elehear mobile app for fine-tuning voice and sound frequencies and over-the-air firmware updates.</w:t>
      </w:r>
      <w:r/>
    </w:p>
    <w:p>
      <w:pPr>
        <w:pStyle w:val="ListNumber"/>
        <w:spacing w:line="240" w:lineRule="auto"/>
        <w:ind w:left="720"/>
      </w:pPr>
      <w:r/>
      <w:hyperlink r:id="rId14">
        <w:r>
          <w:rPr>
            <w:color w:val="0000EE"/>
            <w:u w:val="single"/>
          </w:rPr>
          <w:t>https://hearinghealthmatters.org/hearing-technologies/2024/elehear-beyond-launch-399/</w:t>
        </w:r>
      </w:hyperlink>
      <w:r>
        <w:t xml:space="preserve"> - Corroborates the comprehensive package included with the purchase of the Elehear Beyond, such as the warranty and accessories.</w:t>
      </w:r>
      <w:r/>
    </w:p>
    <w:p>
      <w:pPr>
        <w:pStyle w:val="ListNumber"/>
        <w:spacing w:line="240" w:lineRule="auto"/>
        <w:ind w:left="720"/>
      </w:pPr>
      <w:r/>
      <w:hyperlink r:id="rId12">
        <w:r>
          <w:rPr>
            <w:color w:val="0000EE"/>
            <w:u w:val="single"/>
          </w:rPr>
          <w:t>https://elehear.com/?srsltid=AfmBOop_t9_U9SQf-7tXdpb3UElF8ULGoDOVe3N9vif5XcZujq7tG-ex</w:t>
        </w:r>
      </w:hyperlink>
      <w:r>
        <w:t xml:space="preserve"> - Highlights Elehear's commitment to accessibility and the FDA’s mission to reduce barriers to hearing care through affordable pricing.</w:t>
      </w:r>
      <w:r/>
    </w:p>
    <w:p>
      <w:pPr>
        <w:pStyle w:val="ListNumber"/>
        <w:spacing w:line="240" w:lineRule="auto"/>
        <w:ind w:left="720"/>
      </w:pPr>
      <w:r/>
      <w:hyperlink r:id="rId13">
        <w:r>
          <w:rPr>
            <w:color w:val="0000EE"/>
            <w:u w:val="single"/>
          </w:rPr>
          <w:t>https://www.hearingtracker.com/hearing-aids/compare/elehear-beyond-vs-hear-com-horizon-go-ix-7-ix</w:t>
        </w:r>
      </w:hyperlink>
      <w:r>
        <w:t xml:space="preserve"> - Mentions the positive reviews and awards received by the Elehear Beyond, such as the Expert Choice Award 2024.</w:t>
      </w:r>
      <w:r/>
    </w:p>
    <w:p>
      <w:pPr>
        <w:pStyle w:val="ListNumber"/>
        <w:spacing w:line="240" w:lineRule="auto"/>
        <w:ind w:left="720"/>
      </w:pPr>
      <w:r/>
      <w:hyperlink r:id="rId14">
        <w:r>
          <w:rPr>
            <w:color w:val="0000EE"/>
            <w:u w:val="single"/>
          </w:rPr>
          <w:t>https://hearinghealthmatters.org/hearing-technologies/2024/elehear-beyond-launch-399/</w:t>
        </w:r>
      </w:hyperlink>
      <w:r>
        <w:t xml:space="preserve"> - Supports the recognition of Elehear's previous models by publications like WIRED, Forbes Health, and Retirement Living.</w:t>
      </w:r>
      <w:r/>
    </w:p>
    <w:p>
      <w:pPr>
        <w:pStyle w:val="ListNumber"/>
        <w:spacing w:line="240" w:lineRule="auto"/>
        <w:ind w:left="720"/>
      </w:pPr>
      <w:r/>
      <w:hyperlink r:id="rId15">
        <w:r>
          <w:rPr>
            <w:color w:val="0000EE"/>
            <w:u w:val="single"/>
          </w:rPr>
          <w:t>https://hearingreview.com/hearing-products/hearing-aids/elehear-launches-more-affordable-ai-powered-hearing-aid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lehear.com/products/beyond?srsltid=AfmBOoqc4vEUb8Jxjo18ew-R3VyHdvIzy1gb8xUURCLGn65qloTY_vH4" TargetMode="External"/><Relationship Id="rId11" Type="http://schemas.openxmlformats.org/officeDocument/2006/relationships/hyperlink" Target="https://www.hearingtracker.com/hearing-aids/elehear-beyond" TargetMode="External"/><Relationship Id="rId12" Type="http://schemas.openxmlformats.org/officeDocument/2006/relationships/hyperlink" Target="https://elehear.com/?srsltid=AfmBOop_t9_U9SQf-7tXdpb3UElF8ULGoDOVe3N9vif5XcZujq7tG-ex" TargetMode="External"/><Relationship Id="rId13" Type="http://schemas.openxmlformats.org/officeDocument/2006/relationships/hyperlink" Target="https://www.hearingtracker.com/hearing-aids/compare/elehear-beyond-vs-hear-com-horizon-go-ix-7-ix" TargetMode="External"/><Relationship Id="rId14" Type="http://schemas.openxmlformats.org/officeDocument/2006/relationships/hyperlink" Target="https://hearinghealthmatters.org/hearing-technologies/2024/elehear-beyond-launch-399/" TargetMode="External"/><Relationship Id="rId15" Type="http://schemas.openxmlformats.org/officeDocument/2006/relationships/hyperlink" Target="https://hearingreview.com/hearing-products/hearing-aids/elehear-launches-more-affordable-ai-powered-hearing-a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