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Lacan's concept of the Other in identity and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realm of psychoanalytic theory and philosophy, Jacques Lacan's notion of the "Other" has long provided a framework for understanding the complexities of human identity and language. Lacan’s theory, rooted deeply in psychoanalytic discourse, examines the idea of alterity — the state of being other or different — and how it resists assimilation into an individual's psyche. Lacan's exploration of the Other is not only central to psychoanalytic theory but also extends its implications into the understanding of language, logic, and even modern technologies.</w:t>
      </w:r>
      <w:r/>
    </w:p>
    <w:p>
      <w:r/>
      <w:r>
        <w:t>Lacan uses symbolic representation to articulate his ideas, with the term “Other” being symbolized by "A" (French Autre) and the "little other" by "a" (italicized French autre). These concepts delve into dimensions of identity that transcend mere illusory differences, presenting the Other as an entity defined by radical alterity.</w:t>
      </w:r>
      <w:r/>
    </w:p>
    <w:p>
      <w:r/>
      <w:r>
        <w:t>For Lacan, the Other is intimately connected with language and social laws, functioning as a mediating entity in human relationships. The concept highlights the idea that speech — often perceived as originating from the ego or subject — fundamentally arises from the Other, thus situating language and communication as elements beyond the control of individual consciousness. Lacan famously stated, "the unconscious is the discourse of the Other," underscoring how unconscious thought is shaped by the linguistic and social constructs that surround individuals.</w:t>
      </w:r>
      <w:r/>
    </w:p>
    <w:p>
      <w:r/>
      <w:r>
        <w:t>The conceptualisation of identity in psychoanalysis is portrayed not as a fixed construct, but as a fluid process subject to fragmentation and disassociation. Lacan suggests the paradox inherent in identity formation: it requires a simultaneous act of separation and integration of individual traits and characteristics.</w:t>
      </w:r>
      <w:r/>
    </w:p>
    <w:p>
      <w:r/>
      <w:r>
        <w:t>As the 1960s progressed, Lacan's interpretation of the Other began to evolve alongside developments in logic and mathematical theory. Central to this evolution were the contributions of figures such as George Boole and Gottlob Frege, whose work on logical systems laid the groundwork for modern logical and mathematical thought. Boole’s 1854 conceptualisation of a mathematical system of logic and Frege’s 1879 Begriffsschrift were pivotal in redefining traditional logic and propelling discussions that include Kurt Gödel's seminal contributions in the early 20th century.</w:t>
      </w:r>
      <w:r/>
    </w:p>
    <w:p>
      <w:r/>
      <w:r>
        <w:t>Gödel’s incompleteness theorems famously demonstrated the inherent limitations of formal systems in proving their own consistency. His first theorem posits that in any sufficiently expressive logical system, there are truths about natural numbers that cannot be proven within the system itself. His second theorem extends this, asserting that a system cannot validate its own consistency. This suggests a perpetual state of undecidability and inconsistency within any structured identity or system.</w:t>
      </w:r>
      <w:r/>
    </w:p>
    <w:p>
      <w:r/>
      <w:r>
        <w:t>In his seminars during the 1960s, Lacan integrated these insights from logic to further psychoanalytic inquiry. He referenced logical paradoxes, such as Russell’s paradox, to illustrate the inherent contradictions present in self-referential systems and the concept of metalanguage. This exploration highlighted the inherent instability and lack inherent in systems of identity and knowledge—a theme paralleled in the systematic unity presented in his concept of counting, illustrating a departure from the singular unity of metaphysical traditions.</w:t>
      </w:r>
      <w:r/>
    </w:p>
    <w:p>
      <w:r/>
      <w:r>
        <w:t>The theory also finds relevance in interpreting the modern phenomenon of digital technology. The process of converting experiences into data can be seen as a metaphorical reflection of Lacan’s signifier system, where digital objects—be they images, audio, or executable software—represent mutable sequences. Each digital object is subject to change, omitted from the fixed identity, similar to how Lacanian theory interprets language and symbols.</w:t>
      </w:r>
      <w:r/>
    </w:p>
    <w:p>
      <w:r/>
      <w:r>
        <w:t>Lacan’s theories enrich understandings of artificial intelligence (AI) through his conceptualisation of the Other. In AI systems, the Other might be likened to the vast datasets these systems are trained upon, where trained models can be seen as an AI’s 'unconscious'. The functional model of AI relies on an inference program to translate raw binary data into actionable insights, echoing Lacan's notion of 'the discourse of the Other'. In this, the human who interacts with these systems remains the unseen manipulator within the symbolic realm, in line with Lacanian thought of the Other as continuously orchestrating identity through language and societal exchanges.</w:t>
      </w:r>
      <w:r/>
    </w:p>
    <w:p>
      <w:r/>
      <w:r>
        <w:t>Yet not all experiences can be fully encapsulated within logical formalisms or symbolic systems. Lacan refers to this irreducible excess as the "real," an element which remains outside the boundaries of symbolisation, resistant to complete assimilation into cognitive structures—a notion reminiscent of the incompleteness highlighted by Gödel.</w:t>
      </w:r>
      <w:r/>
    </w:p>
    <w:p>
      <w:r/>
      <w:r>
        <w:t>In conclusion, Lacan’s interpretations of the Other, alongside the developments in logic and the emergence of modern digital interfaces, offer profound insights into the ongoing interplay between identity, language, and technology. Through his theories, Lacan provides a lens to view how identity continuously forms and reforms in an ever-evolving landscape of human interaction, logic, and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https://study.com/academy/lesson/jacques-lacan-philosophy-career.html</w:t>
        </w:r>
      </w:hyperlink>
      <w:r>
        <w:t xml:space="preserve"> - This source explains Lacan's concept of the 'Other' in the context of his psychoanalytic theory, particularly how it relates to the symbolic and imaginary registers, and its impact on identity formation.</w:t>
      </w:r>
      <w:r/>
    </w:p>
    <w:p>
      <w:pPr>
        <w:pStyle w:val="ListNumber"/>
        <w:spacing w:line="240" w:lineRule="auto"/>
        <w:ind w:left="720"/>
      </w:pPr>
      <w:r/>
      <w:hyperlink r:id="rId11">
        <w:r>
          <w:rPr>
            <w:color w:val="0000EE"/>
            <w:u w:val="single"/>
          </w:rPr>
          <w:t>https://www.thecollector.com/lacan-four-fundamental-concepts-psychoanalysis/</w:t>
        </w:r>
      </w:hyperlink>
      <w:r>
        <w:t xml:space="preserve"> - This article discusses Lacan's revisions to Freudian theories, including the concept of the 'Other' and its relation to the symbolic order, transference, and the unconscious.</w:t>
      </w:r>
      <w:r/>
    </w:p>
    <w:p>
      <w:pPr>
        <w:pStyle w:val="ListNumber"/>
        <w:spacing w:line="240" w:lineRule="auto"/>
        <w:ind w:left="720"/>
      </w:pPr>
      <w:r/>
      <w:hyperlink r:id="rId12">
        <w:r>
          <w:rPr>
            <w:color w:val="0000EE"/>
            <w:u w:val="single"/>
          </w:rPr>
          <w:t>https://en.wikipedia.org/wiki/Lacanian_psychoanalysis</w:t>
        </w:r>
      </w:hyperlink>
      <w:r>
        <w:t xml:space="preserve"> - This source provides a detailed explanation of Lacanian psychoanalysis, including the role of the 'Other', the symbolic, imaginary, and real registers, and how these concepts shape identity and desire.</w:t>
      </w:r>
      <w:r/>
    </w:p>
    <w:p>
      <w:pPr>
        <w:pStyle w:val="ListNumber"/>
        <w:spacing w:line="240" w:lineRule="auto"/>
        <w:ind w:left="720"/>
      </w:pPr>
      <w:r/>
      <w:hyperlink r:id="rId13">
        <w:r>
          <w:rPr>
            <w:color w:val="0000EE"/>
            <w:u w:val="single"/>
          </w:rPr>
          <w:t>https://www.vaia.com/en-us/explanations/english-literature/literary-criticism-and-theory/jacques-lacan/</w:t>
        </w:r>
      </w:hyperlink>
      <w:r>
        <w:t xml:space="preserve"> - This article outlines Lacan's theory on the unconscious structured like language and the role of the 'Other' in shaping identity, particularly through the mirror stage and the symbolic order.</w:t>
      </w:r>
      <w:r/>
    </w:p>
    <w:p>
      <w:pPr>
        <w:pStyle w:val="ListNumber"/>
        <w:spacing w:line="240" w:lineRule="auto"/>
        <w:ind w:left="720"/>
      </w:pPr>
      <w:r/>
      <w:hyperlink r:id="rId14">
        <w:r>
          <w:rPr>
            <w:color w:val="0000EE"/>
            <w:u w:val="single"/>
          </w:rPr>
          <w:t>https://www.iccpp.org/lacans-psychoanalysis-2/?lang=en</w:t>
        </w:r>
      </w:hyperlink>
      <w:r>
        <w:t xml:space="preserve"> - This source discusses Lacan's psychoanalysis in relation to Freud's theories and highlights the concept of the 'Other' in the context of the psyche's split between conscious and unconscious elements.</w:t>
      </w:r>
      <w:r/>
    </w:p>
    <w:p>
      <w:pPr>
        <w:pStyle w:val="ListNumber"/>
        <w:spacing w:line="240" w:lineRule="auto"/>
        <w:ind w:left="720"/>
      </w:pPr>
      <w:r/>
      <w:hyperlink r:id="rId11">
        <w:r>
          <w:rPr>
            <w:color w:val="0000EE"/>
            <w:u w:val="single"/>
          </w:rPr>
          <w:t>https://www.thecollector.com/lacan-four-fundamental-concepts-psychoanalysis/</w:t>
        </w:r>
      </w:hyperlink>
      <w:r>
        <w:t xml:space="preserve"> - This article explains how Lacan integrated insights from logic, such as Gödel’s incompleteness theorems, into his psychoanalytic theory to illustrate the inherent contradictions in self-referential systems.</w:t>
      </w:r>
      <w:r/>
    </w:p>
    <w:p>
      <w:pPr>
        <w:pStyle w:val="ListNumber"/>
        <w:spacing w:line="240" w:lineRule="auto"/>
        <w:ind w:left="720"/>
      </w:pPr>
      <w:r/>
      <w:hyperlink r:id="rId12">
        <w:r>
          <w:rPr>
            <w:color w:val="0000EE"/>
            <w:u w:val="single"/>
          </w:rPr>
          <w:t>https://en.wikipedia.org/wiki/Lacanian_psychoanalysis</w:t>
        </w:r>
      </w:hyperlink>
      <w:r>
        <w:t xml:space="preserve"> - This source discusses the evolution of Lacan's interpretation of the 'Other' and its connection to logical and mathematical theories, including the work of George Boole and Gottlob Frege.</w:t>
      </w:r>
      <w:r/>
    </w:p>
    <w:p>
      <w:pPr>
        <w:pStyle w:val="ListNumber"/>
        <w:spacing w:line="240" w:lineRule="auto"/>
        <w:ind w:left="720"/>
      </w:pPr>
      <w:r/>
      <w:hyperlink r:id="rId10">
        <w:r>
          <w:rPr>
            <w:color w:val="0000EE"/>
            <w:u w:val="single"/>
          </w:rPr>
          <w:t>https://study.com/academy/lesson/jacques-lacan-philosophy-career.html</w:t>
        </w:r>
      </w:hyperlink>
      <w:r>
        <w:t xml:space="preserve"> - This article explains how Lacan's theory of the 'Other' is central to understanding identity formation as a fluid process subject to fragmentation and disassociation.</w:t>
      </w:r>
      <w:r/>
    </w:p>
    <w:p>
      <w:pPr>
        <w:pStyle w:val="ListNumber"/>
        <w:spacing w:line="240" w:lineRule="auto"/>
        <w:ind w:left="720"/>
      </w:pPr>
      <w:r/>
      <w:hyperlink r:id="rId13">
        <w:r>
          <w:rPr>
            <w:color w:val="0000EE"/>
            <w:u w:val="single"/>
          </w:rPr>
          <w:t>https://www.vaia.com/en-us/explanations/english-literature/literary-criticism-and-theory/jacques-lacan/</w:t>
        </w:r>
      </w:hyperlink>
      <w:r>
        <w:t xml:space="preserve"> - This source discusses the relevance of Lacan's theories in interpreting modern digital technology and artificial intelligence, particularly the concept of the 'Other' in AI systems.</w:t>
      </w:r>
      <w:r/>
    </w:p>
    <w:p>
      <w:pPr>
        <w:pStyle w:val="ListNumber"/>
        <w:spacing w:line="240" w:lineRule="auto"/>
        <w:ind w:left="720"/>
      </w:pPr>
      <w:r/>
      <w:hyperlink r:id="rId12">
        <w:r>
          <w:rPr>
            <w:color w:val="0000EE"/>
            <w:u w:val="single"/>
          </w:rPr>
          <w:t>https://en.wikipedia.org/wiki/Lacanian_psychoanalysis</w:t>
        </w:r>
      </w:hyperlink>
      <w:r>
        <w:t xml:space="preserve"> - This article explains the concept of the 'real' in Lacanian theory, which remains outside the boundaries of symbolisation and is resistant to complete assimilation into cognitive structures.</w:t>
      </w:r>
      <w:r/>
    </w:p>
    <w:p>
      <w:pPr>
        <w:pStyle w:val="ListNumber"/>
        <w:spacing w:line="240" w:lineRule="auto"/>
        <w:ind w:left="720"/>
      </w:pPr>
      <w:r/>
      <w:hyperlink r:id="rId11">
        <w:r>
          <w:rPr>
            <w:color w:val="0000EE"/>
            <w:u w:val="single"/>
          </w:rPr>
          <w:t>https://www.thecollector.com/lacan-four-fundamental-concepts-psychoanalysis/</w:t>
        </w:r>
      </w:hyperlink>
      <w:r>
        <w:t xml:space="preserve"> - This source provides insights into how Lacan's theories on the 'Other' and the symbolic order relate to the ongoing interplay between identity, language, and technology.</w:t>
      </w:r>
      <w:r/>
    </w:p>
    <w:p>
      <w:pPr>
        <w:pStyle w:val="ListNumber"/>
        <w:spacing w:line="240" w:lineRule="auto"/>
        <w:ind w:left="720"/>
      </w:pPr>
      <w:r/>
      <w:hyperlink r:id="rId15">
        <w:r>
          <w:rPr>
            <w:color w:val="0000EE"/>
            <w:u w:val="single"/>
          </w:rPr>
          <w:t>https://www.nature.com/articles/s41599-024-03857-x</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tudy.com/academy/lesson/jacques-lacan-philosophy-career.html" TargetMode="External"/><Relationship Id="rId11" Type="http://schemas.openxmlformats.org/officeDocument/2006/relationships/hyperlink" Target="https://www.thecollector.com/lacan-four-fundamental-concepts-psychoanalysis/" TargetMode="External"/><Relationship Id="rId12" Type="http://schemas.openxmlformats.org/officeDocument/2006/relationships/hyperlink" Target="https://en.wikipedia.org/wiki/Lacanian_psychoanalysis" TargetMode="External"/><Relationship Id="rId13" Type="http://schemas.openxmlformats.org/officeDocument/2006/relationships/hyperlink" Target="https://www.vaia.com/en-us/explanations/english-literature/literary-criticism-and-theory/jacques-lacan/" TargetMode="External"/><Relationship Id="rId14" Type="http://schemas.openxmlformats.org/officeDocument/2006/relationships/hyperlink" Target="https://www.iccpp.org/lacans-psychoanalysis-2/?lang=en" TargetMode="External"/><Relationship Id="rId15" Type="http://schemas.openxmlformats.org/officeDocument/2006/relationships/hyperlink" Target="https://www.nature.com/articles/s41599-024-03857-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