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dynamic impact of drones across various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week’s episode of Weekly Wings, featuring hosts Paul Rossi, Samuel Stansberry, and Terry Neff, covers a whirlwind of innovative developments within the drone industry, revealing how these technological advancements are impacting numerous sectors.</w:t>
      </w:r>
      <w:r/>
    </w:p>
    <w:p>
      <w:r/>
      <w:r>
        <w:t>Commencing the episode, the hosts delve into the world of first-person-view (FPV) drone piloting with a focus on FPV Logic, a simulator available on the Steam platform. Samuel Stansberry shares his experiences utilising this tool, which proves useful for both novice and seasoned pilots honing their skills in navigating drones from the drone's perspective.</w:t>
      </w:r>
      <w:r/>
    </w:p>
    <w:p>
      <w:r/>
      <w:r>
        <w:t>The discussion then transitions to defence technologies, spotlighting cutting-edge counter-unmanned aircraft systems (counter-UAS) being tested by the U.S. Marines and Israel. These systems are designed to mitigate aerial threats such as drone swarms, a technology becoming increasingly essential in maintaining national security amid evolving threats.</w:t>
      </w:r>
      <w:r/>
    </w:p>
    <w:p>
      <w:r/>
      <w:r>
        <w:t>The podcast further explores the deployment of drones in the power industry, specifically for the installation of sensors along power lines. This innovation enables swift and precise monitoring of power grids, enhancing safety and operational efficiency while minimising the need for human involvement in potentially hazardous environments.</w:t>
      </w:r>
      <w:r/>
    </w:p>
    <w:p>
      <w:r/>
      <w:r>
        <w:t>In an extraordinary feat, the Saildrone was sent into Hurricane Milton to gather crucial meteorological data. This endeavor underscores the capabilities of drones to endure harsh conditions while providing vital information that aids in understanding and predicting the impacts of such natural phenomena.</w:t>
      </w:r>
      <w:r/>
    </w:p>
    <w:p>
      <w:r/>
      <w:r>
        <w:t>The entertainment industry has also embraced drone technology, as highlighted by Tesla’s recent “We Robot” event, which featured an impressive drone light show. Denver is set to host its own 40-night drone light show throughout the holiday season, promising spectacular evening displays starting from November.</w:t>
      </w:r>
      <w:r/>
    </w:p>
    <w:p>
      <w:r/>
      <w:r>
        <w:t>On the humanitarian front, the episode discusses the application of Skyfire AI in hurricane relief efforts in Western North Carolina. Drones equipped with artificial intelligence were utilised to carry out search-and-rescue missions and deliver necessary supplies to isolated communities affected by the storm.</w:t>
      </w:r>
      <w:r/>
    </w:p>
    <w:p>
      <w:r/>
      <w:r>
        <w:t>Adding a remarkable twist to the narrative, the episode reveals the discovery of a previously unknown plant species. This discovery was made possible by a drone that collected samples from a cliff face, illustrating the potential of drones in advancing scientific research in challenging-to-access areas.</w:t>
      </w:r>
      <w:r/>
    </w:p>
    <w:p>
      <w:r/>
      <w:r>
        <w:t>To cap off the episode, the hosts examine the concept of "lights-out" inventory management in warehousing. By employing drones equipped with sophisticated sensors to conduct inventory in the dark, businesses can notably increase operational efficiency and reduce energy consumption.</w:t>
      </w:r>
      <w:r/>
    </w:p>
    <w:p>
      <w:r/>
      <w:r>
        <w:t>Listeners can catch up on any missed episodes for more insights into the dynamic world of drones as discussed on the Weekly Wings podcast.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https://dronelife.com/2024/10/15/fpv-drone-shows-ai-in-disaster-relief-in-this-episode-of-weekly-wings-drone-podcast/</w:t>
        </w:r>
      </w:hyperlink>
      <w:r>
        <w:t xml:space="preserve"> - Corroborates the discussion on FPV Logic, a simulator for FPV drone piloting available on Steam, and its usefulness for both novice and seasoned pilots.</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Supports the information on counter-UAS technologies being tested by the U.S. Marines and Israel to mitigate aerial threats like drone swarms.</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Details the use of drones for installing sensors on power lines, enhancing safety and operational efficiency in the power industry.</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Describes the deployment of Saildrone into Hurricane Milton to collect critical weather data, highlighting drones' capabilities in harsh environments.</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Mentions Tesla’s ‘We Robot’ event featuring a drone light show and Denver’s upcoming 40-night drone light show for the holiday season.</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Discusses the use of Skyfire AI in hurricane relief efforts in Western North Carolina, including search-and-rescue missions and supply delivery.</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Reveals the discovery of a previously unknown plant species using a drone to collect samples from a cliff face, highlighting drones in scientific research.</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Explains the concept of ‘lights-out’ inventory management in warehousing using drones with advanced sensors to increase efficiency and reduce energy costs.</w:t>
      </w:r>
      <w:r/>
    </w:p>
    <w:p>
      <w:pPr>
        <w:pStyle w:val="ListNumber"/>
        <w:spacing w:line="240" w:lineRule="auto"/>
        <w:ind w:left="720"/>
      </w:pPr>
      <w:r/>
      <w:hyperlink r:id="rId11">
        <w:r>
          <w:rPr>
            <w:color w:val="0000EE"/>
            <w:u w:val="single"/>
          </w:rPr>
          <w:t>https://open.spotify.com/show/4D1jJI10sgpBhsyLu2oqNE</w:t>
        </w:r>
      </w:hyperlink>
      <w:r>
        <w:t xml:space="preserve"> - Provides access to the Weekly Wings podcast on Spotify, where listeners can catch up on episodes discussing various drone innovations.</w:t>
      </w:r>
      <w:r/>
    </w:p>
    <w:p>
      <w:pPr>
        <w:pStyle w:val="ListNumber"/>
        <w:spacing w:line="240" w:lineRule="auto"/>
        <w:ind w:left="720"/>
      </w:pPr>
      <w:r/>
      <w:hyperlink r:id="rId12">
        <w:r>
          <w:rPr>
            <w:color w:val="0000EE"/>
            <w:u w:val="single"/>
          </w:rPr>
          <w:t>https://www.youtube.com/playlist?list=PL5YlBjWHCY5_y72IvmZbyEmTSU1udKr8A</w:t>
        </w:r>
      </w:hyperlink>
      <w:r>
        <w:t xml:space="preserve"> - Offers a YouTube playlist for the Weekly Wings podcast, allowing viewers to watch and listen to episodes on drone industry updates.</w:t>
      </w:r>
      <w:r/>
    </w:p>
    <w:p>
      <w:pPr>
        <w:pStyle w:val="ListNumber"/>
        <w:spacing w:line="240" w:lineRule="auto"/>
        <w:ind w:left="720"/>
      </w:pPr>
      <w:r/>
      <w:hyperlink r:id="rId10">
        <w:r>
          <w:rPr>
            <w:color w:val="0000EE"/>
            <w:u w:val="single"/>
          </w:rPr>
          <w:t>https://dronelife.com/2024/10/15/fpv-drone-shows-ai-in-disaster-relief-in-this-episode-of-weekly-wings-drone-podcast/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onelife.com/2024/10/15/fpv-drone-shows-ai-in-disaster-relief-in-this-episode-of-weekly-wings-drone-podcast/" TargetMode="External"/><Relationship Id="rId11" Type="http://schemas.openxmlformats.org/officeDocument/2006/relationships/hyperlink" Target="https://open.spotify.com/show/4D1jJI10sgpBhsyLu2oqNE" TargetMode="External"/><Relationship Id="rId12" Type="http://schemas.openxmlformats.org/officeDocument/2006/relationships/hyperlink" Target="https://www.youtube.com/playlist?list=PL5YlBjWHCY5_y72IvmZbyEmTSU1udKr8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