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Gemini introduces advanced image resizing features in its latest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Gemini, Google's artificial intelligence suite that has rapidly integrated into a multitude of Google Workspace applications, is making waves in the tech world with its continuous advancements and features. One of the latest developments is the introduction of image resizing options within the Google app, as highlighted in the beta version 15.41.34.29.arm64. This update is anticipated to roll out in a future stable release.</w:t>
      </w:r>
      <w:r/>
    </w:p>
    <w:p>
      <w:r/>
      <w:r>
        <w:t>Previously, Google's AI-powered image generator, Imagen, limited users to square canvas outputs. However, Android Authority reports that the latest version now allows for more flexible resizing capabilities. The Gemini update introduces sophisticated features where the AI will not only crop images but also enhance them by adding background details during cropping and filling in spaces to maintain artistic integrity when enlarging images. This marks a significant upgrade in user experience, providing more creative control over AI-generated images.</w:t>
      </w:r>
      <w:r/>
    </w:p>
    <w:p>
      <w:r/>
      <w:r>
        <w:t>Since its inception, Google Gemini has become a pivotal component of Google's strategy to dominate the AI landscape in 2024. Almost every Google Workspace app, including Slides and Pixel 9’s Screenshots, now supports Gemini integration. This expansion allows users to generate and edit AI images more seamlessly within the apps without the need to switch platforms, provided they have an appropriate Enterprise, Education, or Google Workspace Labs account. Personal users can also access these features through Google One AI Premium subscriptions.</w:t>
      </w:r>
      <w:r/>
    </w:p>
    <w:p>
      <w:r/>
      <w:r>
        <w:t>However, the integration of AI into creative tools raises long-standing ethical concerns, particularly surrounding copyright issues. Google assures that it will provide support for users in case of any copyright infringements resulting from AI-generated images. Meanwhile, Google continues to refine its technology responsibly by not enabling the generation of human images, citing initial shortcomings in this area.</w:t>
      </w:r>
      <w:r/>
    </w:p>
    <w:p>
      <w:r/>
      <w:r>
        <w:t>The third iteration, Imagen 3, which debuted in August 2023, represents a significant leap from its predecessor. Imagen 3 has shown improvements in understanding prompts and includes a new feature dubbed Imagen 3 Fast, which provides users with a four-image output option. Despite these advancements, the AI is still restricted from generating images of people, a limitation acknowledged by Google as an area lacking precision but viewed positively in terms of ethical AI usage.</w:t>
      </w:r>
      <w:r/>
    </w:p>
    <w:p>
      <w:r/>
      <w:r>
        <w:t>As Google Gemini evolves, it maintains a delicate balance between technological innovation and addressing the ethical implications posed by AI in creative sectors. This balance continues to be scrutinized by industry experts and creative professionals alike. With its expansive integration and new functionalities, Gemini remains at the forefront of AI developments while navigating the associated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https://support.google.com/docs/answer/13952129?hl=en&amp;co=DASHER._Family%3DBusiness-Enterprise</w:t>
        </w:r>
      </w:hyperlink>
      <w:r>
        <w:t xml:space="preserve"> - This link explains the integration of Gemini into various Google Workspace applications, including Gmail, Docs, Sheets, and Slides, and the requirements for accessing these features.</w:t>
      </w:r>
      <w:r/>
    </w:p>
    <w:p>
      <w:pPr>
        <w:pStyle w:val="ListNumber"/>
        <w:spacing w:line="240" w:lineRule="auto"/>
        <w:ind w:left="720"/>
      </w:pPr>
      <w:r/>
      <w:hyperlink r:id="rId11">
        <w:r>
          <w:rPr>
            <w:color w:val="0000EE"/>
            <w:u w:val="single"/>
          </w:rPr>
          <w:t>https://venturebeat.com/ai/google-adding-gemini-chat-app-to-workspace/</w:t>
        </w:r>
      </w:hyperlink>
      <w:r>
        <w:t xml:space="preserve"> - This article discusses the addition of the Gemini chat app to Google Workspace, highlighting its enterprise-grade security and privacy features, and its integration into various Workspace plans.</w:t>
      </w:r>
      <w:r/>
    </w:p>
    <w:p>
      <w:pPr>
        <w:pStyle w:val="ListNumber"/>
        <w:spacing w:line="240" w:lineRule="auto"/>
        <w:ind w:left="720"/>
      </w:pPr>
      <w:r/>
      <w:hyperlink r:id="rId12">
        <w:r>
          <w:rPr>
            <w:color w:val="0000EE"/>
            <w:u w:val="single"/>
          </w:rPr>
          <w:t>https://workspace.google.com/solutions/ai/</w:t>
        </w:r>
      </w:hyperlink>
      <w:r>
        <w:t xml:space="preserve"> - This page details the capabilities of Gemini for Google Workspace, including its role in creating content, organizing data, and enhancing security and privacy, as well as the different plans available.</w:t>
      </w:r>
      <w:r/>
    </w:p>
    <w:p>
      <w:pPr>
        <w:pStyle w:val="ListNumber"/>
        <w:spacing w:line="240" w:lineRule="auto"/>
        <w:ind w:left="720"/>
      </w:pPr>
      <w:r/>
      <w:hyperlink r:id="rId13">
        <w:r>
          <w:rPr>
            <w:color w:val="0000EE"/>
            <w:u w:val="single"/>
          </w:rPr>
          <w:t>https://www.theverge.com/2024/9/24/24252934/google-workspace-gemini-ai-security-assistant</w:t>
        </w:r>
      </w:hyperlink>
      <w:r>
        <w:t xml:space="preserve"> - This article covers the integration of Gemini into Google Workspace, emphasizing its security features, industry certifications, and the new Security Advisor tool for IT administrators.</w:t>
      </w:r>
      <w:r/>
    </w:p>
    <w:p>
      <w:pPr>
        <w:pStyle w:val="ListNumber"/>
        <w:spacing w:line="240" w:lineRule="auto"/>
        <w:ind w:left="720"/>
      </w:pPr>
      <w:r/>
      <w:hyperlink r:id="rId14">
        <w:r>
          <w:rPr>
            <w:color w:val="0000EE"/>
            <w:u w:val="single"/>
          </w:rPr>
          <w:t>https://www.revolgy.com/insights/blog/google-gemini-ai-is-now-free-for-workspace-customers</w:t>
        </w:r>
      </w:hyperlink>
      <w:r>
        <w:t xml:space="preserve"> - This blog post explains that Gemini AI is now included in Google Workspace plans at no extra cost, highlighting its features, security, and privacy aspects, as well as its impact on user productivity.</w:t>
      </w:r>
      <w:r/>
    </w:p>
    <w:p>
      <w:pPr>
        <w:pStyle w:val="ListNumber"/>
        <w:spacing w:line="240" w:lineRule="auto"/>
        <w:ind w:left="720"/>
      </w:pPr>
      <w:r/>
      <w:hyperlink r:id="rId15">
        <w:r>
          <w:rPr>
            <w:color w:val="0000EE"/>
            <w:u w:val="single"/>
          </w:rPr>
          <w:t>https://support.google.com/docs/answer/13952129?hl=en&amp;co=DASHER._Family%3DBusiness-Enterprise#zippy</w:t>
        </w:r>
      </w:hyperlink>
      <w:r>
        <w:t xml:space="preserve"> - This section of the Google support page details the specific features of Gemini in different Google Workspace applications, such as Docs, Gmail, and Sheets.</w:t>
      </w:r>
      <w:r/>
    </w:p>
    <w:p>
      <w:pPr>
        <w:pStyle w:val="ListNumber"/>
        <w:spacing w:line="240" w:lineRule="auto"/>
        <w:ind w:left="720"/>
      </w:pPr>
      <w:r/>
      <w:hyperlink r:id="rId16">
        <w:r>
          <w:rPr>
            <w:color w:val="0000EE"/>
            <w:u w:val="single"/>
          </w:rPr>
          <w:t>https://venturebeat.com/ai/google-adding-gemini-chat-app-to-workspace/#:~:text=Google%20is%20adding%20Gemini%20chatbot%20to%20its%20business%20productivity%20suite</w:t>
        </w:r>
      </w:hyperlink>
      <w:r>
        <w:t xml:space="preserve"> - This part of the article discusses how Gemini allows users to ask questions about company information and suggests actions based on organizational policies, similar to Microsoft’s Copilot.</w:t>
      </w:r>
      <w:r/>
    </w:p>
    <w:p>
      <w:pPr>
        <w:pStyle w:val="ListNumber"/>
        <w:spacing w:line="240" w:lineRule="auto"/>
        <w:ind w:left="720"/>
      </w:pPr>
      <w:r/>
      <w:hyperlink r:id="rId17">
        <w:r>
          <w:rPr>
            <w:color w:val="0000EE"/>
            <w:u w:val="single"/>
          </w:rPr>
          <w:t>https://workspace.google.com/solutions/ai/#:~:text=To%20get%20Gemini%20for%20Google%20Workspace%2C%20you%20need%20an%20existing%20Workspace%20plan.</w:t>
        </w:r>
      </w:hyperlink>
      <w:r>
        <w:t xml:space="preserve"> - This section explains the necessity of an existing Google Workspace plan to access Gemini features and the different plans available, such as Gemini Business and Gemini Enterprise.</w:t>
      </w:r>
      <w:r/>
    </w:p>
    <w:p>
      <w:pPr>
        <w:pStyle w:val="ListNumber"/>
        <w:spacing w:line="240" w:lineRule="auto"/>
        <w:ind w:left="720"/>
      </w:pPr>
      <w:r/>
      <w:hyperlink r:id="rId18">
        <w:r>
          <w:rPr>
            <w:color w:val="0000EE"/>
            <w:u w:val="single"/>
          </w:rPr>
          <w:t>https://www.theverge.com/2024/9/24/24252934/google-workspace-gemini-ai-security-assistant#:~:text=Google%20emphasizes%20security%20and%20privacy%20as%20central%20to%20its%20AI%20integration.</w:t>
        </w:r>
      </w:hyperlink>
      <w:r>
        <w:t xml:space="preserve"> - This part of the article highlights Google's emphasis on security and privacy, including industry certifications and the ability for administrators to control data handling.</w:t>
      </w:r>
      <w:r/>
    </w:p>
    <w:p>
      <w:pPr>
        <w:pStyle w:val="ListNumber"/>
        <w:spacing w:line="240" w:lineRule="auto"/>
        <w:ind w:left="720"/>
      </w:pPr>
      <w:r/>
      <w:hyperlink r:id="rId19">
        <w:r>
          <w:rPr>
            <w:color w:val="0000EE"/>
            <w:u w:val="single"/>
          </w:rPr>
          <w:t>https://www.revolgy.com/insights/blog/google-gemini-ai-is-now-free-for-workspace-customers#:~:text=Google%20emphasizes%20security%20and%20privacy%20as%20central%20to%20its%20AI%20integration.</w:t>
        </w:r>
      </w:hyperlink>
      <w:r>
        <w:t xml:space="preserve"> - This section discusses the security and privacy measures of Gemini, including compliance with industry standards and the management of user data through the admin console.</w:t>
      </w:r>
      <w:r/>
    </w:p>
    <w:p>
      <w:pPr>
        <w:pStyle w:val="ListNumber"/>
        <w:spacing w:line="240" w:lineRule="auto"/>
        <w:ind w:left="720"/>
      </w:pPr>
      <w:r/>
      <w:hyperlink r:id="rId20">
        <w:r>
          <w:rPr>
            <w:color w:val="0000EE"/>
            <w:u w:val="single"/>
          </w:rPr>
          <w:t>https://workspace.google.com/solutions/ai/#:~:text=Protecting%20the%20privacy%20and%20confidentiality%20of%20your%20data%20is%20our%20top%20priority.</w:t>
        </w:r>
      </w:hyperlink>
      <w:r>
        <w:t xml:space="preserve"> - This part of the page reassures users about the privacy and confidentiality of their data, which is a central concern in the integration of AI into Google Workspace.</w:t>
      </w:r>
      <w:r/>
    </w:p>
    <w:p>
      <w:pPr>
        <w:pStyle w:val="ListNumber"/>
        <w:spacing w:line="240" w:lineRule="auto"/>
        <w:ind w:left="720"/>
      </w:pPr>
      <w:r/>
      <w:hyperlink r:id="rId21">
        <w:r>
          <w:rPr>
            <w:color w:val="0000EE"/>
            <w:u w:val="single"/>
          </w:rPr>
          <w:t>https://www.androidpolice.com/google-is-finally-fixing-one-of-the-most-frustrating-things-about-geminis-ai-image-generation/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google.com/docs/answer/13952129?hl=en&amp;co=DASHER._Family%3DBusiness-Enterprise" TargetMode="External"/><Relationship Id="rId11" Type="http://schemas.openxmlformats.org/officeDocument/2006/relationships/hyperlink" Target="https://venturebeat.com/ai/google-adding-gemini-chat-app-to-workspace/" TargetMode="External"/><Relationship Id="rId12" Type="http://schemas.openxmlformats.org/officeDocument/2006/relationships/hyperlink" Target="https://workspace.google.com/solutions/ai/" TargetMode="External"/><Relationship Id="rId13" Type="http://schemas.openxmlformats.org/officeDocument/2006/relationships/hyperlink" Target="https://www.theverge.com/2024/9/24/24252934/google-workspace-gemini-ai-security-assistant" TargetMode="External"/><Relationship Id="rId14" Type="http://schemas.openxmlformats.org/officeDocument/2006/relationships/hyperlink" Target="https://www.revolgy.com/insights/blog/google-gemini-ai-is-now-free-for-workspace-customers" TargetMode="External"/><Relationship Id="rId15" Type="http://schemas.openxmlformats.org/officeDocument/2006/relationships/hyperlink" Target="https://support.google.com/docs/answer/13952129?hl=en&amp;co=DASHER._Family%3DBusiness-Enterprise#zippy" TargetMode="External"/><Relationship Id="rId16" Type="http://schemas.openxmlformats.org/officeDocument/2006/relationships/hyperlink" Target="https://venturebeat.com/ai/google-adding-gemini-chat-app-to-workspace/#:~:text=Google%20is%20adding%20Gemini%20chatbot%20to%20its%20business%20productivity%20suite" TargetMode="External"/><Relationship Id="rId17" Type="http://schemas.openxmlformats.org/officeDocument/2006/relationships/hyperlink" Target="https://workspace.google.com/solutions/ai/#:~:text=To%20get%20Gemini%20for%20Google%20Workspace%2C%20you%20need%20an%20existing%20Workspace%20plan." TargetMode="External"/><Relationship Id="rId18" Type="http://schemas.openxmlformats.org/officeDocument/2006/relationships/hyperlink" Target="https://www.theverge.com/2024/9/24/24252934/google-workspace-gemini-ai-security-assistant#:~:text=Google%20emphasizes%20security%20and%20privacy%20as%20central%20to%20its%20AI%20integration." TargetMode="External"/><Relationship Id="rId19" Type="http://schemas.openxmlformats.org/officeDocument/2006/relationships/hyperlink" Target="https://www.revolgy.com/insights/blog/google-gemini-ai-is-now-free-for-workspace-customers#:~:text=Google%20emphasizes%20security%20and%20privacy%20as%20central%20to%20its%20AI%20integration." TargetMode="External"/><Relationship Id="rId20" Type="http://schemas.openxmlformats.org/officeDocument/2006/relationships/hyperlink" Target="https://workspace.google.com/solutions/ai/#:~:text=Protecting%20the%20privacy%20and%20confidentiality%20of%20your%20data%20is%20our%20top%20priority." TargetMode="External"/><Relationship Id="rId21" Type="http://schemas.openxmlformats.org/officeDocument/2006/relationships/hyperlink" Target="https://www.androidpolice.com/google-is-finally-fixing-one-of-the-most-frustrating-things-about-geminis-ai-image-gen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