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transforms Shopping platform with AI for holiday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announced a major transformation of its Shopping platform, leveraging advanced artificial intelligence (AI) technologies to enhance the user experience just in time for the busy holiday shopping season. This extensive overhaul integrates Google’s vast repository of 45 billion product listings with its latest Gemini AI models, aiming to revolutionize how consumers shop online.</w:t>
      </w:r>
      <w:r/>
    </w:p>
    <w:p>
      <w:r/>
      <w:r>
        <w:t>Unveiled during a press briefing, Lilian Rincon, Vice President of Product at Google Shopping, described the update as the most significant change introduced to Google Shopping to date. Rincon emphasized the use of generative AI and personalisation to address common challenges faced by shoppers. She clarified that Google’s mission remains to act as an essential tool in the shopping journey, rather than functioning as a marketplace or retailer. "We want to be essential for every part of that journey," Rincon said, highlighting Google’s role as an integrative ecosystem in online shopping.</w:t>
      </w:r>
      <w:r/>
    </w:p>
    <w:p>
      <w:r/>
      <w:r>
        <w:t>The new shopping experience is now being rolled out on Google Shopping’s tab for both mobile and desktop users in the United States. Among the key features are AI-powered search summaries, an enhanced personalized shopping feed, and a dedicated deals page aimed at simplifying the discovery of best prices for users.</w:t>
      </w:r>
      <w:r/>
    </w:p>
    <w:p>
      <w:r/>
      <w:r>
        <w:t>The AI-powered shopping summaries are designed to provide concise overviews at the top of search results pages, highlighting key points to consider when purchasing a specific product. This initiative aims to reduce the effort needed to make informed buying decisions, responding to a common complaint among 60% of U.S. consumers about the increased effort required in shopping decisions. Importantly, these summaries will showcase recommended products based on organic criteria like customer reviews and price, as opposed to paid advertising.</w:t>
      </w:r>
      <w:r/>
    </w:p>
    <w:p>
      <w:r/>
      <w:r>
        <w:t>The updated Google Shopping interface also introduces a more personalized feed, displaying products and videos tailored to user preferences and past search behaviours. This adaptation seeks to create a dynamic, interest-driven shopping experience where users can effortlessly continue their product research. Users can personalize their shopping results further by offering feedback on the recommendations and have control over privacy settings regarding personalized results.</w:t>
      </w:r>
      <w:r/>
    </w:p>
    <w:p>
      <w:r/>
      <w:r>
        <w:t>Another feature of the revamped Google Shopping is the expanded price comparison and deal-finding functionalities. Shoppers can now compare prices more comprehensively, gain insightful price analyses, and set up alerts for price changes. A newly introduced Deals section personalizes promotions based on user shopping habits, promising a useful tool during significant shopping events like Black Friday.</w:t>
      </w:r>
      <w:r/>
    </w:p>
    <w:p>
      <w:r/>
      <w:r>
        <w:t>Rincon noted that the landscape of shopping has evolved dramatically over the past two decades, moving from in-store first preferences to a mobile-driven experience, and now towards AI-enhanced convenience. Google aims to remain a pivotal resource in helping consumers navigate this evolving online environment, facilitating over a billion shopping-related searches daily.</w:t>
      </w:r>
      <w:r/>
    </w:p>
    <w:p>
      <w:r/>
      <w:r>
        <w:t>This transformation comes as Google seeks to exploit AI to streamline shopping research, offering an experience that is both informative and less overwhelming for users. The AI-generated features are currently labeled as "experimental," with Google inviting users to provide feedback to refine their system further.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https://www.androidauthority.com/google-shopping-ai-upgrade-3490738/</w:t>
        </w:r>
      </w:hyperlink>
      <w:r>
        <w:t xml:space="preserve"> - Corroborates the major transformation of Google Shopping using AI, including AI-generated briefs, enhanced search tools, and a new Deals page.</w:t>
      </w:r>
      <w:r/>
    </w:p>
    <w:p>
      <w:pPr>
        <w:pStyle w:val="ListNumber"/>
        <w:spacing w:line="240" w:lineRule="auto"/>
        <w:ind w:left="720"/>
      </w:pPr>
      <w:r/>
      <w:hyperlink r:id="rId11">
        <w:r>
          <w:rPr>
            <w:color w:val="0000EE"/>
            <w:u w:val="single"/>
          </w:rPr>
          <w:t>https://www.retailtouchpoints.com/topics/digital-commerce/google-shopping-revamp-leveraging-ai-to-remain-essential-to-peoples-shopping-journeys</w:t>
        </w:r>
      </w:hyperlink>
      <w:r>
        <w:t xml:space="preserve"> - Supports the integration of Google’s 45 billion product listings with Gemini AI models and the significance of the update as described by Lilian Rincon.</w:t>
      </w:r>
      <w:r/>
    </w:p>
    <w:p>
      <w:pPr>
        <w:pStyle w:val="ListNumber"/>
        <w:spacing w:line="240" w:lineRule="auto"/>
        <w:ind w:left="720"/>
      </w:pPr>
      <w:r/>
      <w:hyperlink r:id="rId11">
        <w:r>
          <w:rPr>
            <w:color w:val="0000EE"/>
            <w:u w:val="single"/>
          </w:rPr>
          <w:t>https://www.retailtouchpoints.com/topics/digital-commerce/google-shopping-revamp-leveraging-ai-to-remain-essential-to-peoples-shopping-journeys</w:t>
        </w:r>
      </w:hyperlink>
      <w:r>
        <w:t xml:space="preserve"> - Details Google’s mission to be essential in the shopping journey and its role as an integrative ecosystem rather than a marketplace or retailer.</w:t>
      </w:r>
      <w:r/>
    </w:p>
    <w:p>
      <w:pPr>
        <w:pStyle w:val="ListNumber"/>
        <w:spacing w:line="240" w:lineRule="auto"/>
        <w:ind w:left="720"/>
      </w:pPr>
      <w:r/>
      <w:hyperlink r:id="rId10">
        <w:r>
          <w:rPr>
            <w:color w:val="0000EE"/>
            <w:u w:val="single"/>
          </w:rPr>
          <w:t>https://www.androidauthority.com/google-shopping-ai-upgrade-3490738/</w:t>
        </w:r>
      </w:hyperlink>
      <w:r>
        <w:t xml:space="preserve"> - Confirms the rollout of the new shopping experience on Google Shopping’s tab for both mobile and desktop users in the United States.</w:t>
      </w:r>
      <w:r/>
    </w:p>
    <w:p>
      <w:pPr>
        <w:pStyle w:val="ListNumber"/>
        <w:spacing w:line="240" w:lineRule="auto"/>
        <w:ind w:left="720"/>
      </w:pPr>
      <w:r/>
      <w:hyperlink r:id="rId11">
        <w:r>
          <w:rPr>
            <w:color w:val="0000EE"/>
            <w:u w:val="single"/>
          </w:rPr>
          <w:t>https://www.retailtouchpoints.com/topics/digital-commerce/google-shopping-revamp-leveraging-ai-to-remain-essential-to-peoples-shopping-journeys</w:t>
        </w:r>
      </w:hyperlink>
      <w:r>
        <w:t xml:space="preserve"> - Explains the AI-powered search summaries and their goal to reduce the effort needed for informed buying decisions.</w:t>
      </w:r>
      <w:r/>
    </w:p>
    <w:p>
      <w:pPr>
        <w:pStyle w:val="ListNumber"/>
        <w:spacing w:line="240" w:lineRule="auto"/>
        <w:ind w:left="720"/>
      </w:pPr>
      <w:r/>
      <w:hyperlink r:id="rId11">
        <w:r>
          <w:rPr>
            <w:color w:val="0000EE"/>
            <w:u w:val="single"/>
          </w:rPr>
          <w:t>https://www.retailtouchpoints.com/topics/digital-commerce/google-shopping-revamp-leveraging-ai-to-remain-essential-to-peoples-shopping-journeys</w:t>
        </w:r>
      </w:hyperlink>
      <w:r>
        <w:t xml:space="preserve"> - Describes the enhanced personalized shopping feed and its dynamic, interest-driven shopping experience.</w:t>
      </w:r>
      <w:r/>
    </w:p>
    <w:p>
      <w:pPr>
        <w:pStyle w:val="ListNumber"/>
        <w:spacing w:line="240" w:lineRule="auto"/>
        <w:ind w:left="720"/>
      </w:pPr>
      <w:r/>
      <w:hyperlink r:id="rId10">
        <w:r>
          <w:rPr>
            <w:color w:val="0000EE"/>
            <w:u w:val="single"/>
          </w:rPr>
          <w:t>https://www.androidauthority.com/google-shopping-ai-upgrade-3490738/</w:t>
        </w:r>
      </w:hyperlink>
      <w:r>
        <w:t xml:space="preserve"> - Details the expanded price comparison and deal-finding functionalities, including the new Deals section.</w:t>
      </w:r>
      <w:r/>
    </w:p>
    <w:p>
      <w:pPr>
        <w:pStyle w:val="ListNumber"/>
        <w:spacing w:line="240" w:lineRule="auto"/>
        <w:ind w:left="720"/>
      </w:pPr>
      <w:r/>
      <w:hyperlink r:id="rId11">
        <w:r>
          <w:rPr>
            <w:color w:val="0000EE"/>
            <w:u w:val="single"/>
          </w:rPr>
          <w:t>https://www.retailtouchpoints.com/topics/digital-commerce/google-shopping-revamp-leveraging-ai-to-remain-essential-to-peoples-shopping-journeys</w:t>
        </w:r>
      </w:hyperlink>
      <w:r>
        <w:t xml:space="preserve"> - Discusses the evolution of the shopping landscape and Google’s role in facilitating over a billion shopping-related searches daily.</w:t>
      </w:r>
      <w:r/>
    </w:p>
    <w:p>
      <w:pPr>
        <w:pStyle w:val="ListNumber"/>
        <w:spacing w:line="240" w:lineRule="auto"/>
        <w:ind w:left="720"/>
      </w:pPr>
      <w:r/>
      <w:hyperlink r:id="rId10">
        <w:r>
          <w:rPr>
            <w:color w:val="0000EE"/>
            <w:u w:val="single"/>
          </w:rPr>
          <w:t>https://www.androidauthority.com/google-shopping-ai-upgrade-3490738/</w:t>
        </w:r>
      </w:hyperlink>
      <w:r>
        <w:t xml:space="preserve"> - Mentions the experimental nature of the AI-generated features and the invitation for user feedback.</w:t>
      </w:r>
      <w:r/>
    </w:p>
    <w:p>
      <w:pPr>
        <w:pStyle w:val="ListNumber"/>
        <w:spacing w:line="240" w:lineRule="auto"/>
        <w:ind w:left="720"/>
      </w:pPr>
      <w:r/>
      <w:hyperlink r:id="rId12">
        <w:r>
          <w:rPr>
            <w:color w:val="0000EE"/>
            <w:u w:val="single"/>
          </w:rPr>
          <w:t>https://searchengineland.com/google-new-tools-short-holiday-season-446046</w:t>
        </w:r>
      </w:hyperlink>
      <w:r>
        <w:t xml:space="preserve"> - Provides context on how Google’s new tools, including AI-powered insights, support retailers during the holiday season.</w:t>
      </w:r>
      <w:r/>
    </w:p>
    <w:p>
      <w:pPr>
        <w:pStyle w:val="ListNumber"/>
        <w:spacing w:line="240" w:lineRule="auto"/>
        <w:ind w:left="720"/>
      </w:pPr>
      <w:r/>
      <w:hyperlink r:id="rId13">
        <w:r>
          <w:rPr>
            <w:color w:val="0000EE"/>
            <w:u w:val="single"/>
          </w:rPr>
          <w:t>https://support.google.com/google-ads/answer/15302774?hl=en</w:t>
        </w:r>
      </w:hyperlink>
      <w:r>
        <w:t xml:space="preserve"> - Offers additional insights on how Google AI tools help retailers optimize their campaigns and shopping experiences during the holiday season.</w:t>
      </w:r>
      <w:r/>
    </w:p>
    <w:p>
      <w:pPr>
        <w:pStyle w:val="ListNumber"/>
        <w:spacing w:line="240" w:lineRule="auto"/>
        <w:ind w:left="720"/>
      </w:pPr>
      <w:r/>
      <w:hyperlink r:id="rId11">
        <w:r>
          <w:rPr>
            <w:color w:val="0000EE"/>
            <w:u w:val="single"/>
          </w:rPr>
          <w:t>https://www.retailtouchpoints.com/topics/digital-commerce/google-shopping-revamp-leveraging-ai-to-remain-essential-to-peoples-shopping-journeys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droidauthority.com/google-shopping-ai-upgrade-3490738/" TargetMode="External"/><Relationship Id="rId11" Type="http://schemas.openxmlformats.org/officeDocument/2006/relationships/hyperlink" Target="https://www.retailtouchpoints.com/topics/digital-commerce/google-shopping-revamp-leveraging-ai-to-remain-essential-to-peoples-shopping-journeys" TargetMode="External"/><Relationship Id="rId12" Type="http://schemas.openxmlformats.org/officeDocument/2006/relationships/hyperlink" Target="https://searchengineland.com/google-new-tools-short-holiday-season-446046" TargetMode="External"/><Relationship Id="rId13" Type="http://schemas.openxmlformats.org/officeDocument/2006/relationships/hyperlink" Target="https://support.google.com/google-ads/answer/15302774?hl=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