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is transforming the recruitment landscape for businesses and job seekers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AI technologies into the recruitment processes is reshaping how businesses identify and engage potential candidates, leading to more efficient and precise hiring practices. This technological transformation is not just altering the recruitment landscape for employers but is also significantly impacting job seekers, who have to adapt to the changing dynamics of resume crafting and job applications.</w:t>
      </w:r>
      <w:r/>
    </w:p>
    <w:p>
      <w:r/>
      <w:r>
        <w:t>In recent years, AI has become a fixture within the recruitment industry through various applications, including candidate sourcing, resume screening, and interview scheduling, among others. These advanced tools are capable of generating tailored resumes by extracting information from LinkedIn profiles or other documents, ensuring that the resumes align with specific job descriptions and meet the skill requirements sought by employers.</w:t>
      </w:r>
      <w:r/>
    </w:p>
    <w:p>
      <w:r/>
      <w:r>
        <w:t>For recruiters, AI algorithms are a valuable asset in filtering through extensive piles of resumes. These algorithms identify qualified candidates by searching for pertinent keywords and evaluating data points that match the role's requirements. This automated process not only saves considerable time but also helps in mitigating biases that can arise from subjective human judgment, focusing solely on the qualifications and experience of candidates.</w:t>
      </w:r>
      <w:r/>
    </w:p>
    <w:p>
      <w:r/>
      <w:r>
        <w:t>A notable advantage of AI in recruitment is the acceleration of the hiring process. Traditional recruitment methods, which involve manually reviewing resumes and conducting preliminary screenings, are often fraught with inefficiencies and prone to human error. AI solutions streamline these processes by automating routine tasks. For example, natural language processing (NLP) algorithms categorise and quantify resumes, highlighting relevant experiences and skills pertinent to the job at hand. This ensures that only the most suitable applicants are advanced to the interview phase, enhancing the overall calibre of potential hires.</w:t>
      </w:r>
      <w:r/>
    </w:p>
    <w:p>
      <w:r/>
      <w:r>
        <w:t>In addition to aiding recruiters, AI enhances the candidate's experience by facilitating interactions with AI-powered chatbots. These chatbots provide instant assistance, making the recruitment experience more engaging and user-friendly. They can answer common questions, keep candidates informed about their application status, and even suggest job opportunities based on individual profiles, thereby enriching the candidate engagement process.</w:t>
      </w:r>
      <w:r/>
    </w:p>
    <w:p>
      <w:r/>
      <w:r>
        <w:t>Moreover, candidates benefit from AI platforms that offer insights on resume optimization. These platforms guide job seekers on how their applications are evaluated by AI, allowing them to refine their submissions to maximise visibility and relevance. By utilising AI-generated feedback, candidates can tailor their resumes to highlight key competencies and experiences that are most pertinent to the desired roles.</w:t>
      </w:r>
      <w:r/>
    </w:p>
    <w:p>
      <w:r/>
      <w:r>
        <w:t>As AI technologies continue to integrate into recruitment practices, job seekers must strategize how they present themselves in the job market. This involves aligning their resumes with the language and keywords specified in job descriptions to ensure that AI algorithms can recognise their qualifications effectively. Equally important is maintaining a robust digital presence on professional networks like LinkedIn, as AI systems often draw data from these platforms to match candidates with job opportunities.</w:t>
      </w:r>
      <w:r/>
    </w:p>
    <w:p>
      <w:r/>
      <w:r>
        <w:t>Staying abreast of the latest AI trends and technologies in recruitment is crucial for job seekers aiming to remain competitive. Participating in workshops, online courses, and webinars dedicated to AI in recruitment can equip candidates with an understanding of AI systems and their evaluation criteria. Furthermore, learning to leverage AI tools for crafting and fine-tuning resumes provides an essential competitive advantage.</w:t>
      </w:r>
      <w:r/>
    </w:p>
    <w:p>
      <w:r/>
      <w:r>
        <w:t>As AI continues to redefine recruitment, it brings both opportunities and challenges. Job seekers can greatly benefit by viewing AI as a tool that enhances their employability, rather than a barrier. By understanding and adapting to these technological shifts, candidates can improve their odds of securing desirable roles and successfully navigating the modern job market. AI's role in recruitment promises new dimensions for career development and application processes, providing innovative avenues for candidates to pursue their professional goals.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https://www.techtarget.com/searchhrsoftware/tip/Top-AI-recruiting-tools-and-software-of-2022</w:t>
        </w:r>
      </w:hyperlink>
      <w:r>
        <w:t xml:space="preserve"> - This article supports the integration of AI in recruitment processes, including candidate sourcing, screening, and interview scheduling, and highlights how AI tools streamline these tasks and reduce biases.</w:t>
      </w:r>
      <w:r/>
    </w:p>
    <w:p>
      <w:pPr>
        <w:pStyle w:val="ListNumber"/>
        <w:spacing w:line="240" w:lineRule="auto"/>
        <w:ind w:left="720"/>
      </w:pPr>
      <w:r/>
      <w:hyperlink r:id="rId11">
        <w:r>
          <w:rPr>
            <w:color w:val="0000EE"/>
            <w:u w:val="single"/>
          </w:rPr>
          <w:t>https://www.phenom.com/blog/examples-companies-using-ai-recruiting-platform</w:t>
        </w:r>
      </w:hyperlink>
      <w:r>
        <w:t xml:space="preserve"> - This article provides examples of companies using AI in recruitment, such as Electrolux and Kuehne+Nagel, and how AI improves the candidate experience, streamlines the application process, and enhances the overall hiring efficiency.</w:t>
      </w:r>
      <w:r/>
    </w:p>
    <w:p>
      <w:pPr>
        <w:pStyle w:val="ListNumber"/>
        <w:spacing w:line="240" w:lineRule="auto"/>
        <w:ind w:left="720"/>
      </w:pPr>
      <w:r/>
      <w:hyperlink r:id="rId12">
        <w:r>
          <w:rPr>
            <w:color w:val="0000EE"/>
            <w:u w:val="single"/>
          </w:rPr>
          <w:t>https://www.phenom.com/blog/recruiting-ai-guide</w:t>
        </w:r>
      </w:hyperlink>
      <w:r>
        <w:t xml:space="preserve"> - This guide explains how AI is used in recruitment for tasks like sourcing, screening, and scheduling, and how it personalizes the candidate experience and provides actionable insights for recruiters.</w:t>
      </w:r>
      <w:r/>
    </w:p>
    <w:p>
      <w:pPr>
        <w:pStyle w:val="ListNumber"/>
        <w:spacing w:line="240" w:lineRule="auto"/>
        <w:ind w:left="720"/>
      </w:pPr>
      <w:r/>
      <w:hyperlink r:id="rId13">
        <w:r>
          <w:rPr>
            <w:color w:val="0000EE"/>
            <w:u w:val="single"/>
          </w:rPr>
          <w:t>https://www.sterlingcheck.com/about/news-article/revolutionizing-recruitment-how-hr-technology-and-ai-are-transforming-hiring-practices/</w:t>
        </w:r>
      </w:hyperlink>
      <w:r>
        <w:t xml:space="preserve"> - This article discusses how HR technology and AI are transforming hiring practices by automating background screening, improving identity verification, and enhancing the candidate experience.</w:t>
      </w:r>
      <w:r/>
    </w:p>
    <w:p>
      <w:pPr>
        <w:pStyle w:val="ListNumber"/>
        <w:spacing w:line="240" w:lineRule="auto"/>
        <w:ind w:left="720"/>
      </w:pPr>
      <w:r/>
      <w:hyperlink r:id="rId14">
        <w:r>
          <w:rPr>
            <w:color w:val="0000EE"/>
            <w:u w:val="single"/>
          </w:rPr>
          <w:t>https://infostride.com/how-ai-is-revolutionizing-staffing-and-recruitment/</w:t>
        </w:r>
      </w:hyperlink>
      <w:r>
        <w:t xml:space="preserve"> - This article highlights how AI enhances candidate matching, reduces biases, and improves the candidate experience through personalized communication and automated interactions.</w:t>
      </w:r>
      <w:r/>
    </w:p>
    <w:p>
      <w:pPr>
        <w:pStyle w:val="ListNumber"/>
        <w:spacing w:line="240" w:lineRule="auto"/>
        <w:ind w:left="720"/>
      </w:pPr>
      <w:r/>
      <w:hyperlink r:id="rId10">
        <w:r>
          <w:rPr>
            <w:color w:val="0000EE"/>
            <w:u w:val="single"/>
          </w:rPr>
          <w:t>https://www.techtarget.com/searchhrsoftware/tip/Top-AI-recruiting-tools-and-software-of-2022</w:t>
        </w:r>
      </w:hyperlink>
      <w:r>
        <w:t xml:space="preserve"> - This article explains how AI algorithms filter through resumes, identify qualified candidates, and mitigate biases, which accelerates the hiring process and improves its precision.</w:t>
      </w:r>
      <w:r/>
    </w:p>
    <w:p>
      <w:pPr>
        <w:pStyle w:val="ListNumber"/>
        <w:spacing w:line="240" w:lineRule="auto"/>
        <w:ind w:left="720"/>
      </w:pPr>
      <w:r/>
      <w:hyperlink r:id="rId12">
        <w:r>
          <w:rPr>
            <w:color w:val="0000EE"/>
            <w:u w:val="single"/>
          </w:rPr>
          <w:t>https://www.phenom.com/blog/recruiting-ai-guide</w:t>
        </w:r>
      </w:hyperlink>
      <w:r>
        <w:t xml:space="preserve"> - This guide details how AI-powered chatbots facilitate interactions with candidates, answer questions, and suggest job opportunities, enriching the candidate engagement process.</w:t>
      </w:r>
      <w:r/>
    </w:p>
    <w:p>
      <w:pPr>
        <w:pStyle w:val="ListNumber"/>
        <w:spacing w:line="240" w:lineRule="auto"/>
        <w:ind w:left="720"/>
      </w:pPr>
      <w:r/>
      <w:hyperlink r:id="rId14">
        <w:r>
          <w:rPr>
            <w:color w:val="0000EE"/>
            <w:u w:val="single"/>
          </w:rPr>
          <w:t>https://infostride.com/how-ai-is-revolutionizing-staffing-and-recruitment/</w:t>
        </w:r>
      </w:hyperlink>
      <w:r>
        <w:t xml:space="preserve"> - This article discusses how AI platforms provide insights on resume optimization, helping candidates refine their submissions to maximize visibility and relevance.</w:t>
      </w:r>
      <w:r/>
    </w:p>
    <w:p>
      <w:pPr>
        <w:pStyle w:val="ListNumber"/>
        <w:spacing w:line="240" w:lineRule="auto"/>
        <w:ind w:left="720"/>
      </w:pPr>
      <w:r/>
      <w:hyperlink r:id="rId11">
        <w:r>
          <w:rPr>
            <w:color w:val="0000EE"/>
            <w:u w:val="single"/>
          </w:rPr>
          <w:t>https://www.phenom.com/blog/examples-companies-using-ai-recruiting-platform</w:t>
        </w:r>
      </w:hyperlink>
      <w:r>
        <w:t xml:space="preserve"> - This article illustrates the importance of aligning resumes with job descriptions and maintaining a robust digital presence, as seen in the examples of companies successfully using AI in recruitment.</w:t>
      </w:r>
      <w:r/>
    </w:p>
    <w:p>
      <w:pPr>
        <w:pStyle w:val="ListNumber"/>
        <w:spacing w:line="240" w:lineRule="auto"/>
        <w:ind w:left="720"/>
      </w:pPr>
      <w:r/>
      <w:hyperlink r:id="rId12">
        <w:r>
          <w:rPr>
            <w:color w:val="0000EE"/>
            <w:u w:val="single"/>
          </w:rPr>
          <w:t>https://www.phenom.com/blog/recruiting-ai-guide</w:t>
        </w:r>
      </w:hyperlink>
      <w:r>
        <w:t xml:space="preserve"> - This guide emphasizes the need for job seekers to stay updated with AI trends and technologies in recruitment, and how participating in workshops and using AI tools can provide a competitive advantage.</w:t>
      </w:r>
      <w:r/>
    </w:p>
    <w:p>
      <w:pPr>
        <w:pStyle w:val="ListNumber"/>
        <w:spacing w:line="240" w:lineRule="auto"/>
        <w:ind w:left="720"/>
      </w:pPr>
      <w:r/>
      <w:hyperlink r:id="rId13">
        <w:r>
          <w:rPr>
            <w:color w:val="0000EE"/>
            <w:u w:val="single"/>
          </w:rPr>
          <w:t>https://www.sterlingcheck.com/about/news-article/revolutionizing-recruitment-how-hr-technology-and-ai-are-transforming-hiring-practices/</w:t>
        </w:r>
      </w:hyperlink>
      <w:r>
        <w:t xml:space="preserve"> - This article discusses the challenges and opportunities of AI in recruitment, including the need for careful evaluation of AI capabilities and ensuring compliance with regulatory requirements.</w:t>
      </w:r>
      <w:r/>
    </w:p>
    <w:p>
      <w:pPr>
        <w:pStyle w:val="ListNumber"/>
        <w:spacing w:line="240" w:lineRule="auto"/>
        <w:ind w:left="720"/>
      </w:pPr>
      <w:r/>
      <w:hyperlink r:id="rId15">
        <w:r>
          <w:rPr>
            <w:color w:val="0000EE"/>
            <w:u w:val="single"/>
          </w:rPr>
          <w:t>https://www.europeanbusinessreview.com/how-ai-is-revolutionizing-business-recruitment-and-what-that-means-for-your-resume/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target.com/searchhrsoftware/tip/Top-AI-recruiting-tools-and-software-of-2022" TargetMode="External"/><Relationship Id="rId11" Type="http://schemas.openxmlformats.org/officeDocument/2006/relationships/hyperlink" Target="https://www.phenom.com/blog/examples-companies-using-ai-recruiting-platform" TargetMode="External"/><Relationship Id="rId12" Type="http://schemas.openxmlformats.org/officeDocument/2006/relationships/hyperlink" Target="https://www.phenom.com/blog/recruiting-ai-guide" TargetMode="External"/><Relationship Id="rId13" Type="http://schemas.openxmlformats.org/officeDocument/2006/relationships/hyperlink" Target="https://www.sterlingcheck.com/about/news-article/revolutionizing-recruitment-how-hr-technology-and-ai-are-transforming-hiring-practices/" TargetMode="External"/><Relationship Id="rId14" Type="http://schemas.openxmlformats.org/officeDocument/2006/relationships/hyperlink" Target="https://infostride.com/how-ai-is-revolutionizing-staffing-and-recruitment/" TargetMode="External"/><Relationship Id="rId15" Type="http://schemas.openxmlformats.org/officeDocument/2006/relationships/hyperlink" Target="https://www.europeanbusinessreview.com/how-ai-is-revolutionizing-business-recruitment-and-what-that-means-for-your-resu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