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Imogen Heap launches AI assistant Mogen to enhance music creativity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Imogen Heap, renowned for her innovative musical talents and contributions to the music industry, is once again pushing the boundaries of creativity with her latest project: an AI assistant named Mogen. This new venture aims to encapsulate Heap's artistic essence and offer her fans, known as the "Heapsters," an opportunity to interact with her digital persona.</w:t>
      </w:r>
      <w:r/>
    </w:p>
    <w:p>
      <w:r/>
      <w:r>
        <w:t>Heap, who resides in Havering near London, has always been at the forefront of integrating technology with music. Her distinctive use of the vocoder, demonstrated in albums like "Speak for Yourself" (2005) and "Ellipse" (2009), has influenced a lineage of contemporary artists including Ariana Grande and Billie Eilish. Heap was also the first woman to receive a Grammy for engineering in 2010, setting a precedent for female engineers in the music industry.</w:t>
      </w:r>
      <w:r/>
    </w:p>
    <w:p>
      <w:r/>
      <w:r>
        <w:t>The AI, named Mogen, initially started as a premium feature within Heap's fan app, designed to provide insights into her life and thoughts. However, Heap envisions it evolving into a multifaceted tool that could assist in live performances by processing fan suggestions and augmenting the atmosphere with real-time data. Mogen could potentially become a live collaborator, reshaping performances into hyperreal experiences by leveraging biometric and atmospheric data to enhance creativity on stage.</w:t>
      </w:r>
      <w:r/>
    </w:p>
    <w:p>
      <w:r/>
      <w:r>
        <w:t>Heap's journey into AI and her dedication to this new project were influenced by personal revelations, including a diagnosis of ADHD and the profound impact of her sister's passing during the pandemic. This led her to explore the concept of presence, focusing on technology as both a problem and solution within the creative process. Heap's interest in tools like the Wim Hof breathing method further illustrates her pursuit of mindfulness and presence, key themes in her current artistic narrative.</w:t>
      </w:r>
      <w:r/>
    </w:p>
    <w:p>
      <w:r/>
      <w:r>
        <w:t>Heap's vision for the future sees the integration of AI as a facilitator of more meaningful, creative collaborations, enabling artists and audiences to engage in a mutually beneficial relationship. Her project, "The Living Song," aims to redefine how music is shared and consumed, emphasising ethical and compensated collaboration among artists, AI, and fans. The first part of this musical endeavour, "What Have You Done to Me," is scheduled to release at the end of October, allowing fans to interact with Mogen and explore new realms of musical creation.</w:t>
      </w:r>
      <w:r/>
    </w:p>
    <w:p>
      <w:r/>
      <w:r>
        <w:t>Amidst this technological evolution, Heap acknowledges the potential challenges and ethical considerations surrounding AI's role in music. She counters the narrative of fear often associated with AI, advocating instead for a future where technology can foster connections beyond commercial interests. Yet, she remains aware of the debates around data use and rights, especially given her own experiences with uncredited sampling of her music.</w:t>
      </w:r>
      <w:r/>
    </w:p>
    <w:p>
      <w:r/>
      <w:r>
        <w:t>Heap's project seeks to pave a new path for music creation and consumption, emphasising transparency and the artist's autonomy in utilising technology to enhance their work. Her ambition is to establish a framework where songs themselves are treated as dynamic entities that can self-direct interactions and collaborations, thus circumventing common tensions between artists and AI services.</w:t>
      </w:r>
      <w:r/>
    </w:p>
    <w:p>
      <w:r/>
      <w:r>
        <w:t>As Imogen Heap continues to innovate, her work with Mogen exemplifies a blend of artistry and technology that challenges traditional music industry paradigms. While her latest projects push technological boundaries, the underlying focus remains on fostering creativity and meaningful connections within the musical landscape. Through her pioneering efforts, Heap demonstrates a commitment to not only evolving her music but also reshaping the broader discourse on the intersection of artistry and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https://www.theguardian.com/music/2024/oct/16/im-empowering-my-song-to-go-and-make-love-with-different-people-imogen-heap-on-how-her-ai-twin-will-rewrite-pop</w:t>
        </w:r>
      </w:hyperlink>
      <w:r>
        <w:t xml:space="preserve"> - Corroborates Imogen Heap's work on the AI assistant Mogen, its evolution, and its potential to assist in live performances.</w:t>
      </w:r>
      <w:r/>
    </w:p>
    <w:p>
      <w:pPr>
        <w:pStyle w:val="ListNumber"/>
        <w:spacing w:line="240" w:lineRule="auto"/>
        <w:ind w:left="720"/>
      </w:pPr>
      <w:r/>
      <w:hyperlink r:id="rId10">
        <w:r>
          <w:rPr>
            <w:color w:val="0000EE"/>
            <w:u w:val="single"/>
          </w:rPr>
          <w:t>https://www.theguardian.com/music/2024/oct/16/im-empowering-my-song-to-go-and-make-love-with-different-people-imogen-heap-on-how-her-ai-twin-will-rewrite-pop</w:t>
        </w:r>
      </w:hyperlink>
      <w:r>
        <w:t xml:space="preserve"> - Details Heap's influence on contemporary artists like Ariana Grande and Billie Eilish, and her use of the vocoder.</w:t>
      </w:r>
      <w:r/>
    </w:p>
    <w:p>
      <w:pPr>
        <w:pStyle w:val="ListNumber"/>
        <w:spacing w:line="240" w:lineRule="auto"/>
        <w:ind w:left="720"/>
      </w:pPr>
      <w:r/>
      <w:hyperlink r:id="rId10">
        <w:r>
          <w:rPr>
            <w:color w:val="0000EE"/>
            <w:u w:val="single"/>
          </w:rPr>
          <w:t>https://www.theguardian.com/music/2024/oct/16/im-empowering-my-song-to-go-and-make-love-with-different-people-imogen-heap-on-how-her-ai-twin-will-rewrite-pop</w:t>
        </w:r>
      </w:hyperlink>
      <w:r>
        <w:t xml:space="preserve"> - Mentions Heap as the first female recipient of a Grammy for engineering in 2010.</w:t>
      </w:r>
      <w:r/>
    </w:p>
    <w:p>
      <w:pPr>
        <w:pStyle w:val="ListNumber"/>
        <w:spacing w:line="240" w:lineRule="auto"/>
        <w:ind w:left="720"/>
      </w:pPr>
      <w:r/>
      <w:hyperlink r:id="rId10">
        <w:r>
          <w:rPr>
            <w:color w:val="0000EE"/>
            <w:u w:val="single"/>
          </w:rPr>
          <w:t>https://www.theguardian.com/music/2024/oct/16/im-empowering-my-song-to-go-and-make-love-with-different-people-imogen-heap-on-how-her-ai-twin-will-rewrite-pop</w:t>
        </w:r>
      </w:hyperlink>
      <w:r>
        <w:t xml:space="preserve"> - Explains the initial purpose of Mogen within Heap's fan app and its future potential as a live collaborator.</w:t>
      </w:r>
      <w:r/>
    </w:p>
    <w:p>
      <w:pPr>
        <w:pStyle w:val="ListNumber"/>
        <w:spacing w:line="240" w:lineRule="auto"/>
        <w:ind w:left="720"/>
      </w:pPr>
      <w:r/>
      <w:hyperlink r:id="rId10">
        <w:r>
          <w:rPr>
            <w:color w:val="0000EE"/>
            <w:u w:val="single"/>
          </w:rPr>
          <w:t>https://www.theguardian.com/music/2024/oct/16/im-empowering-my-song-to-go-and-make-love-with-different-people-imogen-heap-on-how-her-ai-twin-will-rewrite-pop</w:t>
        </w:r>
      </w:hyperlink>
      <w:r>
        <w:t xml:space="preserve"> - Discusses Heap's vision for 'The Living Song' and the release of 'What Have You Done to Me'.</w:t>
      </w:r>
      <w:r/>
    </w:p>
    <w:p>
      <w:pPr>
        <w:pStyle w:val="ListNumber"/>
        <w:spacing w:line="240" w:lineRule="auto"/>
        <w:ind w:left="720"/>
      </w:pPr>
      <w:r/>
      <w:hyperlink r:id="rId11">
        <w:r>
          <w:rPr>
            <w:color w:val="0000EE"/>
            <w:u w:val="single"/>
          </w:rPr>
          <w:t>https://www.musicradar.com/news/imogen-heap-interview</w:t>
        </w:r>
      </w:hyperlink>
      <w:r>
        <w:t xml:space="preserve"> - Details the development of Mogen and its role in Heap's music-making process, including its use in remixes and future plans.</w:t>
      </w:r>
      <w:r/>
    </w:p>
    <w:p>
      <w:pPr>
        <w:pStyle w:val="ListNumber"/>
        <w:spacing w:line="240" w:lineRule="auto"/>
        <w:ind w:left="720"/>
      </w:pPr>
      <w:r/>
      <w:hyperlink r:id="rId11">
        <w:r>
          <w:rPr>
            <w:color w:val="0000EE"/>
            <w:u w:val="single"/>
          </w:rPr>
          <w:t>https://www.musicradar.com/news/imogen-heap-interview</w:t>
        </w:r>
      </w:hyperlink>
      <w:r>
        <w:t xml:space="preserve"> - Explains Heap's integration of AI into her music and her long-standing interest in technological innovation.</w:t>
      </w:r>
      <w:r/>
    </w:p>
    <w:p>
      <w:pPr>
        <w:pStyle w:val="ListNumber"/>
        <w:spacing w:line="240" w:lineRule="auto"/>
        <w:ind w:left="720"/>
      </w:pPr>
      <w:r/>
      <w:hyperlink r:id="rId12">
        <w:r>
          <w:rPr>
            <w:color w:val="0000EE"/>
            <w:u w:val="single"/>
          </w:rPr>
          <w:t>https://imogenheap.com</w:t>
        </w:r>
      </w:hyperlink>
      <w:r>
        <w:t xml:space="preserve"> - Provides information on Heap's various projects, including the MiMU gloves, The Creative Passport, and her independent label Megaphonic Records.</w:t>
      </w:r>
      <w:r/>
    </w:p>
    <w:p>
      <w:pPr>
        <w:pStyle w:val="ListNumber"/>
        <w:spacing w:line="240" w:lineRule="auto"/>
        <w:ind w:left="720"/>
      </w:pPr>
      <w:r/>
      <w:hyperlink r:id="rId10">
        <w:r>
          <w:rPr>
            <w:color w:val="0000EE"/>
            <w:u w:val="single"/>
          </w:rPr>
          <w:t>https://www.theguardian.com/music/2024/oct/16/im-empowering-my-song-to-go-and-make-love-with-different-people-imogen-heap-on-how-her-ai-twin-will-rewrite-pop</w:t>
        </w:r>
      </w:hyperlink>
      <w:r>
        <w:t xml:space="preserve"> - Addresses the ethical considerations and debates around AI's role in music, including data use and rights.</w:t>
      </w:r>
      <w:r/>
    </w:p>
    <w:p>
      <w:pPr>
        <w:pStyle w:val="ListNumber"/>
        <w:spacing w:line="240" w:lineRule="auto"/>
        <w:ind w:left="720"/>
      </w:pPr>
      <w:r/>
      <w:hyperlink r:id="rId13">
        <w:r>
          <w:rPr>
            <w:color w:val="0000EE"/>
            <w:u w:val="single"/>
          </w:rPr>
          <w:t>https://www.youtube.com/watch?v=w1YSobDf2Uo</w:t>
        </w:r>
      </w:hyperlink>
      <w:r>
        <w:t xml:space="preserve"> - Discusses Heap's vision for AI in music, including its potential in live performances and the metaverse.</w:t>
      </w:r>
      <w:r/>
    </w:p>
    <w:p>
      <w:pPr>
        <w:pStyle w:val="ListNumber"/>
        <w:spacing w:line="240" w:lineRule="auto"/>
        <w:ind w:left="720"/>
      </w:pPr>
      <w:r/>
      <w:hyperlink r:id="rId11">
        <w:r>
          <w:rPr>
            <w:color w:val="0000EE"/>
            <w:u w:val="single"/>
          </w:rPr>
          <w:t>https://www.musicradar.com/news/imogen-heap-interview</w:t>
        </w:r>
      </w:hyperlink>
      <w:r>
        <w:t xml:space="preserve"> - Highlights Heap's commitment to transparency and artist autonomy in using technology to enhance her work.</w:t>
      </w:r>
      <w:r/>
    </w:p>
    <w:p>
      <w:pPr>
        <w:pStyle w:val="ListNumber"/>
        <w:spacing w:line="240" w:lineRule="auto"/>
        <w:ind w:left="720"/>
      </w:pPr>
      <w:r/>
      <w:hyperlink r:id="rId10">
        <w:r>
          <w:rPr>
            <w:color w:val="0000EE"/>
            <w:u w:val="single"/>
          </w:rPr>
          <w:t>https://www.theguardian.com/music/2024/oct/16/im-empowering-my-song-to-go-and-make-love-with-different-people-imogen-heap-on-how-her-ai-twin-will-rewrite-pop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uardian.com/music/2024/oct/16/im-empowering-my-song-to-go-and-make-love-with-different-people-imogen-heap-on-how-her-ai-twin-will-rewrite-pop" TargetMode="External"/><Relationship Id="rId11" Type="http://schemas.openxmlformats.org/officeDocument/2006/relationships/hyperlink" Target="https://www.musicradar.com/news/imogen-heap-interview" TargetMode="External"/><Relationship Id="rId12" Type="http://schemas.openxmlformats.org/officeDocument/2006/relationships/hyperlink" Target="https://imogenheap.com" TargetMode="External"/><Relationship Id="rId13" Type="http://schemas.openxmlformats.org/officeDocument/2006/relationships/hyperlink" Target="https://www.youtube.com/watch?v=w1YSobDf2U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