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launches AI-optimised ThinkSmart Core Gen 2 for enhanced video conferencing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remote and hybrid work models are increasingly prominent, Lenovo has unveiled its latest technological innovation aimed at enhancing the landscape of video conferencing and collaboration. The company's new product, the ThinkSmart Core Gen 2, is a highly anticipated AI-optimised computing device designed to boost productivity and collaboration in various meeting spaces. The announcement was made in line with Lenovo’s ongoing commitment to revolutionising smart meeting technology.</w:t>
      </w:r>
      <w:r/>
    </w:p>
    <w:p>
      <w:r/>
      <w:r>
        <w:t>The ThinkSmart Core Gen 2 is distinguished by its cutting-edge incorporation of the Intel Core Ultra processor and an integrated Neural Processing Unit (NPU). This combination is tailored specifically to tackle AI-intensive tasks prevalent in modern meeting rooms. By utilising these advanced components, the ThinkSmart Core Gen 2 aims to deliver robust performance that ensures seamless collaboration while maintaining high levels of security and usability. Lenovo emphasises that the device can seamlessly fit into meeting rooms of any size or configuration, efficiently managing hefty AI workloads.</w:t>
      </w:r>
      <w:r/>
    </w:p>
    <w:p>
      <w:r/>
      <w:r>
        <w:t>Shannon MacKay, who serves as the General Manager of Worldwide Smart Collaboration Business at Lenovo, highlighted the advancements embodied by the ThinkSmart Core Gen 2. "Smart collaboration technology continues to advance rapidly with the introduction of AI-enabled features," she stated, underscoring the rising demand among customers for more computational power and adaptable solutions that can withstand future technological shifts.</w:t>
      </w:r>
      <w:r/>
    </w:p>
    <w:p>
      <w:r/>
      <w:r>
        <w:t>Scheduled for market availability by the end of 2024, the ThinkSmart Core Gen 2 + Controller will start at $2,900. For those seeking a comprehensive out-of-the-box solution, the ThinkSmart Core Gen 2 Full Room Kit is available. This package features the artificial intelligence-enabled ThinkSmart Bar 180, which provides intelligent speaker functionalities. Lenovo assures easy installation and an abundance of ports to facilitate quick connections to a variety of devices.</w:t>
      </w:r>
      <w:r/>
    </w:p>
    <w:p>
      <w:r/>
      <w:r>
        <w:t>Underpinning the ThinkSmart Core Gen 2 is the trusted Intel vPro platform, which provides advanced hardware-based security and is complemented by Windows 11 automatic security updates. The device’s efficiency is augmented by its NPU architecture, which optimises compute tasks and data transfer while enjoying a 40% reduction in power consumption. Designed with quiet, fanless operation and versatile cable management, the ThinkSmart Core Gen 2 supports popular platforms such as Microsoft Teams Rooms and Zoom Rooms. It features AI-driven enhancements like intelligent participant framing, voice detection, and meeting summaries.</w:t>
      </w:r>
      <w:r/>
    </w:p>
    <w:p>
      <w:r/>
      <w:r>
        <w:t>The innovations surrounding this product launch fit within Lenovo’s broader strategic vision for 2024, which centres on leadership in AI. This direction was further highlighted in July when Lenovo appointed Dr Tolga Kurtoglu as its new Chief Technology Officer. Dr Kurtoglu has been tasked with driving Lenovo's AI and emerging technology ventures following Dr Yong Rui's seven-year tenure as the previous CTO. Dr Rui now leads Lenovo’s Emerging Technology Group, which is focused on identifying trends and fostering future business expansions.</w:t>
      </w:r>
      <w:r/>
    </w:p>
    <w:p>
      <w:r/>
      <w:r>
        <w:t>Earlier in the year, Lenovo expanded its ThinkSmart portfolio, introducing the ThinkSmart Tiny Kit and ThinkPad Universal USB-C Smart Dock – ThinkSmart Edition. These developments continue to support businesses seeking to upgrade their meeting spaces to smart meeting rooms. In collaboration with Lightware, another technological enhancement introduced in June was designed to refine Microsoft Teams Rooms, integrating Lightware’s Taurus devices and LARA control software with Lenovo’s ThinkSmart solutions. These efforts underscore Lenovo's commitment to advancing collaboration technology, setting new standards for integration and functionality across modern meeting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https://news.lenovo.com/pressroom/press-releases/smarter-ai-for-all-comprehensive-devices-solutions-concepts-tech-world-2024/</w:t>
        </w:r>
      </w:hyperlink>
      <w:r>
        <w:t xml:space="preserve"> - Corroborates the announcement of Lenovo's ThinkSmart Core Gen 2 and its integration with AI technology for enhanced collaboration.</w:t>
      </w:r>
      <w:r/>
    </w:p>
    <w:p>
      <w:pPr>
        <w:pStyle w:val="ListNumber"/>
        <w:spacing w:line="240" w:lineRule="auto"/>
        <w:ind w:left="720"/>
      </w:pPr>
      <w:r/>
      <w:hyperlink r:id="rId11">
        <w:r>
          <w:rPr>
            <w:color w:val="0000EE"/>
            <w:u w:val="single"/>
          </w:rPr>
          <w:t>https://www.techzine.eu/news/collaboration/125307/lenovo-introduces-thinksmart-core-gen-2-for-ai-optimized-meeting-rooms/</w:t>
        </w:r>
      </w:hyperlink>
      <w:r>
        <w:t xml:space="preserve"> - Details the ThinkSmart Core Gen 2's use of the Intel Core Ultra processor and integrated NPU for AI-intensive tasks.</w:t>
      </w:r>
      <w:r/>
    </w:p>
    <w:p>
      <w:pPr>
        <w:pStyle w:val="ListNumber"/>
        <w:spacing w:line="240" w:lineRule="auto"/>
        <w:ind w:left="720"/>
      </w:pPr>
      <w:r/>
      <w:hyperlink r:id="rId12">
        <w:r>
          <w:rPr>
            <w:color w:val="0000EE"/>
            <w:u w:val="single"/>
          </w:rPr>
          <w:t>https://betanews.com/2024/10/14/lenovo-unveils-thinksmart-core-gen-2-its-windows-11-iot-powered-ai-video-conferencing-solution/</w:t>
        </w:r>
      </w:hyperlink>
      <w:r>
        <w:t xml:space="preserve"> - Provides information on the ThinkSmart Core Gen 2's AI-optimized features and support for Microsoft Teams Rooms and Zoom Rooms.</w:t>
      </w:r>
      <w:r/>
    </w:p>
    <w:p>
      <w:pPr>
        <w:pStyle w:val="ListNumber"/>
        <w:spacing w:line="240" w:lineRule="auto"/>
        <w:ind w:left="720"/>
      </w:pPr>
      <w:r/>
      <w:hyperlink r:id="rId13">
        <w:r>
          <w:rPr>
            <w:color w:val="0000EE"/>
            <w:u w:val="single"/>
          </w:rPr>
          <w:t>https://www.aibase.com/news/12366</w:t>
        </w:r>
      </w:hyperlink>
      <w:r>
        <w:t xml:space="preserve"> - Explains the AI-driven enhancements, such as intelligent framing and meeting summaries, and the device's energy efficiency.</w:t>
      </w:r>
      <w:r/>
    </w:p>
    <w:p>
      <w:pPr>
        <w:pStyle w:val="ListNumber"/>
        <w:spacing w:line="240" w:lineRule="auto"/>
        <w:ind w:left="720"/>
      </w:pPr>
      <w:r/>
      <w:hyperlink r:id="rId14">
        <w:r>
          <w:rPr>
            <w:color w:val="0000EE"/>
            <w:u w:val="single"/>
          </w:rPr>
          <w:t>https://news.lenovo.com/pressroom/press-releases/lenovo-introduces-thinksmart-core-gen-2-to-future-proof-ai-optimized-meeting-spaces/</w:t>
        </w:r>
      </w:hyperlink>
      <w:r>
        <w:t xml:space="preserve"> - Describes the ThinkSmart Core Gen 2's performance, security features, and compatibility with various room configurations.</w:t>
      </w:r>
      <w:r/>
    </w:p>
    <w:p>
      <w:pPr>
        <w:pStyle w:val="ListNumber"/>
        <w:spacing w:line="240" w:lineRule="auto"/>
        <w:ind w:left="720"/>
      </w:pPr>
      <w:r/>
      <w:hyperlink r:id="rId10">
        <w:r>
          <w:rPr>
            <w:color w:val="0000EE"/>
            <w:u w:val="single"/>
          </w:rPr>
          <w:t>https://news.lenovo.com/pressroom/press-releases/smarter-ai-for-all-comprehensive-devices-solutions-concepts-tech-world-2024/</w:t>
        </w:r>
      </w:hyperlink>
      <w:r>
        <w:t xml:space="preserve"> - Mentions the ThinkSmart Core Gen 2 Full Room Kit and the intelligent ThinkSmart Bar 180 speaker.</w:t>
      </w:r>
      <w:r/>
    </w:p>
    <w:p>
      <w:pPr>
        <w:pStyle w:val="ListNumber"/>
        <w:spacing w:line="240" w:lineRule="auto"/>
        <w:ind w:left="720"/>
      </w:pPr>
      <w:r/>
      <w:hyperlink r:id="rId11">
        <w:r>
          <w:rPr>
            <w:color w:val="0000EE"/>
            <w:u w:val="single"/>
          </w:rPr>
          <w:t>https://www.techzine.eu/news/collaboration/125307/lenovo-introduces-thinksmart-core-gen-2-for-ai-optimized-meeting-rooms/</w:t>
        </w:r>
      </w:hyperlink>
      <w:r>
        <w:t xml:space="preserve"> - Details the pricing and availability of the ThinkSmart Core Gen 2, starting at $2,900.</w:t>
      </w:r>
      <w:r/>
    </w:p>
    <w:p>
      <w:pPr>
        <w:pStyle w:val="ListNumber"/>
        <w:spacing w:line="240" w:lineRule="auto"/>
        <w:ind w:left="720"/>
      </w:pPr>
      <w:r/>
      <w:hyperlink r:id="rId12">
        <w:r>
          <w:rPr>
            <w:color w:val="0000EE"/>
            <w:u w:val="single"/>
          </w:rPr>
          <w:t>https://betanews.com/2024/10/14/lenovo-unveils-thinksmart-core-gen-2-its-windows-11-iot-powered-ai-video-conferencing-solution/</w:t>
        </w:r>
      </w:hyperlink>
      <w:r>
        <w:t xml:space="preserve"> - Highlights the device's integration with the Intel vPro platform and Windows 11 automatic security updates.</w:t>
      </w:r>
      <w:r/>
    </w:p>
    <w:p>
      <w:pPr>
        <w:pStyle w:val="ListNumber"/>
        <w:spacing w:line="240" w:lineRule="auto"/>
        <w:ind w:left="720"/>
      </w:pPr>
      <w:r/>
      <w:hyperlink r:id="rId13">
        <w:r>
          <w:rPr>
            <w:color w:val="0000EE"/>
            <w:u w:val="single"/>
          </w:rPr>
          <w:t>https://www.aibase.com/news/12366</w:t>
        </w:r>
      </w:hyperlink>
      <w:r>
        <w:t xml:space="preserve"> - Explains the quiet, fanless operation and versatile cable management of the ThinkSmart Core Gen 2.</w:t>
      </w:r>
      <w:r/>
    </w:p>
    <w:p>
      <w:pPr>
        <w:pStyle w:val="ListNumber"/>
        <w:spacing w:line="240" w:lineRule="auto"/>
        <w:ind w:left="720"/>
      </w:pPr>
      <w:r/>
      <w:hyperlink r:id="rId14">
        <w:r>
          <w:rPr>
            <w:color w:val="0000EE"/>
            <w:u w:val="single"/>
          </w:rPr>
          <w:t>https://news.lenovo.com/pressroom/press-releases/lenovo-introduces-thinksmart-core-gen-2-to-future-proof-ai-optimized-meeting-spaces/</w:t>
        </w:r>
      </w:hyperlink>
      <w:r>
        <w:t xml:space="preserve"> - Discusses Lenovo's broader strategic vision for 2024, focusing on leadership in AI and the appointment of Dr. Tolga Kurtoglu as CTO.</w:t>
      </w:r>
      <w:r/>
    </w:p>
    <w:p>
      <w:pPr>
        <w:pStyle w:val="ListNumber"/>
        <w:spacing w:line="240" w:lineRule="auto"/>
        <w:ind w:left="720"/>
      </w:pPr>
      <w:r/>
      <w:hyperlink r:id="rId12">
        <w:r>
          <w:rPr>
            <w:color w:val="0000EE"/>
            <w:u w:val="single"/>
          </w:rPr>
          <w:t>https://betanews.com/2024/10/14/lenovo-unveils-thinksmart-core-gen-2-its-windows-11-iot-powered-ai-video-conferencing-solution/</w:t>
        </w:r>
      </w:hyperlink>
      <w:r>
        <w:t xml:space="preserve"> - Mentions Lenovo's commitment to advancing collaboration technology, including the introduction of the ThinkSmart Tiny Kit and ThinkPad Universal USB-C Smart Dock.</w:t>
      </w:r>
      <w:r/>
    </w:p>
    <w:p>
      <w:pPr>
        <w:pStyle w:val="ListNumber"/>
        <w:spacing w:line="240" w:lineRule="auto"/>
        <w:ind w:left="720"/>
      </w:pPr>
      <w:r/>
      <w:hyperlink r:id="rId15">
        <w:r>
          <w:rPr>
            <w:color w:val="0000EE"/>
            <w:u w:val="single"/>
          </w:rPr>
          <w:t>https://www.uctoday.com/meeting-rooms-and-devices/lenovo-unveils-thinksmart-core-gen-2-for-ai-powered-meeting-spaces/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lenovo.com/pressroom/press-releases/smarter-ai-for-all-comprehensive-devices-solutions-concepts-tech-world-2024/" TargetMode="External"/><Relationship Id="rId11" Type="http://schemas.openxmlformats.org/officeDocument/2006/relationships/hyperlink" Target="https://www.techzine.eu/news/collaboration/125307/lenovo-introduces-thinksmart-core-gen-2-for-ai-optimized-meeting-rooms/" TargetMode="External"/><Relationship Id="rId12" Type="http://schemas.openxmlformats.org/officeDocument/2006/relationships/hyperlink" Target="https://betanews.com/2024/10/14/lenovo-unveils-thinksmart-core-gen-2-its-windows-11-iot-powered-ai-video-conferencing-solution/" TargetMode="External"/><Relationship Id="rId13" Type="http://schemas.openxmlformats.org/officeDocument/2006/relationships/hyperlink" Target="https://www.aibase.com/news/12366" TargetMode="External"/><Relationship Id="rId14" Type="http://schemas.openxmlformats.org/officeDocument/2006/relationships/hyperlink" Target="https://news.lenovo.com/pressroom/press-releases/lenovo-introduces-thinksmart-core-gen-2-to-future-proof-ai-optimized-meeting-spaces/" TargetMode="External"/><Relationship Id="rId15" Type="http://schemas.openxmlformats.org/officeDocument/2006/relationships/hyperlink" Target="https://www.uctoday.com/meeting-rooms-and-devices/lenovo-unveils-thinksmart-core-gen-2-for-ai-powered-meeting-spa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