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and Adobe push the boundaries of AI in digital creativity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where technology is constantly evolving, Microsoft's and Adobe's latest advancements in artificial intelligence (AI) are transforming the way users interact with photo editing and digital design tools. Earlier this year, Microsoft upgraded its Windows Photos app with new AI-powered features aimed at simplifying image editing tasks. Meanwhile, Adobe showcased a series of innovative projects at the Adobe MAX 2024 conference, giving a glimpse into potential future technologies for creatives.</w:t>
      </w:r>
      <w:r/>
    </w:p>
    <w:p>
      <w:r/>
      <w:r>
        <w:t>Microsoft's revamped Windows Photos app now includes a feature called Generative Erase. This AI tool allows users to effortlessly remove unwanted objects from photos. For instance, a perfect vacation photo marred by a stray pigeon can now be edited seamlessly, with the AI filling in the background so that the image appears untouched. This feature, part of a broader AI focus within Microsoft, is enabled by its machine-learning model and marks a significant upgrade for the app, which had lagged behind other photo editors in popularity and functionality.</w:t>
      </w:r>
      <w:r/>
    </w:p>
    <w:p>
      <w:r/>
      <w:r>
        <w:t>Additionally, Adobe introduced several promising technologies at the Adobe MAX 2024, a conference known for exploring cutting-edge innovations for digital artists and creative professionals. Hosted by actress Awkwafina, this year's Adobe Sneaks showcased nine projects with the potential to revolutionise graphic design, photography, video editing, and illustration.</w:t>
      </w:r>
      <w:r/>
    </w:p>
    <w:p>
      <w:r/>
      <w:r>
        <w:t>Among these was Project Scenic, a tool that combines 2D and 3D elements to empower creators with more control over image composition. Using a copilot prompt, this tool allows users to adjust camera angles and the layout of a scene, facilitating a more intuitive image generation process. Another significant project, Project Hi-Fi, allows users to capture screen content and transform it into polished images with real-time technology, streamlining the process of bringing concepts to life.</w:t>
      </w:r>
      <w:r/>
    </w:p>
    <w:p>
      <w:r/>
      <w:r>
        <w:t>For visual artists, Project Remix A Lot offers the ability to refine sketches into completed designs by employing generative AI, acting as a virtual assistant to maintain one's artistic style across different canvases. In terms of video editing, Project In Motion allows users to create animations from custom shapes simply by using descriptive prompts, highlighting a shift towards text-based animation workflows integrated with After Effects.</w:t>
      </w:r>
      <w:r/>
    </w:p>
    <w:p>
      <w:r/>
      <w:r>
        <w:t>Adobe's offerings are not limited to imagery and video alone; their advancements extend to photography with Project Clean Machine, which can remove unwanted flashes or obstructions from both photos and videos. Additionally, Project Perfect Blend aids in the seamless integration of people and objects into images, ensuring natural lighting and shadow effects for a realistic appearance.</w:t>
      </w:r>
      <w:r/>
    </w:p>
    <w:p>
      <w:r/>
      <w:r>
        <w:t>In the realm of illustration, Project Turntable allows users to rotate 2D vector art in a 3D space while maintaining a 2D look, a feature that combines simplicity with enhanced creative possibilities.</w:t>
      </w:r>
      <w:r/>
    </w:p>
    <w:p>
      <w:r/>
      <w:r>
        <w:t>These developments from Microsoft and Adobe highlight an exciting trend where AI is increasingly becoming an essential component of digital creativity tools. This technological evolution continues to alter not just what is possible in creative projects but also how efficiently these projects can be executed, providing innovative solutions that enhance the user experience and broaden creative horizons.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https://blogs.windows.com/windows-insider/2024/02/22/windows-photos-gets-generative-erase-and-recent-ai-editing-features-now-available-on-arm64-devices-and-windows-10/</w:t>
        </w:r>
      </w:hyperlink>
      <w:r>
        <w:t xml:space="preserve"> - Corroborates the introduction of Generative Erase and other AI editing features in the Windows Photos app.</w:t>
      </w:r>
      <w:r/>
    </w:p>
    <w:p>
      <w:pPr>
        <w:pStyle w:val="ListNumber"/>
        <w:spacing w:line="240" w:lineRule="auto"/>
        <w:ind w:left="720"/>
      </w:pPr>
      <w:r/>
      <w:hyperlink r:id="rId11">
        <w:r>
          <w:rPr>
            <w:color w:val="0000EE"/>
            <w:u w:val="single"/>
          </w:rPr>
          <w:t>https://www.pcmag.com/how-to/how-to-edit-images-in-the-windows-photos-app-and-enhance-them-with-ai</w:t>
        </w:r>
      </w:hyperlink>
      <w:r>
        <w:t xml:space="preserve"> - Details how to use AI features such as Generative Erase, Blur background, and Remove and Replace background in the Windows Photos app.</w:t>
      </w:r>
      <w:r/>
    </w:p>
    <w:p>
      <w:pPr>
        <w:pStyle w:val="ListNumber"/>
        <w:spacing w:line="240" w:lineRule="auto"/>
        <w:ind w:left="720"/>
      </w:pPr>
      <w:r/>
      <w:hyperlink r:id="rId12">
        <w:r>
          <w:rPr>
            <w:color w:val="0000EE"/>
            <w:u w:val="single"/>
          </w:rPr>
          <w:t>https://www.geeksforgeeks.org/microsoft-windows-photos-app-gets-ai-powered-makeover/</w:t>
        </w:r>
      </w:hyperlink>
      <w:r>
        <w:t xml:space="preserve"> - Explains the functionality of Generative Erase and other AI-powered features in the Microsoft Photos app.</w:t>
      </w:r>
      <w:r/>
    </w:p>
    <w:p>
      <w:pPr>
        <w:pStyle w:val="ListNumber"/>
        <w:spacing w:line="240" w:lineRule="auto"/>
        <w:ind w:left="720"/>
      </w:pPr>
      <w:r/>
      <w:hyperlink r:id="rId13">
        <w:r>
          <w:rPr>
            <w:color w:val="0000EE"/>
            <w:u w:val="single"/>
          </w:rPr>
          <w:t>https://blogs.windows.com/windows-insider/2024/07/17/microsoft-photos-introduces-even-more-ai-editing-capabilities-with-microsoft-designer/</w:t>
        </w:r>
      </w:hyperlink>
      <w:r>
        <w:t xml:space="preserve"> - Describes the integration of Microsoft Designer with the Photos app for enhanced AI editing capabilities.</w:t>
      </w:r>
      <w:r/>
    </w:p>
    <w:p>
      <w:pPr>
        <w:pStyle w:val="ListNumber"/>
        <w:spacing w:line="240" w:lineRule="auto"/>
        <w:ind w:left="720"/>
      </w:pPr>
      <w:r/>
      <w:hyperlink r:id="rId14">
        <w:r>
          <w:rPr>
            <w:color w:val="0000EE"/>
            <w:u w:val="single"/>
          </w:rPr>
          <w:t>https://www.microsoft.com/en-us/surface/do-more-with-surface/enhance-photos-with-ai</w:t>
        </w:r>
      </w:hyperlink>
      <w:r>
        <w:t xml:space="preserve"> - Highlights AI-powered features in the Windows 11 Photos app, including background blur and lighting adjustments.</w:t>
      </w:r>
      <w:r/>
    </w:p>
    <w:p>
      <w:pPr>
        <w:pStyle w:val="ListNumber"/>
        <w:spacing w:line="240" w:lineRule="auto"/>
        <w:ind w:left="720"/>
      </w:pPr>
      <w:r/>
      <w:hyperlink r:id="rId10">
        <w:r>
          <w:rPr>
            <w:color w:val="0000EE"/>
            <w:u w:val="single"/>
          </w:rPr>
          <w:t>https://blogs.windows.com/windows-insider/2024/02/22/windows-photos-gets-generative-erase-and-recent-ai-editing-features-now-available-on-arm64-devices-and-windows-10/</w:t>
        </w:r>
      </w:hyperlink>
      <w:r>
        <w:t xml:space="preserve"> - Provides details on the update rollout and availability of AI features on Windows 10 and Arm64 devices.</w:t>
      </w:r>
      <w:r/>
    </w:p>
    <w:p>
      <w:pPr>
        <w:pStyle w:val="ListNumber"/>
        <w:spacing w:line="240" w:lineRule="auto"/>
        <w:ind w:left="720"/>
      </w:pPr>
      <w:r/>
      <w:hyperlink r:id="rId11">
        <w:r>
          <w:rPr>
            <w:color w:val="0000EE"/>
            <w:u w:val="single"/>
          </w:rPr>
          <w:t>https://www.pcmag.com/how-to/how-to-edit-images-in-the-windows-photos-app-and-enhance-them-with-ai</w:t>
        </w:r>
      </w:hyperlink>
      <w:r>
        <w:t xml:space="preserve"> - Explains how to access and use the latest AI features in the Photos app, including updating the app and OS.</w:t>
      </w:r>
      <w:r/>
    </w:p>
    <w:p>
      <w:pPr>
        <w:pStyle w:val="ListNumber"/>
        <w:spacing w:line="240" w:lineRule="auto"/>
        <w:ind w:left="720"/>
      </w:pPr>
      <w:r/>
      <w:hyperlink r:id="rId12">
        <w:r>
          <w:rPr>
            <w:color w:val="0000EE"/>
            <w:u w:val="single"/>
          </w:rPr>
          <w:t>https://www.geeksforgeeks.org/microsoft-windows-photos-app-gets-ai-powered-makeover/</w:t>
        </w:r>
      </w:hyperlink>
      <w:r>
        <w:t xml:space="preserve"> - Discusses the limitations and effectiveness of the Generative Erase tool in complex situations.</w:t>
      </w:r>
      <w:r/>
    </w:p>
    <w:p>
      <w:pPr>
        <w:pStyle w:val="ListNumber"/>
        <w:spacing w:line="240" w:lineRule="auto"/>
        <w:ind w:left="720"/>
      </w:pPr>
      <w:r/>
      <w:hyperlink r:id="rId13">
        <w:r>
          <w:rPr>
            <w:color w:val="0000EE"/>
            <w:u w:val="single"/>
          </w:rPr>
          <w:t>https://blogs.windows.com/windows-insider/2024/07/17/microsoft-photos-introduces-even-more-ai-editing-capabilities-with-microsoft-designer/</w:t>
        </w:r>
      </w:hyperlink>
      <w:r>
        <w:t xml:space="preserve"> - Details the new features and improvements in the Photos app integration with Microsoft Designer.</w:t>
      </w:r>
      <w:r/>
    </w:p>
    <w:p>
      <w:pPr>
        <w:pStyle w:val="ListNumber"/>
        <w:spacing w:line="240" w:lineRule="auto"/>
        <w:ind w:left="720"/>
      </w:pPr>
      <w:r/>
      <w:hyperlink r:id="rId14">
        <w:r>
          <w:rPr>
            <w:color w:val="0000EE"/>
            <w:u w:val="single"/>
          </w:rPr>
          <w:t>https://www.microsoft.com/en-us/surface/do-more-with-surface/enhance-photos-with-ai</w:t>
        </w:r>
      </w:hyperlink>
      <w:r>
        <w:t xml:space="preserve"> - Mentions the AI capabilities for enhancing colors, adjusting lighting, and suggesting edits in the Windows 11 Photos app.</w:t>
      </w:r>
      <w:r/>
    </w:p>
    <w:p>
      <w:pPr>
        <w:pStyle w:val="ListNumber"/>
        <w:spacing w:line="240" w:lineRule="auto"/>
        <w:ind w:left="720"/>
      </w:pPr>
      <w:r/>
      <w:hyperlink r:id="rId12">
        <w:r>
          <w:rPr>
            <w:color w:val="0000EE"/>
            <w:u w:val="single"/>
          </w:rPr>
          <w:t>https://www.geeksforgeeks.org/microsoft-windows-photos-app-gets-ai-powered-makeover/</w:t>
        </w:r>
      </w:hyperlink>
      <w:r>
        <w:t xml:space="preserve"> - Outlines the future developments and additional AI features expected in the Microsoft Photos app.</w:t>
      </w:r>
      <w:r/>
    </w:p>
    <w:p>
      <w:pPr>
        <w:pStyle w:val="ListNumber"/>
        <w:spacing w:line="240" w:lineRule="auto"/>
        <w:ind w:left="720"/>
      </w:pPr>
      <w:r/>
      <w:hyperlink r:id="rId15">
        <w:r>
          <w:rPr>
            <w:color w:val="0000EE"/>
            <w:u w:val="single"/>
          </w:rPr>
          <w:t>https://www.xda-developers.com/how-to-erase-an-object-in-windows-photos-using-ai/</w:t>
        </w:r>
      </w:hyperlink>
      <w:r>
        <w:t xml:space="preserve"> - Please view link - unable to able to access data</w:t>
      </w:r>
      <w:r/>
    </w:p>
    <w:p>
      <w:pPr>
        <w:pStyle w:val="ListNumber"/>
        <w:spacing w:line="240" w:lineRule="auto"/>
        <w:ind w:left="720"/>
      </w:pPr>
      <w:r/>
      <w:hyperlink r:id="rId16">
        <w:r>
          <w:rPr>
            <w:color w:val="0000EE"/>
            <w:u w:val="single"/>
          </w:rPr>
          <w:t>https://www.creativebloq.com/ai/every-adobe-sneak-we-saw-at-adobe-max-2024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s.windows.com/windows-insider/2024/02/22/windows-photos-gets-generative-erase-and-recent-ai-editing-features-now-available-on-arm64-devices-and-windows-10/" TargetMode="External"/><Relationship Id="rId11" Type="http://schemas.openxmlformats.org/officeDocument/2006/relationships/hyperlink" Target="https://www.pcmag.com/how-to/how-to-edit-images-in-the-windows-photos-app-and-enhance-them-with-ai" TargetMode="External"/><Relationship Id="rId12" Type="http://schemas.openxmlformats.org/officeDocument/2006/relationships/hyperlink" Target="https://www.geeksforgeeks.org/microsoft-windows-photos-app-gets-ai-powered-makeover/" TargetMode="External"/><Relationship Id="rId13" Type="http://schemas.openxmlformats.org/officeDocument/2006/relationships/hyperlink" Target="https://blogs.windows.com/windows-insider/2024/07/17/microsoft-photos-introduces-even-more-ai-editing-capabilities-with-microsoft-designer/" TargetMode="External"/><Relationship Id="rId14" Type="http://schemas.openxmlformats.org/officeDocument/2006/relationships/hyperlink" Target="https://www.microsoft.com/en-us/surface/do-more-with-surface/enhance-photos-with-ai" TargetMode="External"/><Relationship Id="rId15" Type="http://schemas.openxmlformats.org/officeDocument/2006/relationships/hyperlink" Target="https://www.xda-developers.com/how-to-erase-an-object-in-windows-photos-using-ai/" TargetMode="External"/><Relationship Id="rId16" Type="http://schemas.openxmlformats.org/officeDocument/2006/relationships/hyperlink" Target="https://www.creativebloq.com/ai/every-adobe-sneak-we-saw-at-adobe-max-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