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launches AI-driven Copilot in OneDrive for enhanced document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has introduced an innovative AI-driven tool named Copilot to its OneDrive platform for commercial users, enhancing the document management capabilities with advanced automation features. The launch represents a significant advancement in productivity tools, enabling users to streamline their workflow by reducing the time spent on manual and repetitive tasks.</w:t>
      </w:r>
      <w:r/>
    </w:p>
    <w:p>
      <w:r/>
      <w:r>
        <w:t>Copilot has been designed to revolutionise document interactions for commercial users by introducing functionalities that include the ability to generate concise summaries of extensive documents. This feature allows users to quickly glean the main points of a document without having to read through it entirely. Notable is its capacity to handle multiple documents simultaneously, summarising up to five files at once.</w:t>
      </w:r>
      <w:r/>
    </w:p>
    <w:p>
      <w:r/>
      <w:r>
        <w:t>Addressing questions surrounding the versatility of Copilot, especially regarding its applicability to PDF formats alongside the usual Microsoft Word and Excel files, Microsoft MVP Scott Brant clarified user concerns. In response to a query regarding Copilot's capabilities with PDF files, Brant confirmed that the tool is already capable of summarising and interrogating PDF documents. Anecdotal evidence included his experience of summarising a detailed 50-page PDF swiftly, within 15 seconds, underscoring the tool's efficacy.</w:t>
      </w:r>
      <w:r/>
    </w:p>
    <w:p>
      <w:r/>
      <w:r>
        <w:t>Copilot's functionality extends beyond summarisation, as it also includes a document comparison feature. This tool mitigates the traditional hassle of individually opening and reviewing files by allowing users to identify and highlight key differences between documents, such as contracts or analytical reports, at a glance.</w:t>
      </w:r>
      <w:r/>
    </w:p>
    <w:p>
      <w:r/>
      <w:r>
        <w:t>In addition, Copilot enhances the information retrieval process. Users can pose complex queries about the contents of their OneDrive files, enabling the tool to extract and consolidate relevant data from across multiple documents. This feature positions Copilot as a centralised resource for insights and analytics, facilitating more informed decision-making processes.</w:t>
      </w:r>
      <w:r/>
    </w:p>
    <w:p>
      <w:r/>
      <w:r>
        <w:t>One of Copilot's more creative aspects relates to content generation. Users can leverage their existing documents to prompt Copilot to suggest outlines, ideas, or even preliminary text for documents like sales proposals or project plans, thereby facilitating the creation process significantly.</w:t>
      </w:r>
      <w:r/>
    </w:p>
    <w:p>
      <w:r/>
      <w:r>
        <w:t>Commercial users can seamlessly activate Copilot by interacting with supported files within the OneDrive web interface, further simplifying its accessibility. Utilisation requires users to be signed into their Microsoft work or school accounts, thereby ensuring that the feature set remains available to those within the commercial sphere. Microsoft has also provided exhaustive guides and FAQs to aid users in navigating and maximising Copilot's diverse capabilities.</w:t>
      </w:r>
      <w:r/>
    </w:p>
    <w:p>
      <w:r/>
      <w:r>
        <w:t>Feedback from early adopters of Copilot has been overwhelmingly positive, highlighting a widespread enthusiasm for the tool's integration. Users have noted the additional advantage of being able to access SharePoint and Teams files via OneDrive, thereby extending Copilot's utility across several Microsoft platforms.</w:t>
      </w:r>
      <w:r/>
    </w:p>
    <w:p>
      <w:r/>
      <w:r>
        <w:t>For those seeking to delve deeper into Copilot's functionalities, Microsoft has made official documentation available. These resources offer guidance on various features and practical tips to ensure users get the most from the new AI-powered tools. Overall, the introduction of Copilot into OneDrive marks a transformative moment in how document management can be optimised through AI, promising a new horizon of efficiency for commercial users.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https://thejournal.com/Articles/2024/10/15/OneDrive-Update-Adds-Copilot-AI-Tech.aspx</w:t>
        </w:r>
      </w:hyperlink>
      <w:r>
        <w:t xml:space="preserve"> - This article explains the introduction of Copilot in OneDrive, including its ability to generate summaries, compare documents, and answer questions about file contents.</w:t>
      </w:r>
      <w:r/>
    </w:p>
    <w:p>
      <w:pPr>
        <w:pStyle w:val="ListNumber"/>
        <w:spacing w:line="240" w:lineRule="auto"/>
        <w:ind w:left="720"/>
      </w:pPr>
      <w:r/>
      <w:hyperlink r:id="rId11">
        <w:r>
          <w:rPr>
            <w:color w:val="0000EE"/>
            <w:u w:val="single"/>
          </w:rPr>
          <w:t>https://techcommunity.microsoft.com/t5/microsoft-onedrive-blog/introducing-copilot-in-onedrive-now-generally-available/ba-p/4253194</w:t>
        </w:r>
      </w:hyperlink>
      <w:r>
        <w:t xml:space="preserve"> - This blog post details how Copilot in OneDrive can summarize documents, compare differences between files, and answer complex questions without needing to open the files.</w:t>
      </w:r>
      <w:r/>
    </w:p>
    <w:p>
      <w:pPr>
        <w:pStyle w:val="ListNumber"/>
        <w:spacing w:line="240" w:lineRule="auto"/>
        <w:ind w:left="720"/>
      </w:pPr>
      <w:r/>
      <w:hyperlink r:id="rId12">
        <w:r>
          <w:rPr>
            <w:color w:val="0000EE"/>
            <w:u w:val="single"/>
          </w:rPr>
          <w:t>https://www.computerworld.com/article/3554879/microsoft-brings-copilot-ai-tools-to-onedrive.html</w:t>
        </w:r>
      </w:hyperlink>
      <w:r>
        <w:t xml:space="preserve"> - This article confirms that Copilot can handle PDF files along with other formats, summarize documents, and compare file contents, highlighting its versatility.</w:t>
      </w:r>
      <w:r/>
    </w:p>
    <w:p>
      <w:pPr>
        <w:pStyle w:val="ListNumber"/>
        <w:spacing w:line="240" w:lineRule="auto"/>
        <w:ind w:left="720"/>
      </w:pPr>
      <w:r/>
      <w:hyperlink r:id="rId13">
        <w:r>
          <w:rPr>
            <w:color w:val="0000EE"/>
            <w:u w:val="single"/>
          </w:rPr>
          <w:t>https://www.maginative.com/article/microsoft-unveils-major-onedrive-upgrades-brings-copilot-to-all-commercial-users/</w:t>
        </w:r>
      </w:hyperlink>
      <w:r>
        <w:t xml:space="preserve"> - This article discusses Copilot's features such as summarizing documents, comparing files, and generating new ideas, and how it enhances document management for commercial users.</w:t>
      </w:r>
      <w:r/>
    </w:p>
    <w:p>
      <w:pPr>
        <w:pStyle w:val="ListNumber"/>
        <w:spacing w:line="240" w:lineRule="auto"/>
        <w:ind w:left="720"/>
      </w:pPr>
      <w:r/>
      <w:hyperlink r:id="rId14">
        <w:r>
          <w:rPr>
            <w:color w:val="0000EE"/>
            <w:u w:val="single"/>
          </w:rPr>
          <w:t>https://www.xda-developers.com/copilot-onedrive-commercial-users/</w:t>
        </w:r>
      </w:hyperlink>
      <w:r>
        <w:t xml:space="preserve"> - This article explains how Copilot can compare differences between documents, find answers from multiple files, and generate new ideas from existing documents, all within the OneDrive environment.</w:t>
      </w:r>
      <w:r/>
    </w:p>
    <w:p>
      <w:pPr>
        <w:pStyle w:val="ListNumber"/>
        <w:spacing w:line="240" w:lineRule="auto"/>
        <w:ind w:left="720"/>
      </w:pPr>
      <w:r/>
      <w:hyperlink r:id="rId10">
        <w:r>
          <w:rPr>
            <w:color w:val="0000EE"/>
            <w:u w:val="single"/>
          </w:rPr>
          <w:t>https://thejournal.com/Articles/2024/10/15/OneDrive-Update-Adds-Copilot-AI-Tech.aspx</w:t>
        </w:r>
      </w:hyperlink>
      <w:r>
        <w:t xml:space="preserve"> - This article mentions that Copilot can be activated by interacting with supported files within the OneDrive web interface and requires users to be signed into their Microsoft work or school accounts.</w:t>
      </w:r>
      <w:r/>
    </w:p>
    <w:p>
      <w:pPr>
        <w:pStyle w:val="ListNumber"/>
        <w:spacing w:line="240" w:lineRule="auto"/>
        <w:ind w:left="720"/>
      </w:pPr>
      <w:r/>
      <w:hyperlink r:id="rId11">
        <w:r>
          <w:rPr>
            <w:color w:val="0000EE"/>
            <w:u w:val="single"/>
          </w:rPr>
          <w:t>https://techcommunity.microsoft.com/t5/microsoft-onedrive-blog/introducing-copilot-in-onedrive-now-generally-available/ba-p/4253194</w:t>
        </w:r>
      </w:hyperlink>
      <w:r>
        <w:t xml:space="preserve"> - This blog post provides guidance on how to get started with Copilot in OneDrive and includes resources for navigating and maximizing its capabilities.</w:t>
      </w:r>
      <w:r/>
    </w:p>
    <w:p>
      <w:pPr>
        <w:pStyle w:val="ListNumber"/>
        <w:spacing w:line="240" w:lineRule="auto"/>
        <w:ind w:left="720"/>
      </w:pPr>
      <w:r/>
      <w:hyperlink r:id="rId12">
        <w:r>
          <w:rPr>
            <w:color w:val="0000EE"/>
            <w:u w:val="single"/>
          </w:rPr>
          <w:t>https://www.computerworld.com/article/3554879/microsoft-brings-copilot-ai-tools-to-onedrive.html</w:t>
        </w:r>
      </w:hyperlink>
      <w:r>
        <w:t xml:space="preserve"> - This article highlights the positive feedback from early adopters and the extended utility of Copilot across SharePoint and Teams files via OneDrive.</w:t>
      </w:r>
      <w:r/>
    </w:p>
    <w:p>
      <w:pPr>
        <w:pStyle w:val="ListNumber"/>
        <w:spacing w:line="240" w:lineRule="auto"/>
        <w:ind w:left="720"/>
      </w:pPr>
      <w:r/>
      <w:hyperlink r:id="rId13">
        <w:r>
          <w:rPr>
            <w:color w:val="0000EE"/>
            <w:u w:val="single"/>
          </w:rPr>
          <w:t>https://www.maginative.com/article/microsoft-unveils-major-onedrive-upgrades-brings-copilot-to-all-commercial-users/</w:t>
        </w:r>
      </w:hyperlink>
      <w:r>
        <w:t xml:space="preserve"> - This article mentions the availability of official documentation and resources to help users delve deeper into Copilot's functionalities and optimize their document management.</w:t>
      </w:r>
      <w:r/>
    </w:p>
    <w:p>
      <w:pPr>
        <w:pStyle w:val="ListNumber"/>
        <w:spacing w:line="240" w:lineRule="auto"/>
        <w:ind w:left="720"/>
      </w:pPr>
      <w:r/>
      <w:hyperlink r:id="rId14">
        <w:r>
          <w:rPr>
            <w:color w:val="0000EE"/>
            <w:u w:val="single"/>
          </w:rPr>
          <w:t>https://www.xda-developers.com/copilot-onedrive-commercial-users/</w:t>
        </w:r>
      </w:hyperlink>
      <w:r>
        <w:t xml:space="preserve"> - This article emphasizes the transformative impact of Copilot on document management, promising a new horizon of efficiency for commercial users through its AI-powered tools.</w:t>
      </w:r>
      <w:r/>
    </w:p>
    <w:p>
      <w:pPr>
        <w:pStyle w:val="ListNumber"/>
        <w:spacing w:line="240" w:lineRule="auto"/>
        <w:ind w:left="720"/>
      </w:pPr>
      <w:r/>
      <w:hyperlink r:id="rId11">
        <w:r>
          <w:rPr>
            <w:color w:val="0000EE"/>
            <w:u w:val="single"/>
          </w:rPr>
          <w:t>https://techcommunity.microsoft.com/t5/microsoft-onedrive-blog/introducing-copilot-in-onedrive-now-generally-available/ba-p/4253194</w:t>
        </w:r>
      </w:hyperlink>
      <w:r>
        <w:t xml:space="preserve"> - This blog post encourages feedback from users to improve the Copilot experience and mentions upcoming features and events related to AI innovations in OneDrive.</w:t>
      </w:r>
      <w:r/>
    </w:p>
    <w:p>
      <w:pPr>
        <w:pStyle w:val="ListNumber"/>
        <w:spacing w:line="240" w:lineRule="auto"/>
        <w:ind w:left="720"/>
      </w:pPr>
      <w:r/>
      <w:hyperlink r:id="rId15">
        <w:r>
          <w:rPr>
            <w:color w:val="0000EE"/>
            <w:u w:val="single"/>
          </w:rPr>
          <w:t>https://www.infoq.com/news/2024/10/copilot-one-drive/?utm_campaign=infoq_content&amp;utm_source=infoq&amp;utm_medium=feed&amp;utm_term=global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journal.com/Articles/2024/10/15/OneDrive-Update-Adds-Copilot-AI-Tech.aspx" TargetMode="External"/><Relationship Id="rId11" Type="http://schemas.openxmlformats.org/officeDocument/2006/relationships/hyperlink" Target="https://techcommunity.microsoft.com/t5/microsoft-onedrive-blog/introducing-copilot-in-onedrive-now-generally-available/ba-p/4253194" TargetMode="External"/><Relationship Id="rId12" Type="http://schemas.openxmlformats.org/officeDocument/2006/relationships/hyperlink" Target="https://www.computerworld.com/article/3554879/microsoft-brings-copilot-ai-tools-to-onedrive.html" TargetMode="External"/><Relationship Id="rId13" Type="http://schemas.openxmlformats.org/officeDocument/2006/relationships/hyperlink" Target="https://www.maginative.com/article/microsoft-unveils-major-onedrive-upgrades-brings-copilot-to-all-commercial-users/" TargetMode="External"/><Relationship Id="rId14" Type="http://schemas.openxmlformats.org/officeDocument/2006/relationships/hyperlink" Target="https://www.xda-developers.com/copilot-onedrive-commercial-users/" TargetMode="External"/><Relationship Id="rId15" Type="http://schemas.openxmlformats.org/officeDocument/2006/relationships/hyperlink" Target="https://www.infoq.com/news/2024/10/copilot-one-drive/?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