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Visual Studio Professional 2022 sees unprecedented price drop for developers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Visual Studio Professional 2022: Unprecedented Sale Offers Developers Essential Tools at Reduced Price</w:t>
      </w:r>
      <w:r/>
    </w:p>
    <w:p>
      <w:r/>
      <w:r>
        <w:t>In an extraordinary offering, Microsoft Visual Studio Professional 2022, a leading integrated development environment (IDE), has been significantly marked down in price. Originally retailing at $499, the software is currently available for $29.97 until October 27. This reduction presents a unique opportunity for developers seeking to leverage advanced development tools at a fraction of the cost.</w:t>
      </w:r>
      <w:r/>
    </w:p>
    <w:p>
      <w:r/>
      <w:r>
        <w:t>Microsoft Visual Studio Professional 2022 is renowned for its robust suite of features designed to enhance developer productivity and efficiency. Among its standout features is IntelliCode, an artificial intelligence-driven tool that offers smart, context-aware suggestions to streamline the coding process. By proposing optimized next steps and helping developers complete lines of code more efficiently, IntelliCode ensures best practices are followed effortlessly.</w:t>
      </w:r>
      <w:r/>
    </w:p>
    <w:p>
      <w:r/>
      <w:r>
        <w:t>The IDE also addresses common challenges faced by remote and distributed teams through its Live Share feature. This innovative tool facilitates real-time collaboration by allowing multiple developers to simultaneously edit, debug, and review code. Live Share eliminates the need for sharing files back and forth or dealing with version conflicts, thus fostering a cohesive, team-centric approach to software development.</w:t>
      </w:r>
      <w:r/>
    </w:p>
    <w:p>
      <w:r/>
      <w:r>
        <w:t>For those focused on maintaining comprehensive oversight of their code, the CodeLens feature proves invaluable. With instant access to information about code changes, testing, and recent edits, CodeLens offers developers and project managers detailed insights into the codebase. This feature supports better decision-making and project management by providing a clear view of code modifications and their impact.</w:t>
      </w:r>
      <w:r/>
    </w:p>
    <w:p>
      <w:r/>
      <w:r>
        <w:t>The current sale underscores Microsoft’s commitment to empowering developers by making critical tools more accessible. By slashing the price of Visual Studio Professional 2022, more professionals can access this advanced IDE, pivotal for building cross-platform applications and supporting a range of programming languages.</w:t>
      </w:r>
      <w:r/>
    </w:p>
    <w:p>
      <w:r/>
      <w:r>
        <w:t>This time-limited offer is available through various platforms, including StackSocial, known for providing tech deals and software at competitive prices. However, potential buyers are reminded that pricing may change, and they are encouraged to consider their purchase promptly to benefit from this substantial discount.</w:t>
      </w:r>
      <w:r/>
    </w:p>
    <w:p>
      <w:r/>
      <w:r>
        <w:t>As the demand for powerful development tools increases, the affordability of Microsoft Visual Studio Professional 2022 ensures that developers, both veteran and novice, can enhance their workflow, collaborate effectively, and maintain a high standard in their coding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https://www.zdnet.com/article/get-a-microsoft-visual-studio-pro-license-for-30-the-lowest-price-yet/</w:t>
        </w:r>
      </w:hyperlink>
      <w:r>
        <w:t xml:space="preserve"> - Corroborates the significant price reduction of Microsoft Visual Studio Professional 2022, originally $499, now available at a discounted price.</w:t>
      </w:r>
      <w:r/>
    </w:p>
    <w:p>
      <w:pPr>
        <w:pStyle w:val="ListNumber"/>
        <w:spacing w:line="240" w:lineRule="auto"/>
        <w:ind w:left="720"/>
      </w:pPr>
      <w:r/>
      <w:hyperlink r:id="rId11">
        <w:r>
          <w:rPr>
            <w:color w:val="0000EE"/>
            <w:u w:val="single"/>
          </w:rPr>
          <w:t>https://www.microsoft.com/en-us/d/visual-studio-professional-2022/dg7gmgf0d3sj</w:t>
        </w:r>
      </w:hyperlink>
      <w:r>
        <w:t xml:space="preserve"> - Details the features of Microsoft Visual Studio Professional 2022, including its 64-bit IDE, IntelliCode, and Live Share capabilities.</w:t>
      </w:r>
      <w:r/>
    </w:p>
    <w:p>
      <w:pPr>
        <w:pStyle w:val="ListNumber"/>
        <w:spacing w:line="240" w:lineRule="auto"/>
        <w:ind w:left="720"/>
      </w:pPr>
      <w:r/>
      <w:hyperlink r:id="rId11">
        <w:r>
          <w:rPr>
            <w:color w:val="0000EE"/>
            <w:u w:val="single"/>
          </w:rPr>
          <w:t>https://www.microsoft.com/en-us/d/visual-studio-professional-2022/dg7gmgf0d3sj</w:t>
        </w:r>
      </w:hyperlink>
      <w:r>
        <w:t xml:space="preserve"> - Explains the CodeLens feature and its role in providing insights into code changes, testing, and recent edits.</w:t>
      </w:r>
      <w:r/>
    </w:p>
    <w:p>
      <w:pPr>
        <w:pStyle w:val="ListNumber"/>
        <w:spacing w:line="240" w:lineRule="auto"/>
        <w:ind w:left="720"/>
      </w:pPr>
      <w:r/>
      <w:hyperlink r:id="rId10">
        <w:r>
          <w:rPr>
            <w:color w:val="0000EE"/>
            <w:u w:val="single"/>
          </w:rPr>
          <w:t>https://www.zdnet.com/article/get-a-microsoft-visual-studio-pro-license-for-30-the-lowest-price-yet/</w:t>
        </w:r>
      </w:hyperlink>
      <w:r>
        <w:t xml:space="preserve"> - Mentions the availability of the sale through platforms like StackSocial and the importance of prompt purchase due to the time-limited nature of the offer.</w:t>
      </w:r>
      <w:r/>
    </w:p>
    <w:p>
      <w:pPr>
        <w:pStyle w:val="ListNumber"/>
        <w:spacing w:line="240" w:lineRule="auto"/>
        <w:ind w:left="720"/>
      </w:pPr>
      <w:r/>
      <w:hyperlink r:id="rId11">
        <w:r>
          <w:rPr>
            <w:color w:val="0000EE"/>
            <w:u w:val="single"/>
          </w:rPr>
          <w:t>https://www.microsoft.com/en-us/d/visual-studio-professional-2022/dg7gmgf0d3sj</w:t>
        </w:r>
      </w:hyperlink>
      <w:r>
        <w:t xml:space="preserve"> - Highlights the ability of Visual Studio Professional 2022 to support cross-platform application development and multiple programming languages.</w:t>
      </w:r>
      <w:r/>
    </w:p>
    <w:p>
      <w:pPr>
        <w:pStyle w:val="ListNumber"/>
        <w:spacing w:line="240" w:lineRule="auto"/>
        <w:ind w:left="720"/>
      </w:pPr>
      <w:r/>
      <w:hyperlink r:id="rId11">
        <w:r>
          <w:rPr>
            <w:color w:val="0000EE"/>
            <w:u w:val="single"/>
          </w:rPr>
          <w:t>https://www.microsoft.com/en-us/d/visual-studio-professional-2022/dg7gmgf0d3sj</w:t>
        </w:r>
      </w:hyperlink>
      <w:r>
        <w:t xml:space="preserve"> - Describes the Live Share feature and its benefits for real-time collaboration among developers.</w:t>
      </w:r>
      <w:r/>
    </w:p>
    <w:p>
      <w:pPr>
        <w:pStyle w:val="ListNumber"/>
        <w:spacing w:line="240" w:lineRule="auto"/>
        <w:ind w:left="720"/>
      </w:pPr>
      <w:r/>
      <w:hyperlink r:id="rId11">
        <w:r>
          <w:rPr>
            <w:color w:val="0000EE"/>
            <w:u w:val="single"/>
          </w:rPr>
          <w:t>https://www.microsoft.com/en-us/d/visual-studio-professional-2022/dg7gmgf0d3sj</w:t>
        </w:r>
      </w:hyperlink>
      <w:r>
        <w:t xml:space="preserve"> - Details IntelliCode's AI-driven capabilities to offer context-aware suggestions and streamline the coding process.</w:t>
      </w:r>
      <w:r/>
    </w:p>
    <w:p>
      <w:pPr>
        <w:pStyle w:val="ListNumber"/>
        <w:spacing w:line="240" w:lineRule="auto"/>
        <w:ind w:left="720"/>
      </w:pPr>
      <w:r/>
      <w:hyperlink r:id="rId11">
        <w:r>
          <w:rPr>
            <w:color w:val="0000EE"/>
            <w:u w:val="single"/>
          </w:rPr>
          <w:t>https://www.microsoft.com/en-us/d/visual-studio-professional-2022/dg7gmgf0d3sj</w:t>
        </w:r>
      </w:hyperlink>
      <w:r>
        <w:t xml:space="preserve"> - Explains the integrated debugging and testing features, including the ability to analyze code coverage and test code as you type.</w:t>
      </w:r>
      <w:r/>
    </w:p>
    <w:p>
      <w:pPr>
        <w:pStyle w:val="ListNumber"/>
        <w:spacing w:line="240" w:lineRule="auto"/>
        <w:ind w:left="720"/>
      </w:pPr>
      <w:r/>
      <w:hyperlink r:id="rId11">
        <w:r>
          <w:rPr>
            <w:color w:val="0000EE"/>
            <w:u w:val="single"/>
          </w:rPr>
          <w:t>https://www.microsoft.com/en-us/d/visual-studio-professional-2022/dg7gmgf0d3sj</w:t>
        </w:r>
      </w:hyperlink>
      <w:r>
        <w:t xml:space="preserve"> - Discusses the built-in support for Git version control and the management of repositories within Visual Studio.</w:t>
      </w:r>
      <w:r/>
    </w:p>
    <w:p>
      <w:pPr>
        <w:pStyle w:val="ListNumber"/>
        <w:spacing w:line="240" w:lineRule="auto"/>
        <w:ind w:left="720"/>
      </w:pPr>
      <w:r/>
      <w:hyperlink r:id="rId10">
        <w:r>
          <w:rPr>
            <w:color w:val="0000EE"/>
            <w:u w:val="single"/>
          </w:rPr>
          <w:t>https://www.zdnet.com/article/get-a-microsoft-visual-studio-pro-license-for-30-the-lowest-price-yet/</w:t>
        </w:r>
      </w:hyperlink>
      <w:r>
        <w:t xml:space="preserve"> - Emphasizes Microsoft's commitment to making advanced development tools more accessible through such sales.</w:t>
      </w:r>
      <w:r/>
    </w:p>
    <w:p>
      <w:pPr>
        <w:pStyle w:val="ListNumber"/>
        <w:spacing w:line="240" w:lineRule="auto"/>
        <w:ind w:left="720"/>
      </w:pPr>
      <w:r/>
      <w:hyperlink r:id="rId12">
        <w:r>
          <w:rPr>
            <w:color w:val="0000EE"/>
            <w:u w:val="single"/>
          </w:rPr>
          <w:t>https://www.reddit.com/r/VisualStudio/comments/1bmiwi4/is_visual_studio_2022_professional_worth_buying/</w:t>
        </w:r>
      </w:hyperlink>
      <w:r>
        <w:t xml:space="preserve"> - Provides context on the value of Visual Studio Professional 2022 compared to the Community edition, especially for commercial development and larger teams.</w:t>
      </w:r>
      <w:r/>
    </w:p>
    <w:p>
      <w:pPr>
        <w:pStyle w:val="ListNumber"/>
        <w:spacing w:line="240" w:lineRule="auto"/>
        <w:ind w:left="720"/>
      </w:pPr>
      <w:r/>
      <w:hyperlink r:id="rId13">
        <w:r>
          <w:rPr>
            <w:color w:val="0000EE"/>
            <w:u w:val="single"/>
          </w:rPr>
          <w:t>https://9to5toys.com/2024/10/15/score-lifetime-access-to-microsoft-visual-studio-today-at-30-reg-up-to-499/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get-a-microsoft-visual-studio-pro-license-for-30-the-lowest-price-yet/" TargetMode="External"/><Relationship Id="rId11" Type="http://schemas.openxmlformats.org/officeDocument/2006/relationships/hyperlink" Target="https://www.microsoft.com/en-us/d/visual-studio-professional-2022/dg7gmgf0d3sj" TargetMode="External"/><Relationship Id="rId12" Type="http://schemas.openxmlformats.org/officeDocument/2006/relationships/hyperlink" Target="https://www.reddit.com/r/VisualStudio/comments/1bmiwi4/is_visual_studio_2022_professional_worth_buying/" TargetMode="External"/><Relationship Id="rId13" Type="http://schemas.openxmlformats.org/officeDocument/2006/relationships/hyperlink" Target="https://9to5toys.com/2024/10/15/score-lifetime-access-to-microsoft-visual-studio-today-at-30-reg-up-to-4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