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Motorola unveils its future vision at Lenovo's Tech World 2024 with revolutionary AI concept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Motorola Unveils its Future Vision at Lenovo's Tech World 2024 with Revolutionary AI Concept</w:t>
      </w:r>
      <w:r/>
    </w:p>
    <w:p>
      <w:r/>
      <w:r>
        <w:t>At Lenovo's Tech World 2024 event, held today, Motorola impressed attendees with a groundbreaking AI concept that promises to advance the functionality of smartphones. The concept is centred around the integration of Large Action Models (LAM) with Moto AI’s capabilities, highlighting a future where mobile devices become even more dynamic and intuitive.</w:t>
      </w:r>
      <w:r/>
    </w:p>
    <w:p>
      <w:r/>
      <w:r>
        <w:t>Set to push the boundaries of smartphone interaction, this technological innovation allows devices to not only understand verbal instructions but also consider environmental contexts to perform tasks. In its demonstration, Motorola illustrated how users could effortlessly command their phones using casual language to undertake tasks such as ordering services or finding nearby amenities. An example given was the simple command, "order me an iced americano," which prompts the phone to locate a nearby coffee shop, place the order, and return an alert when the order is ready. Similarly, users can summon rides simply by speaking.</w:t>
      </w:r>
      <w:r/>
    </w:p>
    <w:p>
      <w:r/>
      <w:r>
        <w:t>This nascent technology remains a proof-of-concept; however, its promise lies in its potential to learn from user habits and provide personalised responses by interacting in a human-like manner. This positions Motorola's innovation as uniquely distinct from existing AI solutions like Apple's Siri or Google’s Assistant, where the focus traditionally has been on providing information or executing commands without engaging with the user's surrounding context.</w:t>
      </w:r>
      <w:r/>
    </w:p>
    <w:p>
      <w:r/>
      <w:r>
        <w:t>Motorola's pursuit of integrating LAM technology aims to advance beyond simple voice-activated tasks towards an era where phones can execute a series of actions derived from contextual understanding and natural language processing. This evolution is set to deliver a seamless link between the user's verbal commands and tangible actions, offering a novel twist on smart assistant functionalities prevalent in today’s gadgets.</w:t>
      </w:r>
      <w:r/>
    </w:p>
    <w:p>
      <w:r/>
      <w:r>
        <w:t>In parallel, Motorola is expanding its existing suite of AI-driven functionalities under the moniker Moto AI. Having launched with the Motorola Razr Plus 2024 earlier this year, Moto AI is undergoing progressive expansions through a gradual beta rollout. Among its features are "Catch Me Up," which summarises notifications for users, and "Remember This," allowing users to capture essential moments or screen information efficiently. The "Pay Attention" feature further enhances user experience by simplifying the tracking of instructions without the need for manual documentation or lengthy recordings.</w:t>
      </w:r>
      <w:r/>
    </w:p>
    <w:p>
      <w:r/>
      <w:r>
        <w:t>Despite the ambitious direction and promising demonstrations, Motorola has yet to disclose specifics regarding which devices will support the beta testing phase or the selection criteria for participants. Plans are, however, set for incremental invitations throughout the year, marking the company's cautious yet strategic approach to revolutionising its AI offerings.</w:t>
      </w:r>
      <w:r/>
    </w:p>
    <w:p>
      <w:r/>
      <w:r>
        <w:t>This unveiling at Tech World 2024 offers a glimpse into Motorola's progressive stride towards integrating AI into everyday mobile experiences, potentially redefining user interaction with digital assistants by focusing on intelligent, response-based actions. The transformation aims to tether the technological and human experience more closely, heralding a new chapter in the evolution of smartphone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https://www.phonearena.com/news/motorola-wants-its-ai-to-do-more-and-just-get-things-done-but-how_id163785</w:t>
        </w:r>
      </w:hyperlink>
      <w:r>
        <w:t xml:space="preserve"> - This article explains Motorola's vision for its AI, including the integration of Large Action Models (LAM) and the features of Moto AI such as Catch Me Up, Remember This, and Pay Attention.</w:t>
      </w:r>
      <w:r/>
    </w:p>
    <w:p>
      <w:pPr>
        <w:pStyle w:val="ListNumber"/>
        <w:spacing w:line="240" w:lineRule="auto"/>
        <w:ind w:left="720"/>
      </w:pPr>
      <w:r/>
      <w:hyperlink r:id="rId11">
        <w:r>
          <w:rPr>
            <w:color w:val="0000EE"/>
            <w:u w:val="single"/>
          </w:rPr>
          <w:t>https://motorolanews.com/motorola-at-tech-world-2024/</w:t>
        </w:r>
      </w:hyperlink>
      <w:r>
        <w:t xml:space="preserve"> - This source details Motorola's AI features and how they are advancing the smartphone user experience, including the use of LAM and natural language commands to perform tasks like ordering coffee or summoning rides.</w:t>
      </w:r>
      <w:r/>
    </w:p>
    <w:p>
      <w:pPr>
        <w:pStyle w:val="ListNumber"/>
        <w:spacing w:line="240" w:lineRule="auto"/>
        <w:ind w:left="720"/>
      </w:pPr>
      <w:r/>
      <w:hyperlink r:id="rId12">
        <w:r>
          <w:rPr>
            <w:color w:val="0000EE"/>
            <w:u w:val="single"/>
          </w:rPr>
          <w:t>https://www.cnet.com/tech/mobile/motorolas-new-ai-concept-wants-to-turn-your-phone-into-a-true-assistant/</w:t>
        </w:r>
      </w:hyperlink>
      <w:r>
        <w:t xml:space="preserve"> - This article discusses Motorola's new AI concept involving LAM, which allows phones to understand environmental contexts and perform tasks based on verbal instructions, distinguishing it from other AI assistants like Siri or Google Assistant.</w:t>
      </w:r>
      <w:r/>
    </w:p>
    <w:p>
      <w:pPr>
        <w:pStyle w:val="ListNumber"/>
        <w:spacing w:line="240" w:lineRule="auto"/>
        <w:ind w:left="720"/>
      </w:pPr>
      <w:r/>
      <w:hyperlink r:id="rId13">
        <w:r>
          <w:rPr>
            <w:color w:val="0000EE"/>
            <w:u w:val="single"/>
          </w:rPr>
          <w:t>https://www.businesswire.com/news/home/20241015070494/en/Lenovo-Announces-Comprehensive-New-Hybrid-AI-Portfolio-at-Global-Tech-World-Event</w:t>
        </w:r>
      </w:hyperlink>
      <w:r>
        <w:t xml:space="preserve"> - This press release from Lenovo highlights the broader AI strategy, including Motorola's new AI experiences in beta testing and the integration of AI across various Lenovo and Motorola devices.</w:t>
      </w:r>
      <w:r/>
    </w:p>
    <w:p>
      <w:pPr>
        <w:pStyle w:val="ListNumber"/>
        <w:spacing w:line="240" w:lineRule="auto"/>
        <w:ind w:left="720"/>
      </w:pPr>
      <w:r/>
      <w:hyperlink r:id="rId14">
        <w:r>
          <w:rPr>
            <w:color w:val="0000EE"/>
            <w:u w:val="single"/>
          </w:rPr>
          <w:t>https://news.lenovo.com/pressroom/press-releases/smarter-ai-for-all-comprehensive-devices-solutions-concepts-tech-world-2024/</w:t>
        </w:r>
      </w:hyperlink>
      <w:r>
        <w:t xml:space="preserve"> - This article provides an overview of Lenovo's AI innovations, including the Smart Connect platform and other AI-driven features that align with Motorola's vision for integrated and intuitive AI experiences.</w:t>
      </w:r>
      <w:r/>
    </w:p>
    <w:p>
      <w:pPr>
        <w:pStyle w:val="ListNumber"/>
        <w:spacing w:line="240" w:lineRule="auto"/>
        <w:ind w:left="720"/>
      </w:pPr>
      <w:r/>
      <w:hyperlink r:id="rId10">
        <w:r>
          <w:rPr>
            <w:color w:val="0000EE"/>
            <w:u w:val="single"/>
          </w:rPr>
          <w:t>https://www.phonearena.com/news/motorola-wants-its-ai-to-do-more-and-just-get-things-done-but-how_id163785</w:t>
        </w:r>
      </w:hyperlink>
      <w:r>
        <w:t xml:space="preserve"> - This source mentions the beta rollout of Moto AI features and the gradual expansion of beta invites throughout the year, aligning with Motorola's cautious approach to introducing new AI functionalities.</w:t>
      </w:r>
      <w:r/>
    </w:p>
    <w:p>
      <w:pPr>
        <w:pStyle w:val="ListNumber"/>
        <w:spacing w:line="240" w:lineRule="auto"/>
        <w:ind w:left="720"/>
      </w:pPr>
      <w:r/>
      <w:hyperlink r:id="rId11">
        <w:r>
          <w:rPr>
            <w:color w:val="0000EE"/>
            <w:u w:val="single"/>
          </w:rPr>
          <w:t>https://motorolanews.com/motorola-at-tech-world-2024/</w:t>
        </w:r>
      </w:hyperlink>
      <w:r>
        <w:t xml:space="preserve"> - This article explains how Motorola's AI features, such as Catch Me Up and Remember This, are part of the Moto AI suite and how they enhance user experience by simplifying tasks and capturing important information.</w:t>
      </w:r>
      <w:r/>
    </w:p>
    <w:p>
      <w:pPr>
        <w:pStyle w:val="ListNumber"/>
        <w:spacing w:line="240" w:lineRule="auto"/>
        <w:ind w:left="720"/>
      </w:pPr>
      <w:r/>
      <w:hyperlink r:id="rId12">
        <w:r>
          <w:rPr>
            <w:color w:val="0000EE"/>
            <w:u w:val="single"/>
          </w:rPr>
          <w:t>https://www.cnet.com/tech/mobile/motorolas-new-ai-concept-wants-to-turn-your-phone-into-a-true-assistant/</w:t>
        </w:r>
      </w:hyperlink>
      <w:r>
        <w:t xml:space="preserve"> - This source provides examples of how Motorola's LAM technology can perform real-world tasks, such as ordering coffee or booking a ride, by understanding the user's environment and context.</w:t>
      </w:r>
      <w:r/>
    </w:p>
    <w:p>
      <w:pPr>
        <w:pStyle w:val="ListNumber"/>
        <w:spacing w:line="240" w:lineRule="auto"/>
        <w:ind w:left="720"/>
      </w:pPr>
      <w:r/>
      <w:hyperlink r:id="rId13">
        <w:r>
          <w:rPr>
            <w:color w:val="0000EE"/>
            <w:u w:val="single"/>
          </w:rPr>
          <w:t>https://www.businesswire.com/news/home/20241015070494/en/Lenovo-Announces-Comprehensive-New-Hybrid-AI-Portfolio-at-Global-Tech-World-Event</w:t>
        </w:r>
      </w:hyperlink>
      <w:r>
        <w:t xml:space="preserve"> - This press release mentions the collaboration between Lenovo and Motorola to create a seamless multi-device experience through Smart Connect, which leverages Hybrid AI to enhance productivity and creativity.</w:t>
      </w:r>
      <w:r/>
    </w:p>
    <w:p>
      <w:pPr>
        <w:pStyle w:val="ListNumber"/>
        <w:spacing w:line="240" w:lineRule="auto"/>
        <w:ind w:left="720"/>
      </w:pPr>
      <w:r/>
      <w:hyperlink r:id="rId14">
        <w:r>
          <w:rPr>
            <w:color w:val="0000EE"/>
            <w:u w:val="single"/>
          </w:rPr>
          <w:t>https://news.lenovo.com/pressroom/press-releases/smarter-ai-for-all-comprehensive-devices-solutions-concepts-tech-world-2024/</w:t>
        </w:r>
      </w:hyperlink>
      <w:r>
        <w:t xml:space="preserve"> - This article highlights Lenovo's commitment to delivering smarter technology, including AI-powered devices and solutions that streamline workflows, improve collaboration, and provide secure, personalized computing experiences.</w:t>
      </w:r>
      <w:r/>
    </w:p>
    <w:p>
      <w:pPr>
        <w:pStyle w:val="ListNumber"/>
        <w:spacing w:line="240" w:lineRule="auto"/>
        <w:ind w:left="720"/>
      </w:pPr>
      <w:r/>
      <w:hyperlink r:id="rId11">
        <w:r>
          <w:rPr>
            <w:color w:val="0000EE"/>
            <w:u w:val="single"/>
          </w:rPr>
          <w:t>https://motorolanews.com/motorola-at-tech-world-2024/</w:t>
        </w:r>
      </w:hyperlink>
      <w:r>
        <w:t xml:space="preserve"> - This source discusses the future vision of Motorola's AI, focusing on intelligent, response-based actions that aim to redefine user interaction with digital assistants and integrate the technological and human experience more closely.</w:t>
      </w:r>
      <w:r/>
    </w:p>
    <w:p>
      <w:pPr>
        <w:pStyle w:val="ListNumber"/>
        <w:spacing w:line="240" w:lineRule="auto"/>
        <w:ind w:left="720"/>
      </w:pPr>
      <w:r/>
      <w:hyperlink r:id="rId15">
        <w:r>
          <w:rPr>
            <w:color w:val="0000EE"/>
            <w:u w:val="single"/>
          </w:rPr>
          <w:t>https://www.androidcentral.com/apps-software/motorola-is-testing-ai-that-skips-words-and-gets-straight-to-doing-what-you-ask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nearena.com/news/motorola-wants-its-ai-to-do-more-and-just-get-things-done-but-how_id163785" TargetMode="External"/><Relationship Id="rId11" Type="http://schemas.openxmlformats.org/officeDocument/2006/relationships/hyperlink" Target="https://motorolanews.com/motorola-at-tech-world-2024/" TargetMode="External"/><Relationship Id="rId12" Type="http://schemas.openxmlformats.org/officeDocument/2006/relationships/hyperlink" Target="https://www.cnet.com/tech/mobile/motorolas-new-ai-concept-wants-to-turn-your-phone-into-a-true-assistant/" TargetMode="External"/><Relationship Id="rId13" Type="http://schemas.openxmlformats.org/officeDocument/2006/relationships/hyperlink" Target="https://www.businesswire.com/news/home/20241015070494/en/Lenovo-Announces-Comprehensive-New-Hybrid-AI-Portfolio-at-Global-Tech-World-Event" TargetMode="External"/><Relationship Id="rId14" Type="http://schemas.openxmlformats.org/officeDocument/2006/relationships/hyperlink" Target="https://news.lenovo.com/pressroom/press-releases/smarter-ai-for-all-comprehensive-devices-solutions-concepts-tech-world-2024/" TargetMode="External"/><Relationship Id="rId15" Type="http://schemas.openxmlformats.org/officeDocument/2006/relationships/hyperlink" Target="https://www.androidcentral.com/apps-software/motorola-is-testing-ai-that-skips-words-and-gets-straight-to-doing-what-you-a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