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Motorola unveils new AI initiatives at Lenovo Tech World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Motorola has recently announced an expansion to its AI-powered initiatives at Lenovo Tech World 2024. Known as "Moto AI," these new advancements promise to enhance user interaction with Motorola devices, employing sophisticated technologies to facilitate daily tasks and streamline user experiences.</w:t>
      </w:r>
      <w:r/>
    </w:p>
    <w:p>
      <w:r/>
      <w:r>
        <w:t xml:space="preserve">Earlier in the year, Motorola had introduced a couple of AI-driven tools, Magic Canvas and Style Sync, as part of the Moto AI suite. At the recent event, the company unveiled additional features that highlight the potential of AI in its product ecosystem. Among the latest introductions are Catch Me Up, Pay Attention, and Remember This. </w:t>
      </w:r>
      <w:r/>
    </w:p>
    <w:p>
      <w:r/>
      <w:r>
        <w:t>Catch Me Up offers users an orderly summary of notifications, enabling them to manage their messages without the need to sift through extensive notification logs. Pay Attention is designed to assist users by summarising instructions, eliminating the need to note down details manually or play back lengthy recordings. Meanwhile, Remember This allows for the capture of live events or on-screen data, providing AI-generated insights afterward.</w:t>
      </w:r>
      <w:r/>
    </w:p>
    <w:p>
      <w:r/>
      <w:r>
        <w:t>The company has announced that these features will initially be available in beta, with invites being distributed over the coming year. However, specifics concerning which devices will support the beta or how participants will be selected remain undisclosed. The phased release indicates Motorola's intention to refine and polish these tools based on user feedback, although some key aspects of the rollout remain under wraps.</w:t>
      </w:r>
      <w:r/>
    </w:p>
    <w:p>
      <w:r/>
      <w:r>
        <w:t>Motorola also introduced the concept of Large Action Models (LAMs), aspiring to offer a more personalised and contextually aware user experience. These models aim to understand environmental cues, learn from user behaviours, and translate natural language into actionable tasks. For instance, during Tech World 2024, Motorola demonstrated a scenario where Moto AI could process a command to order an iced americano, identify the nearest coffee shop, place the order, and notify the user when the drink is ready for collection. Other potential applications include booking a ride-hailing service, where Moto AI would handle the logistics, including destination details and ETA notifications.</w:t>
      </w:r>
      <w:r/>
    </w:p>
    <w:p>
      <w:r/>
      <w:r>
        <w:t>Another significant revelation was the Smart Connect feature, which aspires to bridge Motorola devices with the broader Lenovo ecosystem. This would allow users to control various devices using natural language commands, bringing AI capabilities to devices previously lacking such features. Smart Connect aims to enhance cross-device functionalities, potentially enabling more seamless interactions and productivity across multiple devices.</w:t>
      </w:r>
      <w:r/>
    </w:p>
    <w:p>
      <w:r/>
      <w:r>
        <w:t>Despite these promising developments, many of Moto AI's features are still in conceptual stages, with demonstrations yet to be translated into real-world applications. While Motorola is moving forward with its AI advancements, this gradual progression hints at extensive work being needed before their full potential can be realised.</w:t>
      </w:r>
      <w:r/>
    </w:p>
    <w:p>
      <w:r/>
      <w:r>
        <w:t>The combination of Moto AI's innovative features promises a new way of interacting with technology, albeit with some uncertainty surrounding their implementation timeline. Motorola has signalled its ambition to compete with other tech giants like Samsung and Apple, yet it is clear that significant development remains necessary to realise these advancements' practical applications.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https://motorolanews.com/motorola-at-tech-world-2024/</w:t>
        </w:r>
      </w:hyperlink>
      <w:r>
        <w:t xml:space="preserve"> - Corroborates the introduction of Moto AI and its features such as assist, capture, and create, as well as the use of Large Action Models (LAM) for personalized assistance.</w:t>
      </w:r>
      <w:r/>
    </w:p>
    <w:p>
      <w:pPr>
        <w:pStyle w:val="ListNumber"/>
        <w:spacing w:line="240" w:lineRule="auto"/>
        <w:ind w:left="720"/>
      </w:pPr>
      <w:r/>
      <w:hyperlink r:id="rId11">
        <w:r>
          <w:rPr>
            <w:color w:val="0000EE"/>
            <w:u w:val="single"/>
          </w:rPr>
          <w:t>https://www.cnet.com/tech/mobile/motorolas-new-ai-concept-wants-to-turn-your-phone-into-a-true-assistant/</w:t>
        </w:r>
      </w:hyperlink>
      <w:r>
        <w:t xml:space="preserve"> - Supports the concept of Moto AI using LAM to perform real-world tasks like ordering coffee and booking rides, and compares it to other AI initiatives by tech giants.</w:t>
      </w:r>
      <w:r/>
    </w:p>
    <w:p>
      <w:pPr>
        <w:pStyle w:val="ListNumber"/>
        <w:spacing w:line="240" w:lineRule="auto"/>
        <w:ind w:left="720"/>
      </w:pPr>
      <w:r/>
      <w:hyperlink r:id="rId12">
        <w:r>
          <w:rPr>
            <w:color w:val="0000EE"/>
            <w:u w:val="single"/>
          </w:rPr>
          <w:t>https://www.youtube.com/watch?v=scyVr8xAfb4</w:t>
        </w:r>
      </w:hyperlink>
      <w:r>
        <w:t xml:space="preserve"> - Demonstrates how Moto AI's LAM technology works, including tasks like ordering coffee and booking rides, and introduces features like Catch Me Up and Pay Attention.</w:t>
      </w:r>
      <w:r/>
    </w:p>
    <w:p>
      <w:pPr>
        <w:pStyle w:val="ListNumber"/>
        <w:spacing w:line="240" w:lineRule="auto"/>
        <w:ind w:left="720"/>
      </w:pPr>
      <w:r/>
      <w:hyperlink r:id="rId13">
        <w:r>
          <w:rPr>
            <w:color w:val="0000EE"/>
            <w:u w:val="single"/>
          </w:rPr>
          <w:t>https://www.androidauthority.com/motorola-moto-ai-features-2024-3491031/</w:t>
        </w:r>
      </w:hyperlink>
      <w:r>
        <w:t xml:space="preserve"> - Details the new Moto AI features such as Catch Me Up, Pay Attention, and Remember This, and explains the beta program rollout.</w:t>
      </w:r>
      <w:r/>
    </w:p>
    <w:p>
      <w:pPr>
        <w:pStyle w:val="ListNumber"/>
        <w:spacing w:line="240" w:lineRule="auto"/>
        <w:ind w:left="720"/>
      </w:pPr>
      <w:r/>
      <w:hyperlink r:id="rId10">
        <w:r>
          <w:rPr>
            <w:color w:val="0000EE"/>
            <w:u w:val="single"/>
          </w:rPr>
          <w:t>https://motorolanews.com/motorola-at-tech-world-2024/</w:t>
        </w:r>
      </w:hyperlink>
      <w:r>
        <w:t xml:space="preserve"> - Explains the Smart Connect feature and its integration with the Lenovo ecosystem to enhance cross-device functionalities.</w:t>
      </w:r>
      <w:r/>
    </w:p>
    <w:p>
      <w:pPr>
        <w:pStyle w:val="ListNumber"/>
        <w:spacing w:line="240" w:lineRule="auto"/>
        <w:ind w:left="720"/>
      </w:pPr>
      <w:r/>
      <w:hyperlink r:id="rId11">
        <w:r>
          <w:rPr>
            <w:color w:val="0000EE"/>
            <w:u w:val="single"/>
          </w:rPr>
          <w:t>https://www.cnet.com/tech/mobile/motorolas-new-ai-concept-wants-to-turn-your-phone-into-a-true-assistant/</w:t>
        </w:r>
      </w:hyperlink>
      <w:r>
        <w:t xml:space="preserve"> - Discusses the broader shift towards making phones more proactive and the competitive landscape with other tech giants like Apple and Samsung.</w:t>
      </w:r>
      <w:r/>
    </w:p>
    <w:p>
      <w:pPr>
        <w:pStyle w:val="ListNumber"/>
        <w:spacing w:line="240" w:lineRule="auto"/>
        <w:ind w:left="720"/>
      </w:pPr>
      <w:r/>
      <w:hyperlink r:id="rId13">
        <w:r>
          <w:rPr>
            <w:color w:val="0000EE"/>
            <w:u w:val="single"/>
          </w:rPr>
          <w:t>https://www.androidauthority.com/motorola-moto-ai-features-2024-3491031/</w:t>
        </w:r>
      </w:hyperlink>
      <w:r>
        <w:t xml:space="preserve"> - Provides information on the previous AI-driven tools, Magic Canvas and Style Sync, introduced by Motorola.</w:t>
      </w:r>
      <w:r/>
    </w:p>
    <w:p>
      <w:pPr>
        <w:pStyle w:val="ListNumber"/>
        <w:spacing w:line="240" w:lineRule="auto"/>
        <w:ind w:left="720"/>
      </w:pPr>
      <w:r/>
      <w:hyperlink r:id="rId12">
        <w:r>
          <w:rPr>
            <w:color w:val="0000EE"/>
            <w:u w:val="single"/>
          </w:rPr>
          <w:t>https://www.youtube.com/watch?v=scyVr8xAfb4</w:t>
        </w:r>
      </w:hyperlink>
      <w:r>
        <w:t xml:space="preserve"> - Highlights the user experience enhancements and the potential for automating daily tasks with Moto AI.</w:t>
      </w:r>
      <w:r/>
    </w:p>
    <w:p>
      <w:pPr>
        <w:pStyle w:val="ListNumber"/>
        <w:spacing w:line="240" w:lineRule="auto"/>
        <w:ind w:left="720"/>
      </w:pPr>
      <w:r/>
      <w:hyperlink r:id="rId10">
        <w:r>
          <w:rPr>
            <w:color w:val="0000EE"/>
            <w:u w:val="single"/>
          </w:rPr>
          <w:t>https://motorolanews.com/motorola-at-tech-world-2024/</w:t>
        </w:r>
      </w:hyperlink>
      <w:r>
        <w:t xml:space="preserve"> - Explains the integration of Hybrid AI in Smart Connect to boost productivity and connectivity across devices.</w:t>
      </w:r>
      <w:r/>
    </w:p>
    <w:p>
      <w:pPr>
        <w:pStyle w:val="ListNumber"/>
        <w:spacing w:line="240" w:lineRule="auto"/>
        <w:ind w:left="720"/>
      </w:pPr>
      <w:r/>
      <w:hyperlink r:id="rId11">
        <w:r>
          <w:rPr>
            <w:color w:val="0000EE"/>
            <w:u w:val="single"/>
          </w:rPr>
          <w:t>https://www.cnet.com/tech/mobile/motorolas-new-ai-concept-wants-to-turn-your-phone-into-a-true-assistant/</w:t>
        </w:r>
      </w:hyperlink>
      <w:r>
        <w:t xml:space="preserve"> - Mentions the beta program for new Moto AI features and the plan to incorporate user feedback for refinement.</w:t>
      </w:r>
      <w:r/>
    </w:p>
    <w:p>
      <w:pPr>
        <w:pStyle w:val="ListNumber"/>
        <w:spacing w:line="240" w:lineRule="auto"/>
        <w:ind w:left="720"/>
      </w:pPr>
      <w:r/>
      <w:hyperlink r:id="rId14">
        <w:r>
          <w:rPr>
            <w:color w:val="0000EE"/>
            <w:u w:val="single"/>
          </w:rPr>
          <w:t>https://www.businesswire.com/news/home/20241015070494/en/Lenovo-Announces-Comprehensive-New-Hybrid-AI-Portfolio-at-Global-Tech-World-Event</w:t>
        </w:r>
      </w:hyperlink>
      <w:r>
        <w:t xml:space="preserve"> - Supports Lenovo's broader commitment to AI advancements and the integration of AI across various Lenovo products and services.</w:t>
      </w:r>
      <w:r/>
    </w:p>
    <w:p>
      <w:pPr>
        <w:pStyle w:val="ListNumber"/>
        <w:spacing w:line="240" w:lineRule="auto"/>
        <w:ind w:left="720"/>
      </w:pPr>
      <w:r/>
      <w:hyperlink r:id="rId15">
        <w:r>
          <w:rPr>
            <w:color w:val="0000EE"/>
            <w:u w:val="single"/>
          </w:rPr>
          <w:t>https://www.digitaltrends.com/mobile/remember-moto-ai-motorola-finally-has-an-update-on-it/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otorolanews.com/motorola-at-tech-world-2024/" TargetMode="External"/><Relationship Id="rId11" Type="http://schemas.openxmlformats.org/officeDocument/2006/relationships/hyperlink" Target="https://www.cnet.com/tech/mobile/motorolas-new-ai-concept-wants-to-turn-your-phone-into-a-true-assistant/" TargetMode="External"/><Relationship Id="rId12" Type="http://schemas.openxmlformats.org/officeDocument/2006/relationships/hyperlink" Target="https://www.youtube.com/watch?v=scyVr8xAfb4" TargetMode="External"/><Relationship Id="rId13" Type="http://schemas.openxmlformats.org/officeDocument/2006/relationships/hyperlink" Target="https://www.androidauthority.com/motorola-moto-ai-features-2024-3491031/" TargetMode="External"/><Relationship Id="rId14" Type="http://schemas.openxmlformats.org/officeDocument/2006/relationships/hyperlink" Target="https://www.businesswire.com/news/home/20241015070494/en/Lenovo-Announces-Comprehensive-New-Hybrid-AI-Portfolio-at-Global-Tech-World-Event" TargetMode="External"/><Relationship Id="rId15" Type="http://schemas.openxmlformats.org/officeDocument/2006/relationships/hyperlink" Target="https://www.digitaltrends.com/mobile/remember-moto-ai-motorola-finally-has-an-update-on-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