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New baby monitor combines innovation with user-friendly design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Introduction of New Baby Monitor Combines Innovation with User-Friendly Design</w:t>
      </w:r>
      <w:r/>
    </w:p>
    <w:p>
      <w:r/>
      <w:r>
        <w:t>In the ever-evolving market of baby products, the Tiny Traveler Ai Classic baby monitor has emerged as a notable option for parents, offering innovative AI-powered features designed to ensure the safety and comfort of little ones. This product review provides an in-depth look at the monitor's capabilities, evaluating its performance, design, and overall appeal to modern parents.</w:t>
      </w:r>
      <w:r/>
    </w:p>
    <w:p>
      <w:r/>
      <w:r>
        <w:rPr>
          <w:b/>
        </w:rPr>
        <w:t>Design and Portability</w:t>
      </w:r>
      <w:r/>
    </w:p>
    <w:p>
      <w:r/>
      <w:r>
        <w:t>The Tiny Traveler Ai Classic stands out with its sleek and compact build. Ideal for parents on the move, it weighs a mere 1.3 pounds, making it an easily portable device. Its design includes a 3.5-inch LCD display that offers high-quality video clarity, complemented by an intuitive interface that simplifies the process of navigating the menu.</w:t>
      </w:r>
      <w:r/>
    </w:p>
    <w:p>
      <w:r/>
      <w:r>
        <w:rPr>
          <w:b/>
        </w:rPr>
        <w:t>Key Features</w:t>
      </w:r>
      <w:r/>
    </w:p>
    <w:p>
      <w:r/>
      <w:r>
        <w:t>A key selling point of this baby monitor is its wireless convenience. It connects wirelessly over a range of up to 1,000 feet without requiring a WiFi connection, which ensures constant monitoring, even in areas where internet connectivity might be limited. The device also includes automatic night vision, seamlessly transitioning to low-light conditions to maintain a clear visual of the baby at all times.</w:t>
      </w:r>
      <w:r/>
    </w:p>
    <w:p>
      <w:r/>
      <w:r>
        <w:t>An additional noteworthy feature is the Duo Vision capability, which allows parents to connect a second camera (available separately) and monitor two areas simultaneously. The monitor's battery life ranges from 4 hours on the primary setting to 8 hours when used with the optional camera battery cradle, allowing extended usage without frequent recharging.</w:t>
      </w:r>
      <w:r/>
    </w:p>
    <w:p>
      <w:r/>
      <w:r>
        <w:t>Another feature is the two-way communication system, enabling parents to speak or play calming sounds to their baby remotely. This can be particularly comforting during anxious moments without being physically present.</w:t>
      </w:r>
      <w:r/>
    </w:p>
    <w:p>
      <w:r/>
      <w:r>
        <w:rPr>
          <w:b/>
        </w:rPr>
        <w:t>Added Benefits</w:t>
      </w:r>
      <w:r/>
    </w:p>
    <w:p>
      <w:r/>
      <w:r>
        <w:t>The Tiny Traveler Ai Classic also offers several supplementary benefits. It includes an optional recording feature to capture special moments, and a portable design that is perfect for trips or family visits. Additional functionalities include temperature monitoring to keep track of the baby's room environment, and the ability to play lullabies or white noise to aid in the baby’s sleep.</w:t>
      </w:r>
      <w:r/>
    </w:p>
    <w:p>
      <w:r/>
      <w:r>
        <w:rPr>
          <w:b/>
        </w:rPr>
        <w:t>Performance and Range</w:t>
      </w:r>
      <w:r/>
    </w:p>
    <w:p>
      <w:r/>
      <w:r>
        <w:t>Market testing of the Tiny Traveler Ai Classic indicated strong performance and significant wireless range. The signal remained stable at substantial distances, up to and over 900 feet, demonstrating minimal occurrences of interference. Both day and night, the video quality was noted to be crisp and precise.</w:t>
      </w:r>
      <w:r/>
    </w:p>
    <w:p>
      <w:r/>
      <w:r>
        <w:rPr>
          <w:b/>
        </w:rPr>
        <w:t>Advantages Compared to Competitors</w:t>
      </w:r>
      <w:r/>
    </w:p>
    <w:p>
      <w:r/>
      <w:r>
        <w:t xml:space="preserve">The Tiny Traveler Ai Classic notably excels in areas such as ease of use with its straightforward setup, its compact and lightweight nature, and an extensive wireless range which is set at up to 1,000 feet. The Duo Vision feature also offers the convenience of multi-baby monitoring. </w:t>
      </w:r>
      <w:r/>
    </w:p>
    <w:p>
      <w:r/>
      <w:r>
        <w:rPr>
          <w:b/>
        </w:rPr>
        <w:t>Market Position</w:t>
      </w:r>
      <w:r/>
    </w:p>
    <w:p>
      <w:r/>
      <w:r>
        <w:t>Priced between $150 to $200 depending on retailers and bundles, the Tiny Traveler Ai Classic differentiates itself from competitors through its extensive wireless range, duo monitoring capabilities, and portability, making it suitable for parents who need a reliable monitoring solution on the go. Available on platforms such as Amazon, Buy Buy Baby, and other major retailers, the device presents a competitive option for those seeking comprehensive monitoring features at an affordable price.</w:t>
      </w:r>
      <w:r/>
    </w:p>
    <w:p>
      <w:r/>
      <w:r>
        <w:rPr>
          <w:b/>
        </w:rPr>
        <w:t>Conclusion</w:t>
      </w:r>
      <w:r/>
    </w:p>
    <w:p>
      <w:r/>
      <w:r>
        <w:t>In summary, the Tiny Traveler Ai Classic baby monitor presents itself as a robust contender in the marketplace, especially appealing to tech-savvy parents who require a combination of mobility, feature richness, and ease of use. While it may not include motion tracking, its focus on reliable wireless connectivity and multi-channel monitoring supports a seamless parenting experience. Its innovative design and thoughtful features make it highly rated among parental shopping lists, with the overall impression being highly positive.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https://lexienoelleundem.com/tiny-traveler-ai-classic/</w:t>
        </w:r>
      </w:hyperlink>
      <w:r>
        <w:t xml:space="preserve"> - Corroborates the wireless convenience and the ability to monitor the baby without a WiFi connection, as well as the features like Stand Detection and Cry Detection.</w:t>
      </w:r>
      <w:r/>
    </w:p>
    <w:p>
      <w:pPr>
        <w:pStyle w:val="ListNumber"/>
        <w:spacing w:line="240" w:lineRule="auto"/>
        <w:ind w:left="720"/>
      </w:pPr>
      <w:r/>
      <w:hyperlink r:id="rId11">
        <w:r>
          <w:rPr>
            <w:color w:val="0000EE"/>
            <w:u w:val="single"/>
          </w:rPr>
          <w:t>https://www.tomsguide.com/reviews/tiny-traveler</w:t>
        </w:r>
      </w:hyperlink>
      <w:r>
        <w:t xml:space="preserve"> - Supports the design and portability of the Tiny Traveler, including its weight, LCD display, and intuitive interface.</w:t>
      </w:r>
      <w:r/>
    </w:p>
    <w:p>
      <w:pPr>
        <w:pStyle w:val="ListNumber"/>
        <w:spacing w:line="240" w:lineRule="auto"/>
        <w:ind w:left="720"/>
      </w:pPr>
      <w:r/>
      <w:hyperlink r:id="rId12">
        <w:r>
          <w:rPr>
            <w:color w:val="0000EE"/>
            <w:u w:val="single"/>
          </w:rPr>
          <w:t>https://mytinytraveler.com/products/tiny-traveler-ai-classic-tt006?srsltid=AfmBOopAKMKgF1pidzpZ2t2U4ShPFdUPeOZpr6A0j_iUDCsHYUNytlqH</w:t>
        </w:r>
      </w:hyperlink>
      <w:r>
        <w:t xml:space="preserve"> - Confirms the wireless range of up to 1000 feet and the device's portability.</w:t>
      </w:r>
      <w:r/>
    </w:p>
    <w:p>
      <w:pPr>
        <w:pStyle w:val="ListNumber"/>
        <w:spacing w:line="240" w:lineRule="auto"/>
        <w:ind w:left="720"/>
      </w:pPr>
      <w:r/>
      <w:hyperlink r:id="rId13">
        <w:r>
          <w:rPr>
            <w:color w:val="0000EE"/>
            <w:u w:val="single"/>
          </w:rPr>
          <w:t>https://www.amazon.com/Tiny-Traveler-Baby-Monitor-Touchscreen/dp/B0CDGK8CZN</w:t>
        </w:r>
      </w:hyperlink>
      <w:r>
        <w:t xml:space="preserve"> - Details the automatic night vision, two-way communication system, and the optional recording feature.</w:t>
      </w:r>
      <w:r/>
    </w:p>
    <w:p>
      <w:pPr>
        <w:pStyle w:val="ListNumber"/>
        <w:spacing w:line="240" w:lineRule="auto"/>
        <w:ind w:left="720"/>
      </w:pPr>
      <w:r/>
      <w:hyperlink r:id="rId11">
        <w:r>
          <w:rPr>
            <w:color w:val="0000EE"/>
            <w:u w:val="single"/>
          </w:rPr>
          <w:t>https://www.tomsguide.com/reviews/tiny-traveler</w:t>
        </w:r>
      </w:hyperlink>
      <w:r>
        <w:t xml:space="preserve"> - Provides information on the battery life, ranging from 4 hours to 8 hours with the optional camera battery cradle.</w:t>
      </w:r>
      <w:r/>
    </w:p>
    <w:p>
      <w:pPr>
        <w:pStyle w:val="ListNumber"/>
        <w:spacing w:line="240" w:lineRule="auto"/>
        <w:ind w:left="720"/>
      </w:pPr>
      <w:r/>
      <w:hyperlink r:id="rId10">
        <w:r>
          <w:rPr>
            <w:color w:val="0000EE"/>
            <w:u w:val="single"/>
          </w:rPr>
          <w:t>https://lexienoelleundem.com/tiny-traveler-ai-classic/</w:t>
        </w:r>
      </w:hyperlink>
      <w:r>
        <w:t xml:space="preserve"> - Highlights the additional benefits such as temperature monitoring and the ability to play lullabies or white noise.</w:t>
      </w:r>
      <w:r/>
    </w:p>
    <w:p>
      <w:pPr>
        <w:pStyle w:val="ListNumber"/>
        <w:spacing w:line="240" w:lineRule="auto"/>
        <w:ind w:left="720"/>
      </w:pPr>
      <w:r/>
      <w:hyperlink r:id="rId12">
        <w:r>
          <w:rPr>
            <w:color w:val="0000EE"/>
            <w:u w:val="single"/>
          </w:rPr>
          <w:t>https://mytinytraveler.com/products/tiny-traveler-ai-classic-tt006?srsltid=AfmBOopAKMKgF1pidzpZ2t2U4ShPFdUPeOZpr6A0j_iUDCsHYUNytlqH</w:t>
        </w:r>
      </w:hyperlink>
      <w:r>
        <w:t xml:space="preserve"> - Supports the strong performance and significant wireless range of the device.</w:t>
      </w:r>
      <w:r/>
    </w:p>
    <w:p>
      <w:pPr>
        <w:pStyle w:val="ListNumber"/>
        <w:spacing w:line="240" w:lineRule="auto"/>
        <w:ind w:left="720"/>
      </w:pPr>
      <w:r/>
      <w:hyperlink r:id="rId11">
        <w:r>
          <w:rPr>
            <w:color w:val="0000EE"/>
            <w:u w:val="single"/>
          </w:rPr>
          <w:t>https://www.tomsguide.com/reviews/tiny-traveler</w:t>
        </w:r>
      </w:hyperlink>
      <w:r>
        <w:t xml:space="preserve"> - Corroborates the ease of use and straightforward setup of the Tiny Traveler Ai Classic.</w:t>
      </w:r>
      <w:r/>
    </w:p>
    <w:p>
      <w:pPr>
        <w:pStyle w:val="ListNumber"/>
        <w:spacing w:line="240" w:lineRule="auto"/>
        <w:ind w:left="720"/>
      </w:pPr>
      <w:r/>
      <w:hyperlink r:id="rId13">
        <w:r>
          <w:rPr>
            <w:color w:val="0000EE"/>
            <w:u w:val="single"/>
          </w:rPr>
          <w:t>https://www.amazon.com/Tiny-Traveler-Baby-Monitor-Touchscreen/dp/B0CDGK8CZN</w:t>
        </w:r>
      </w:hyperlink>
      <w:r>
        <w:t xml:space="preserve"> - Details the Duo Vision capability and the ability to monitor two areas simultaneously.</w:t>
      </w:r>
      <w:r/>
    </w:p>
    <w:p>
      <w:pPr>
        <w:pStyle w:val="ListNumber"/>
        <w:spacing w:line="240" w:lineRule="auto"/>
        <w:ind w:left="720"/>
      </w:pPr>
      <w:r/>
      <w:hyperlink r:id="rId10">
        <w:r>
          <w:rPr>
            <w:color w:val="0000EE"/>
            <w:u w:val="single"/>
          </w:rPr>
          <w:t>https://lexienoelleundem.com/tiny-traveler-ai-classic/</w:t>
        </w:r>
      </w:hyperlink>
      <w:r>
        <w:t xml:space="preserve"> - Supports the market position and pricing of the Tiny Traveler Ai Classic, ranging between $150 to $200.</w:t>
      </w:r>
      <w:r/>
    </w:p>
    <w:p>
      <w:pPr>
        <w:pStyle w:val="ListNumber"/>
        <w:spacing w:line="240" w:lineRule="auto"/>
        <w:ind w:left="720"/>
      </w:pPr>
      <w:r/>
      <w:hyperlink r:id="rId11">
        <w:r>
          <w:rPr>
            <w:color w:val="0000EE"/>
            <w:u w:val="single"/>
          </w:rPr>
          <w:t>https://www.tomsguide.com/reviews/tiny-traveler</w:t>
        </w:r>
      </w:hyperlink>
      <w:r>
        <w:t xml:space="preserve"> - Confirms the availability of the device on platforms such as Amazon and other major retailers.</w:t>
      </w:r>
      <w:r/>
    </w:p>
    <w:p>
      <w:pPr>
        <w:pStyle w:val="ListNumber"/>
        <w:spacing w:line="240" w:lineRule="auto"/>
        <w:ind w:left="720"/>
      </w:pPr>
      <w:r/>
      <w:hyperlink r:id="rId14">
        <w:r>
          <w:rPr>
            <w:color w:val="0000EE"/>
            <w:u w:val="single"/>
          </w:rPr>
          <w:t>https://newtheory.com/tiny-traveler-ai-classic-baby-monitor-review-a-game-changer-for-parents-on-the-go/</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lexienoelleundem.com/tiny-traveler-ai-classic/" TargetMode="External"/><Relationship Id="rId11" Type="http://schemas.openxmlformats.org/officeDocument/2006/relationships/hyperlink" Target="https://www.tomsguide.com/reviews/tiny-traveler" TargetMode="External"/><Relationship Id="rId12" Type="http://schemas.openxmlformats.org/officeDocument/2006/relationships/hyperlink" Target="https://mytinytraveler.com/products/tiny-traveler-ai-classic-tt006?srsltid=AfmBOopAKMKgF1pidzpZ2t2U4ShPFdUPeOZpr6A0j_iUDCsHYUNytlqH" TargetMode="External"/><Relationship Id="rId13" Type="http://schemas.openxmlformats.org/officeDocument/2006/relationships/hyperlink" Target="https://www.amazon.com/Tiny-Traveler-Baby-Monitor-Touchscreen/dp/B0CDGK8CZN" TargetMode="External"/><Relationship Id="rId14" Type="http://schemas.openxmlformats.org/officeDocument/2006/relationships/hyperlink" Target="https://newtheory.com/tiny-traveler-ai-classic-baby-monitor-review-a-game-changer-for-parents-on-the-go/"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