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Nobel Prize announcements highlight ongoing issues of fairness and diversity in science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2024 Nobel Prize announcements in the sciences have reignited longstanding debates about fairness, diversity, and representation within the world of prestigious awards. This year's seven science laureates, all men from North America and Europe, have prompted discussions about the inclusivity of such accolades in a global and diverse scientific community.</w:t>
      </w:r>
      <w:r/>
    </w:p>
    <w:p>
      <w:r/>
      <w:r>
        <w:t>The Nobel Prizes, awarded since 1901 in categories that include physics, chemistry, and physiology or medicine, are often seen as the pinnacle of scientific achievement. However, the announcement of this year's winners has once again highlighted issues of representation. The prizes this year have not included any women among the scientific laureates, a point of disappointment for many observers, including Dame Jocelyn Bell Burnell, an Oxford University astrophysicist. Bell Burnell, who is recognised for her contributions to the discovery of pulsars, experienced her own struggles with recognition in the 1970s. Despite her significant contributions, the Nobel for that discovery was awarded to her male colleagues.</w:t>
      </w:r>
      <w:r/>
    </w:p>
    <w:p>
      <w:r/>
      <w:r>
        <w:t>According to statistics published by the journal Nature, since the inaugural prizes in the early 20th century, only 11 science Nobels were awarded to women in the entire century, with 15 being awarded to women since 2000. This year's lack of female laureates comes despite the increasing participation of women in scientific fields. Frances Arnold from the California Institute of Technology, a Nobel Laureate in Chemistry in 2018, expressed both disappointment and optimism, noting the progressive widening of the talent pool and hopes for eventual change.</w:t>
      </w:r>
      <w:r/>
    </w:p>
    <w:p>
      <w:r/>
      <w:r>
        <w:t>In addition to the gender imbalance, there remains a geographic concentration of winners. More than half of the science-related Nobel Prizes have gone to North American scientists. The interconnectedness of laureates is also a notable trend. It has been observed that laureates frequently train future laureates, creating what some describe as a "Nobel family tree.” Institutions with substantial funding and prestige also play a significant role in this dynamic. The tightly controlled nomination process allows nominations chiefly from previous laureates, members of the Royal Swedish Academy of Sciences, and professors from select universities.</w:t>
      </w:r>
      <w:r/>
    </w:p>
    <w:p>
      <w:r/>
      <w:r>
        <w:t>This year's physics and chemistry prizes also stirred curiosity due to their focus on artificial intelligence. Among the awardees are eminent figures like Geoffrey Hinton, an ex-Google scientist, and Sir Demis Hassabis of DeepMind, noted for their contributions to AI. This shines a spotlight on the relevance of existing Nobel categories amid burgeoning interdisciplinary fields, such as artificial intelligence, that blend computer science, psychology, and neuroscience.</w:t>
      </w:r>
      <w:r/>
    </w:p>
    <w:p>
      <w:r/>
      <w:r>
        <w:t>In efforts to address the concerns of diversity, the prize committees aim to expand the pool of nominators to include more women, young people, and scientists from underrepresented regions such as Africa. Collaborations with the African Academy of Sciences and the World Academy of Sciences are parts of these efforts. The World Academy of Sciences, founded by Pakistani laureate Abdus Salam, represents scientists from lower- and middle-income countries.</w:t>
      </w:r>
      <w:r/>
    </w:p>
    <w:p>
      <w:r/>
      <w:r>
        <w:t>Despite the evolving nature of science that increasingly relies on collaborative efforts, the Nobel Prizes continue to symbolise individual merit. As such, there is a growing emphasis on ensuring the selection process duly recognises the diverse range of deserving scientists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https://sites.imsa.edu/acronym/2021/12/03/the-nobel-prizes-persistent-diversity-problem-is-systemic/</w:t>
        </w:r>
      </w:hyperlink>
      <w:r>
        <w:t xml:space="preserve"> - Corroborates the systemic lack of diversity in Nobel Prizes, including the absence of women and Black scientists, and the efforts by the Royal Swedish Academy to increase diversity.</w:t>
      </w:r>
      <w:r/>
    </w:p>
    <w:p>
      <w:pPr>
        <w:pStyle w:val="ListNumber"/>
        <w:spacing w:line="240" w:lineRule="auto"/>
        <w:ind w:left="720"/>
      </w:pPr>
      <w:r/>
      <w:hyperlink r:id="rId11">
        <w:r>
          <w:rPr>
            <w:color w:val="0000EE"/>
            <w:u w:val="single"/>
          </w:rPr>
          <w:t>https://www.newscientist.com/article/2451324-nobel-prizes-are-still-failing-to-celebrate-the-diversity-of-science/</w:t>
        </w:r>
      </w:hyperlink>
      <w:r>
        <w:t xml:space="preserve"> - Supports the lack of diversity among Nobel laureates, including the absence of Black scientists and the underrepresentation of women, and discusses the nomination process and its biases.</w:t>
      </w:r>
      <w:r/>
    </w:p>
    <w:p>
      <w:pPr>
        <w:pStyle w:val="ListNumber"/>
        <w:spacing w:line="240" w:lineRule="auto"/>
        <w:ind w:left="720"/>
      </w:pPr>
      <w:r/>
      <w:hyperlink r:id="rId11">
        <w:r>
          <w:rPr>
            <w:color w:val="0000EE"/>
            <w:u w:val="single"/>
          </w:rPr>
          <w:t>https://www.newscientist.com/article/2451324-nobel-prizes-are-still-failing-to-celebrate-the-diversity-of-science/</w:t>
        </w:r>
      </w:hyperlink>
      <w:r>
        <w:t xml:space="preserve"> - Highlights the geographic concentration of Nobel winners, primarily in North America and Europe, and the exclusion of significant contributors like Rosalind Franklin.</w:t>
      </w:r>
      <w:r/>
    </w:p>
    <w:p>
      <w:pPr>
        <w:pStyle w:val="ListNumber"/>
        <w:spacing w:line="240" w:lineRule="auto"/>
        <w:ind w:left="720"/>
      </w:pPr>
      <w:r/>
      <w:hyperlink r:id="rId10">
        <w:r>
          <w:rPr>
            <w:color w:val="0000EE"/>
            <w:u w:val="single"/>
          </w:rPr>
          <w:t>https://sites.imsa.edu/acronym/2021/12/03/the-nobel-prizes-persistent-diversity-problem-is-systemic/</w:t>
        </w:r>
      </w:hyperlink>
      <w:r>
        <w:t xml:space="preserve"> - Explains the role of prestigious institutions and the nomination process in limiting diversity among Nobel laureates.</w:t>
      </w:r>
      <w:r/>
    </w:p>
    <w:p>
      <w:pPr>
        <w:pStyle w:val="ListNumber"/>
        <w:spacing w:line="240" w:lineRule="auto"/>
        <w:ind w:left="720"/>
      </w:pPr>
      <w:r/>
      <w:hyperlink r:id="rId11">
        <w:r>
          <w:rPr>
            <w:color w:val="0000EE"/>
            <w:u w:val="single"/>
          </w:rPr>
          <w:t>https://www.newscientist.com/article/2451324-nobel-prizes-are-still-failing-to-celebrate-the-diversity-of-science/</w:t>
        </w:r>
      </w:hyperlink>
      <w:r>
        <w:t xml:space="preserve"> - Discusses the impact of Nobel Prizes on the careers of scientists and the public perception of science, emphasizing the need for greater diversity.</w:t>
      </w:r>
      <w:r/>
    </w:p>
    <w:p>
      <w:pPr>
        <w:pStyle w:val="ListNumber"/>
        <w:spacing w:line="240" w:lineRule="auto"/>
        <w:ind w:left="720"/>
      </w:pPr>
      <w:r/>
      <w:hyperlink r:id="rId11">
        <w:r>
          <w:rPr>
            <w:color w:val="0000EE"/>
            <w:u w:val="single"/>
          </w:rPr>
          <w:t>https://www.newscientist.com/article/2451324-nobel-prizes-are-still-failing-to-celebrate-the-diversity-of-science/</w:t>
        </w:r>
      </w:hyperlink>
      <w:r>
        <w:t xml:space="preserve"> - Mentions the recent awards in physics and chemistry, including those related to artificial intelligence, and the relevance of these fields to modern science.</w:t>
      </w:r>
      <w:r/>
    </w:p>
    <w:p>
      <w:pPr>
        <w:pStyle w:val="ListNumber"/>
        <w:spacing w:line="240" w:lineRule="auto"/>
        <w:ind w:left="720"/>
      </w:pPr>
      <w:r/>
      <w:hyperlink r:id="rId10">
        <w:r>
          <w:rPr>
            <w:color w:val="0000EE"/>
            <w:u w:val="single"/>
          </w:rPr>
          <w:t>https://sites.imsa.edu/acronym/2021/12/03/the-nobel-prizes-persistent-diversity-problem-is-systemic/</w:t>
        </w:r>
      </w:hyperlink>
      <w:r>
        <w:t xml:space="preserve"> - Details the efforts to expand the pool of nominators to include more women, young people, and scientists from underrepresented regions.</w:t>
      </w:r>
      <w:r/>
    </w:p>
    <w:p>
      <w:pPr>
        <w:pStyle w:val="ListNumber"/>
        <w:spacing w:line="240" w:lineRule="auto"/>
        <w:ind w:left="720"/>
      </w:pPr>
      <w:r/>
      <w:hyperlink r:id="rId11">
        <w:r>
          <w:rPr>
            <w:color w:val="0000EE"/>
            <w:u w:val="single"/>
          </w:rPr>
          <w:t>https://www.newscientist.com/article/2451324-nobel-prizes-are-still-failing-to-celebrate-the-diversity-of-science/</w:t>
        </w:r>
      </w:hyperlink>
      <w:r>
        <w:t xml:space="preserve"> - Corroborates the historical and ongoing issues of gender and racial diversity in the Nobel Prizes, including the lack of recognition for significant female contributors.</w:t>
      </w:r>
      <w:r/>
    </w:p>
    <w:p>
      <w:pPr>
        <w:pStyle w:val="ListNumber"/>
        <w:spacing w:line="240" w:lineRule="auto"/>
        <w:ind w:left="720"/>
      </w:pPr>
      <w:r/>
      <w:hyperlink r:id="rId12">
        <w:r>
          <w:rPr>
            <w:color w:val="0000EE"/>
            <w:u w:val="single"/>
          </w:rPr>
          <w:t>https://www.nobelprize.org/prizes/peace/2024/press-release/</w:t>
        </w:r>
      </w:hyperlink>
      <w:r>
        <w:t xml:space="preserve"> - Provides context on the broader Nobel Prize system and the criteria set by Alfred Nobel's will, which influences the selection process.</w:t>
      </w:r>
      <w:r/>
    </w:p>
    <w:p>
      <w:pPr>
        <w:pStyle w:val="ListNumber"/>
        <w:spacing w:line="240" w:lineRule="auto"/>
        <w:ind w:left="720"/>
      </w:pPr>
      <w:r/>
      <w:hyperlink r:id="rId10">
        <w:r>
          <w:rPr>
            <w:color w:val="0000EE"/>
            <w:u w:val="single"/>
          </w:rPr>
          <w:t>https://sites.imsa.edu/acronym/2021/12/03/the-nobel-prizes-persistent-diversity-problem-is-systemic/</w:t>
        </w:r>
      </w:hyperlink>
      <w:r>
        <w:t xml:space="preserve"> - Highlights the collaborative efforts and the need for recognizing diverse contributions in modern science, despite the Nobel Prizes symbolizing individual merit.</w:t>
      </w:r>
      <w:r/>
    </w:p>
    <w:p>
      <w:pPr>
        <w:pStyle w:val="ListNumber"/>
        <w:spacing w:line="240" w:lineRule="auto"/>
        <w:ind w:left="720"/>
      </w:pPr>
      <w:r/>
      <w:hyperlink r:id="rId11">
        <w:r>
          <w:rPr>
            <w:color w:val="0000EE"/>
            <w:u w:val="single"/>
          </w:rPr>
          <w:t>https://www.newscientist.com/article/2451324-nobel-prizes-are-still-failing-to-celebrate-the-diversity-of-science/</w:t>
        </w:r>
      </w:hyperlink>
      <w:r>
        <w:t xml:space="preserve"> - Supports the statistic that fewer than 30% of researchers are women and the underrepresentation of women and Black scientists in senior author positions.</w:t>
      </w:r>
      <w:r/>
    </w:p>
    <w:p>
      <w:pPr>
        <w:pStyle w:val="ListNumber"/>
        <w:spacing w:line="240" w:lineRule="auto"/>
        <w:ind w:left="720"/>
      </w:pPr>
      <w:r/>
      <w:hyperlink r:id="rId13">
        <w:r>
          <w:rPr>
            <w:color w:val="0000EE"/>
            <w:u w:val="single"/>
          </w:rPr>
          <w:t>https://www.ft.com/content/50fbb7c0-3723-46d2-9a3a-94d774162f39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tes.imsa.edu/acronym/2021/12/03/the-nobel-prizes-persistent-diversity-problem-is-systemic/" TargetMode="External"/><Relationship Id="rId11" Type="http://schemas.openxmlformats.org/officeDocument/2006/relationships/hyperlink" Target="https://www.newscientist.com/article/2451324-nobel-prizes-are-still-failing-to-celebrate-the-diversity-of-science/" TargetMode="External"/><Relationship Id="rId12" Type="http://schemas.openxmlformats.org/officeDocument/2006/relationships/hyperlink" Target="https://www.nobelprize.org/prizes/peace/2024/press-release/" TargetMode="External"/><Relationship Id="rId13" Type="http://schemas.openxmlformats.org/officeDocument/2006/relationships/hyperlink" Target="https://www.ft.com/content/50fbb7c0-3723-46d2-9a3a-94d774162f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