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Nobel Prize winners advocate for economic inclusivity through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On Monday, the recipients of the 2023 Nobel Memorial Prize in Economic Sciences were announced, recognising the influential work of Simon Johnson and Daron Acemoglu from the Massachusetts Institute of Technology, and James Robinson from the University of Chicago. The prestigious accolade was awarded for their extensive research on the impact of institutions on economic development.</w:t>
      </w:r>
      <w:r/>
    </w:p>
    <w:p>
      <w:r/>
      <w:r>
        <w:t>In a recent interview, Simon Johnson discussed the potential implications of emerging technologies, such as artificial intelligence, on economic institutions and societal prosperity. During the conversation, he elaborated on how technological advancements could influence job markets and inequality, reinforcing the interconnectedness between economic prosperity and political stability.</w:t>
      </w:r>
      <w:r/>
    </w:p>
    <w:p>
      <w:r/>
      <w:r>
        <w:t>Johnson expressed that while AI itself does not qualify as an institution, it plays a critical role in shaping institutional effectiveness and inclusivity in economic prosperity. He emphasised the importance of regulatory frameworks in steering technological progress towards enhancing productivity, especially for individuals with lower educational qualifications.</w:t>
      </w:r>
      <w:r/>
    </w:p>
    <w:p>
      <w:r/>
      <w:r>
        <w:t>He noted, "In the U.S., we often wait for crises before implementing regulations—but it doesn't have to be that way with AI. The technology can be instrumental in generating more good jobs if managed well, beyond merely benefiting a select few in dominant tech industries."</w:t>
      </w:r>
      <w:r/>
    </w:p>
    <w:p>
      <w:r/>
      <w:r>
        <w:t>Discussing the broader relationship between economic conditions and democratic health, Johnson acknowledged the potential for economic hardships to erode democratic values. He highlighted the historical precedence of this phenomenon and the necessity for democracies to deliver shared prosperity to remain robust. He mentioned the effects of automation and globalisation as ongoing challenges contributing to a shrinking middle class, suggesting the need for substantial economic revitalisation.</w:t>
      </w:r>
      <w:r/>
    </w:p>
    <w:p>
      <w:r/>
      <w:r>
        <w:t>Reflecting on past financial crises, Johnson observed that progress was made in regulatory practices, singling out the Consumer Financial Protection Bureau as a positive outcome of post-crisis regulatory reform. However, he cautioned about ongoing challenges posed by technological disruptions, indicating a pressing need to focus on creating immediate job opportunities.</w:t>
      </w:r>
      <w:r/>
    </w:p>
    <w:p>
      <w:r/>
      <w:r>
        <w:t>Johnson's collaborative efforts with his colleagues, including co-recipient Daron Acemoglu and fellow MIT economist David Autor, are currently centred on integrating new technologies to foster job creation. He described potential applications such as AI-powered training systems to facilitate skill acquisition and increase productivity in skilled manual labour sectors, including construction and clean energy.</w:t>
      </w:r>
      <w:r/>
    </w:p>
    <w:p>
      <w:r/>
      <w:r>
        <w:t>This dialogue underscores the essential deliberations surrounding economic policies in the context of rapid technological advancements. The insights from Johnson and his team seek to navigate these challenges by aligning technology with greater economic inclusivity and productivity, positioning their research at the forefront of contemporary economic discourse.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https://www.aeaweb.org/news/nobel-prize-economic-sciences-oct-14-2024</w:t>
        </w:r>
      </w:hyperlink>
      <w:r>
        <w:t xml:space="preserve"> - Corroborates the awarding of the 2024 Nobel Prize in Economic Sciences to Daron Acemoglu, Simon Johnson, and James A. Robinson for their research on the impact of institutions on economic development.</w:t>
      </w:r>
      <w:r/>
    </w:p>
    <w:p>
      <w:pPr>
        <w:pStyle w:val="ListNumber"/>
        <w:spacing w:line="240" w:lineRule="auto"/>
        <w:ind w:left="720"/>
      </w:pPr>
      <w:r/>
      <w:hyperlink r:id="rId11">
        <w:r>
          <w:rPr>
            <w:color w:val="0000EE"/>
            <w:u w:val="single"/>
          </w:rPr>
          <w:t>https://www.nber.org/news/daron-acemoglu-simon-johnson-and-james-robinson-awarded-2024-nobel-prize</w:t>
        </w:r>
      </w:hyperlink>
      <w:r>
        <w:t xml:space="preserve"> - Supports the recognition of the laureates' work on the formation and impact of institutions on countries' economic prosperity.</w:t>
      </w:r>
      <w:r/>
    </w:p>
    <w:p>
      <w:pPr>
        <w:pStyle w:val="ListNumber"/>
        <w:spacing w:line="240" w:lineRule="auto"/>
        <w:ind w:left="720"/>
      </w:pPr>
      <w:r/>
      <w:hyperlink r:id="rId12">
        <w:r>
          <w:rPr>
            <w:color w:val="0000EE"/>
            <w:u w:val="single"/>
          </w:rPr>
          <w:t>https://fortune.com/2024/10/14/nobel-economics-prize-daron-acemoglu-simon-johnson-james-a-robinson/</w:t>
        </w:r>
      </w:hyperlink>
      <w:r>
        <w:t xml:space="preserve"> - Confirms the Nobel committee's statement on the importance of societal institutions for a country’s prosperity and the differences in prosperity between nations.</w:t>
      </w:r>
      <w:r/>
    </w:p>
    <w:p>
      <w:pPr>
        <w:pStyle w:val="ListNumber"/>
        <w:spacing w:line="240" w:lineRule="auto"/>
        <w:ind w:left="720"/>
      </w:pPr>
      <w:r/>
      <w:hyperlink r:id="rId13">
        <w:r>
          <w:rPr>
            <w:color w:val="0000EE"/>
            <w:u w:val="single"/>
          </w:rPr>
          <w:t>https://www.lse.ac.uk/News/Latest-news-from-LSE/2024/j-October-2024/Nobel-Prize-in-Economics-awarded-to-LSE-alumni-Daron-Acemoglu-and-James-Robinson</w:t>
        </w:r>
      </w:hyperlink>
      <w:r>
        <w:t xml:space="preserve"> - Provides details on the educational background and contributions of Daron Acemoglu and James Robinson, highlighting their work on political and economic institutions.</w:t>
      </w:r>
      <w:r/>
    </w:p>
    <w:p>
      <w:pPr>
        <w:pStyle w:val="ListNumber"/>
        <w:spacing w:line="240" w:lineRule="auto"/>
        <w:ind w:left="720"/>
      </w:pPr>
      <w:r/>
      <w:hyperlink r:id="rId14">
        <w:r>
          <w:rPr>
            <w:color w:val="0000EE"/>
            <w:u w:val="single"/>
          </w:rPr>
          <w:t>https://www.nytimes.com/2024/10/14/business/nobel-economics.html</w:t>
        </w:r>
      </w:hyperlink>
      <w:r>
        <w:t xml:space="preserve"> - Elaborates on the laureates' research, including the impact of colonial institutions on current economic outcomes and the distinction between inclusive and extractive institutions.</w:t>
      </w:r>
      <w:r/>
    </w:p>
    <w:p>
      <w:pPr>
        <w:pStyle w:val="ListNumber"/>
        <w:spacing w:line="240" w:lineRule="auto"/>
        <w:ind w:left="720"/>
      </w:pPr>
      <w:r/>
      <w:hyperlink r:id="rId10">
        <w:r>
          <w:rPr>
            <w:color w:val="0000EE"/>
            <w:u w:val="single"/>
          </w:rPr>
          <w:t>https://www.aeaweb.org/news/nobel-prize-economic-sciences-oct-14-2024</w:t>
        </w:r>
      </w:hyperlink>
      <w:r>
        <w:t xml:space="preserve"> - Mentions Simon Johnson's role and background, including his position at MIT and his previous role as chief economist at the International Monetary Fund.</w:t>
      </w:r>
      <w:r/>
    </w:p>
    <w:p>
      <w:pPr>
        <w:pStyle w:val="ListNumber"/>
        <w:spacing w:line="240" w:lineRule="auto"/>
        <w:ind w:left="720"/>
      </w:pPr>
      <w:r/>
      <w:hyperlink r:id="rId11">
        <w:r>
          <w:rPr>
            <w:color w:val="0000EE"/>
            <w:u w:val="single"/>
          </w:rPr>
          <w:t>https://www.nber.org/news/daron-acemoglu-simon-johnson-and-james-robinson-awarded-2024-nobel-prize</w:t>
        </w:r>
      </w:hyperlink>
      <w:r>
        <w:t xml:space="preserve"> - Details the affiliations and research areas of the laureates, including their work with various NBER programs.</w:t>
      </w:r>
      <w:r/>
    </w:p>
    <w:p>
      <w:pPr>
        <w:pStyle w:val="ListNumber"/>
        <w:spacing w:line="240" w:lineRule="auto"/>
        <w:ind w:left="720"/>
      </w:pPr>
      <w:r/>
      <w:hyperlink r:id="rId12">
        <w:r>
          <w:rPr>
            <w:color w:val="0000EE"/>
            <w:u w:val="single"/>
          </w:rPr>
          <w:t>https://fortune.com/2024/10/14/nobel-economics-prize-daron-acemoglu-simon-johnson-james-a-robinson/</w:t>
        </w:r>
      </w:hyperlink>
      <w:r>
        <w:t xml:space="preserve"> - Discusses the broader implications of the laureates' research on global inequality and the role of institutions in economic development.</w:t>
      </w:r>
      <w:r/>
    </w:p>
    <w:p>
      <w:pPr>
        <w:pStyle w:val="ListNumber"/>
        <w:spacing w:line="240" w:lineRule="auto"/>
        <w:ind w:left="720"/>
      </w:pPr>
      <w:r/>
      <w:hyperlink r:id="rId13">
        <w:r>
          <w:rPr>
            <w:color w:val="0000EE"/>
            <w:u w:val="single"/>
          </w:rPr>
          <w:t>https://www.lse.ac.uk/News/Latest-news-from-LSE/2024/j-October-2024/Nobel-Prize-in-Economics-awarded-to-LSE-alumni-Daron-Acemoglu-and-James-Robinson</w:t>
        </w:r>
      </w:hyperlink>
      <w:r>
        <w:t xml:space="preserve"> - Highlights the significance of the laureates' work in reshaping economists' thinking about prosperity and inequality.</w:t>
      </w:r>
      <w:r/>
    </w:p>
    <w:p>
      <w:pPr>
        <w:pStyle w:val="ListNumber"/>
        <w:spacing w:line="240" w:lineRule="auto"/>
        <w:ind w:left="720"/>
      </w:pPr>
      <w:r/>
      <w:hyperlink r:id="rId14">
        <w:r>
          <w:rPr>
            <w:color w:val="0000EE"/>
            <w:u w:val="single"/>
          </w:rPr>
          <w:t>https://www.nytimes.com/2024/10/14/business/nobel-economics.html</w:t>
        </w:r>
      </w:hyperlink>
      <w:r>
        <w:t xml:space="preserve"> - Provides examples of the laureates' influential works, such as 'Why Nations Fail' and the historical context of their research on institutional impacts.</w:t>
      </w:r>
      <w:r/>
    </w:p>
    <w:p>
      <w:pPr>
        <w:pStyle w:val="ListNumber"/>
        <w:spacing w:line="240" w:lineRule="auto"/>
        <w:ind w:left="720"/>
      </w:pPr>
      <w:r/>
      <w:hyperlink r:id="rId15">
        <w:r>
          <w:rPr>
            <w:color w:val="0000EE"/>
            <w:u w:val="single"/>
          </w:rPr>
          <w:t>https://www.marketplace.org/2024/10/15/nobel-laureate-simon-johnson-on-ai-and-the-workforce/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eaweb.org/news/nobel-prize-economic-sciences-oct-14-2024" TargetMode="External"/><Relationship Id="rId11" Type="http://schemas.openxmlformats.org/officeDocument/2006/relationships/hyperlink" Target="https://www.nber.org/news/daron-acemoglu-simon-johnson-and-james-robinson-awarded-2024-nobel-prize" TargetMode="External"/><Relationship Id="rId12" Type="http://schemas.openxmlformats.org/officeDocument/2006/relationships/hyperlink" Target="https://fortune.com/2024/10/14/nobel-economics-prize-daron-acemoglu-simon-johnson-james-a-robinson/" TargetMode="External"/><Relationship Id="rId13" Type="http://schemas.openxmlformats.org/officeDocument/2006/relationships/hyperlink" Target="https://www.lse.ac.uk/News/Latest-news-from-LSE/2024/j-October-2024/Nobel-Prize-in-Economics-awarded-to-LSE-alumni-Daron-Acemoglu-and-James-Robinson" TargetMode="External"/><Relationship Id="rId14" Type="http://schemas.openxmlformats.org/officeDocument/2006/relationships/hyperlink" Target="https://www.nytimes.com/2024/10/14/business/nobel-economics.html" TargetMode="External"/><Relationship Id="rId15" Type="http://schemas.openxmlformats.org/officeDocument/2006/relationships/hyperlink" Target="https://www.marketplace.org/2024/10/15/nobel-laureate-simon-johnson-on-ai-and-the-workfor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