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PFLB transitions load testing with innovative AI-powered SaaS platform</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PFLB, an emerging technology startup based in California, is poised to redefine the global load testing landscape with the introduction of its innovative AI-driven platform delivered through a Software as a Service (SaaS) model. This new offering marks a significant shift in the industry by providing real-time performance insights and automating traditionally manual load testing processes. This move is expected to transform how load testing services are conducted and accessed by businesses worldwide, from small and medium-sized businesses (SMBs) to large enterprises.</w:t>
      </w:r>
      <w:r/>
    </w:p>
    <w:p>
      <w:r/>
      <w:r>
        <w:t>The load testing market, which anticipates reaching a valuation of $16.58 billion by 2030, has historically operated without the benefits of AI advancements. PFLB has emerged as a pioneer in this space, being the first to introduce AI-driven innovations to the industry. Their platform, by integrating AI technology, promises substantial reductions in infrastructure costs — up to 30% — while boosting the efficacy and accessibility of load testing services.</w:t>
      </w:r>
      <w:r/>
    </w:p>
    <w:p>
      <w:r/>
      <w:r>
        <w:t>Yuri Kovalov, the founder and CEO of PFLB, has been instrumental in this leap forward. With over two decades of experience in performance testing, including his leadership at Performance Lab, one of Europe's leading software quality assurance firms, Kovalov has leveraged his insights to fill the gaps seen in traditional load testing methodologies. "Traditional load testing methods lacked AI-driven innovation," Kovalov remarked, highlighting the motivations that led to the founding of PFLB. By focusing on real-time AI-powered performance and bottleneck identification, PFLB's platform enables companies to enhance system performance and scalability efficiently.</w:t>
      </w:r>
      <w:r/>
    </w:p>
    <w:p>
      <w:r/>
      <w:r>
        <w:t>Since its inception in 2022, PFLB's platform has rapidly gained traction, amassing around 4,700 users in its inaugural year and attracting clients from diverse sectors such as oil and gas, software development, and e-learning. This widespread adoption has reinforced PFLB's position as a formidable force in the market, setting new benchmarks for industry standards.</w:t>
      </w:r>
      <w:r/>
    </w:p>
    <w:p>
      <w:r/>
      <w:r>
        <w:t>The platform itself is cloud-based and designed for seamless integration with existing open-source technologies like JMeter. It supports a wide array of environments, ranging from web applications to APIs. The AI-driven automation embedded within the platform significantly enhances the speed and precision of performance testing, providing detailed automated reports that businesses can utilize to swiftly identify and address any system bottlenecks.</w:t>
      </w:r>
      <w:r/>
    </w:p>
    <w:p>
      <w:r/>
      <w:r>
        <w:t>PFLB’s launch of this AI-enabled platform signifies a notable evolution within the load testing industry, which has traditionally been dependent on labor-intensive manual procedures. As more businesses seek scalable, efficient, and cost-saving solutions, PFLB stands out as a central figure poised to lead the shift towards widespread AI application in performance testing. This progression towards innovation promises to drive enhanced operational efficiencies across industries, further solidifying PFLB's impact on the global market.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https://pflb.us</w:t>
        </w:r>
      </w:hyperlink>
      <w:r>
        <w:t xml:space="preserve"> - PFLB's cloud-based load testing software and its integration with existing open-source technologies like JMeter.</w:t>
      </w:r>
      <w:r/>
    </w:p>
    <w:p>
      <w:pPr>
        <w:pStyle w:val="ListNumber"/>
        <w:spacing w:line="240" w:lineRule="auto"/>
        <w:ind w:left="720"/>
      </w:pPr>
      <w:r/>
      <w:hyperlink r:id="rId11">
        <w:r>
          <w:rPr>
            <w:color w:val="0000EE"/>
            <w:u w:val="single"/>
          </w:rPr>
          <w:t>https://www.globalapptesting.com/blog/best-load-testing-tools</w:t>
        </w:r>
      </w:hyperlink>
      <w:r>
        <w:t xml:space="preserve"> - PFLB as an AI-powered load testing platform, its key features, and its ability to simulate real-world traffic.</w:t>
      </w:r>
      <w:r/>
    </w:p>
    <w:p>
      <w:pPr>
        <w:pStyle w:val="ListNumber"/>
        <w:spacing w:line="240" w:lineRule="auto"/>
        <w:ind w:left="720"/>
      </w:pPr>
      <w:r/>
      <w:hyperlink r:id="rId12">
        <w:r>
          <w:rPr>
            <w:color w:val="0000EE"/>
            <w:u w:val="single"/>
          </w:rPr>
          <w:t>https://www.softwareadvice.com/product/486077-PFLB/</w:t>
        </w:r>
      </w:hyperlink>
      <w:r>
        <w:t xml:space="preserve"> - PFLB's AI-enabled load testing platform, its cloud-based nature, and its ability to scale websites and applications.</w:t>
      </w:r>
      <w:r/>
    </w:p>
    <w:p>
      <w:pPr>
        <w:pStyle w:val="ListNumber"/>
        <w:spacing w:line="240" w:lineRule="auto"/>
        <w:ind w:left="720"/>
      </w:pPr>
      <w:r/>
      <w:hyperlink r:id="rId13">
        <w:r>
          <w:rPr>
            <w:color w:val="0000EE"/>
            <w:u w:val="single"/>
          </w:rPr>
          <w:t>https://www.peerspot.com/products/pflb-platform-performance-and-load-testing-reviews</w:t>
        </w:r>
      </w:hyperlink>
      <w:r>
        <w:t xml:space="preserve"> - PFLB's performance testing services, its support for various technologies, and its reputation in the industry.</w:t>
      </w:r>
      <w:r/>
    </w:p>
    <w:p>
      <w:pPr>
        <w:pStyle w:val="ListNumber"/>
        <w:spacing w:line="240" w:lineRule="auto"/>
        <w:ind w:left="720"/>
      </w:pPr>
      <w:r/>
      <w:hyperlink r:id="rId10">
        <w:r>
          <w:rPr>
            <w:color w:val="0000EE"/>
            <w:u w:val="single"/>
          </w:rPr>
          <w:t>https://pflb.us</w:t>
        </w:r>
      </w:hyperlink>
      <w:r>
        <w:t xml:space="preserve"> - PFLB's AI-powered performance insights, automated bottleneck detection, and its ability to optimize scalability.</w:t>
      </w:r>
      <w:r/>
    </w:p>
    <w:p>
      <w:pPr>
        <w:pStyle w:val="ListNumber"/>
        <w:spacing w:line="240" w:lineRule="auto"/>
        <w:ind w:left="720"/>
      </w:pPr>
      <w:r/>
      <w:hyperlink r:id="rId11">
        <w:r>
          <w:rPr>
            <w:color w:val="0000EE"/>
            <w:u w:val="single"/>
          </w:rPr>
          <w:t>https://www.globalapptesting.com/blog/best-load-testing-tools</w:t>
        </w:r>
      </w:hyperlink>
      <w:r>
        <w:t xml:space="preserve"> - PFLB's automatic test plan generation, realistic testing, no-code scripting, and cloud JMeter integration.</w:t>
      </w:r>
      <w:r/>
    </w:p>
    <w:p>
      <w:pPr>
        <w:pStyle w:val="ListNumber"/>
        <w:spacing w:line="240" w:lineRule="auto"/>
        <w:ind w:left="720"/>
      </w:pPr>
      <w:r/>
      <w:hyperlink r:id="rId12">
        <w:r>
          <w:rPr>
            <w:color w:val="0000EE"/>
            <w:u w:val="single"/>
          </w:rPr>
          <w:t>https://www.softwareadvice.com/product/486077-PFLB/</w:t>
        </w:r>
      </w:hyperlink>
      <w:r>
        <w:t xml:space="preserve"> - PFLB's ability to help companies find and resolve performance bottlenecks across various technologies.</w:t>
      </w:r>
      <w:r/>
    </w:p>
    <w:p>
      <w:pPr>
        <w:pStyle w:val="ListNumber"/>
        <w:spacing w:line="240" w:lineRule="auto"/>
        <w:ind w:left="720"/>
      </w:pPr>
      <w:r/>
      <w:hyperlink r:id="rId10">
        <w:r>
          <w:rPr>
            <w:color w:val="0000EE"/>
            <w:u w:val="single"/>
          </w:rPr>
          <w:t>https://pflb.us</w:t>
        </w:r>
      </w:hyperlink>
      <w:r>
        <w:t xml:space="preserve"> - PFLB's client testimonials and its work with diverse sectors such as oil and gas, software development, and e-learning.</w:t>
      </w:r>
      <w:r/>
    </w:p>
    <w:p>
      <w:pPr>
        <w:pStyle w:val="ListNumber"/>
        <w:spacing w:line="240" w:lineRule="auto"/>
        <w:ind w:left="720"/>
      </w:pPr>
      <w:r/>
      <w:hyperlink r:id="rId13">
        <w:r>
          <w:rPr>
            <w:color w:val="0000EE"/>
            <w:u w:val="single"/>
          </w:rPr>
          <w:t>https://www.peerspot.com/products/pflb-platform-performance-and-load-testing-reviews</w:t>
        </w:r>
      </w:hyperlink>
      <w:r>
        <w:t xml:space="preserve"> - Yuri Kovalov's background and his role in founding PFLB, leveraging his experience in performance testing.</w:t>
      </w:r>
      <w:r/>
    </w:p>
    <w:p>
      <w:pPr>
        <w:pStyle w:val="ListNumber"/>
        <w:spacing w:line="240" w:lineRule="auto"/>
        <w:ind w:left="720"/>
      </w:pPr>
      <w:r/>
      <w:hyperlink r:id="rId10">
        <w:r>
          <w:rPr>
            <w:color w:val="0000EE"/>
            <w:u w:val="single"/>
          </w:rPr>
          <w:t>https://pflb.us</w:t>
        </w:r>
      </w:hyperlink>
      <w:r>
        <w:t xml:space="preserve"> - PFLB's integration with tools like Google Analytics, Grafana, Postman, and JMeter, and its support for multiple test types.</w:t>
      </w:r>
      <w:r/>
    </w:p>
    <w:p>
      <w:pPr>
        <w:pStyle w:val="ListNumber"/>
        <w:spacing w:line="240" w:lineRule="auto"/>
        <w:ind w:left="720"/>
      </w:pPr>
      <w:r/>
      <w:hyperlink r:id="rId14">
        <w:r>
          <w:rPr>
            <w:color w:val="0000EE"/>
            <w:u w:val="single"/>
          </w:rPr>
          <w:t>https://siliconvalleyjournals.com/pflb-a-california-based-startup-launches-game-changing-ai-innovation-in-global-load-testing-market/?utm_source=rss&amp;utm_medium=rss&amp;utm_campaign=pflb-a-california-based-startup-launches-game-changing-ai-innovation-in-global-load-testing-marke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pflb.us" TargetMode="External"/><Relationship Id="rId11" Type="http://schemas.openxmlformats.org/officeDocument/2006/relationships/hyperlink" Target="https://www.globalapptesting.com/blog/best-load-testing-tools" TargetMode="External"/><Relationship Id="rId12" Type="http://schemas.openxmlformats.org/officeDocument/2006/relationships/hyperlink" Target="https://www.softwareadvice.com/product/486077-PFLB/" TargetMode="External"/><Relationship Id="rId13" Type="http://schemas.openxmlformats.org/officeDocument/2006/relationships/hyperlink" Target="https://www.peerspot.com/products/pflb-platform-performance-and-load-testing-reviews" TargetMode="External"/><Relationship Id="rId14" Type="http://schemas.openxmlformats.org/officeDocument/2006/relationships/hyperlink" Target="https://siliconvalleyjournals.com/pflb-a-california-based-startup-launches-game-changing-ai-innovation-in-global-load-testing-market/?utm_source=rss&amp;utm_medium=rss&amp;utm_campaign=pflb-a-california-based-startup-launches-game-changing-ai-innovation-in-global-load-testing-marke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