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Qatar Airways launches AI Adventure campaign to personalise brand storytelling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Qatar Airways has embarked on an ambitious new marketing campaign that exemplifies a trend of increasing personalisation in brand storytelling, harnessing the latest advancements in artificial intelligence (AI). This pioneering campaign from the airline allows customers to become active participants in its storytelling by placing their faces, or those of their friends, directly into the advertisement’s narrative.</w:t>
      </w:r>
      <w:r/>
    </w:p>
    <w:p>
      <w:r/>
      <w:r>
        <w:t>Launched this autumn, the campaign titled "AI Adventure" is a first in the airline industry. It leverages AI to seamlessly swap viewers' faces with those of lead characters in the ad, thus integrating them into the global adventure depicted on screen. Senior Vice-President of Marketing and Corporate Communications, Babar Rahman, highlighted that the initiative is aimed at inspiring wanderlust through personal, immersive storytelling.</w:t>
      </w:r>
      <w:r/>
    </w:p>
    <w:p>
      <w:r/>
      <w:r>
        <w:t>Access to this interactive experience is thoughtfully designed; viewers can engage with the campaign via a microsite available through a quick response (QR) code. The process is straightforward: users simply upload their photograph, which the AI system then uses to integrate them into the advertisement. Within minutes, participants find themselves starring in a sleek Qatar Airways travel film that they can share across social media platforms.</w:t>
      </w:r>
      <w:r/>
    </w:p>
    <w:p>
      <w:r/>
      <w:r>
        <w:t>Rahman expressed confidence that once users experience this feature, they are likely to recommend it to others, thereby increasing engagement and potential virality. He explained that the main objective is to make sharing as effortless as possible to maximise user participation.</w:t>
      </w:r>
      <w:r/>
    </w:p>
    <w:p>
      <w:r/>
      <w:r>
        <w:t>Qatar Airways’ commitment to tech-driven innovation in marketing is well established. Previously, the airline launched its virtual experience platform, Qverse, and unveiled digital human AI cabin crew, Sama. These initiatives, along with the new AI-powered campaign, underscore Qatar Airways' strategy of blending cutting-edge technology with dynamic brand storytelling.</w:t>
      </w:r>
      <w:r/>
    </w:p>
    <w:p>
      <w:r/>
      <w:r>
        <w:t>Distinct from other brands that use personalisation in a more superficial manner, Qatar Airways’ approach ensures that customers see themselves as part of the brand’s core narrative. This campaign is an example of how technology can be meaningfully combined with emotive storytelling to deepen customer relationships.</w:t>
      </w:r>
      <w:r/>
    </w:p>
    <w:p>
      <w:r/>
      <w:r>
        <w:t>Rahman emphasised that this innovative campaign is more than merely a creative endeavour; it aligns with the airline's customer-centric philosophy. By using technology to enhance user experience, the airline aims to create genuine connections with its audiences, rather than merely showcasing technological capabilities.</w:t>
      </w:r>
      <w:r/>
    </w:p>
    <w:p>
      <w:r/>
      <w:r>
        <w:t>The campaign's rollout includes a variety of short-form content across digital platforms, alongside influencer partnerships and television advertisements, broadening its reach. This strategy not only aims to boost brand awareness but crucially engages customers, turning passive viewers into active participants.</w:t>
      </w:r>
      <w:r/>
    </w:p>
    <w:p>
      <w:r/>
      <w:r>
        <w:t>With this campaign, Qatar Airways is setting a new benchmark in digital-age brand storytelling, placing the customer at the heart of the narrative and ultimately strengthening its connection with its audience without the need to board a flight.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https://www.designrush.com/news/you-can-be-the-star-of-qatar-airways-latest-ad-from-mccann</w:t>
        </w:r>
      </w:hyperlink>
      <w:r>
        <w:t xml:space="preserve"> - Corroborates the launch of Qatar Airways' AI campaign and the ability for viewers to place themselves in the film.</w:t>
      </w:r>
      <w:r/>
    </w:p>
    <w:p>
      <w:pPr>
        <w:pStyle w:val="ListNumber"/>
        <w:spacing w:line="240" w:lineRule="auto"/>
        <w:ind w:left="720"/>
      </w:pPr>
      <w:r/>
      <w:hyperlink r:id="rId11">
        <w:r>
          <w:rPr>
            <w:color w:val="0000EE"/>
            <w:u w:val="single"/>
          </w:rPr>
          <w:t>https://worldaviationfestival.com/blog/qatar-airways-launches-immersive-ai-campaign-highlighting-customer-centric-ethos/</w:t>
        </w:r>
      </w:hyperlink>
      <w:r>
        <w:t xml:space="preserve"> - Details the 'AI Adventure' film and how users can upload their photos to be integrated into the narrative.</w:t>
      </w:r>
      <w:r/>
    </w:p>
    <w:p>
      <w:pPr>
        <w:pStyle w:val="ListNumber"/>
        <w:spacing w:line="240" w:lineRule="auto"/>
        <w:ind w:left="720"/>
      </w:pPr>
      <w:r/>
      <w:hyperlink r:id="rId12">
        <w:r>
          <w:rPr>
            <w:color w:val="0000EE"/>
            <w:u w:val="single"/>
          </w:rPr>
          <w:t>https://www.marketing-interactive.com/qatar-airways-ai-campaign</w:t>
        </w:r>
      </w:hyperlink>
      <w:r>
        <w:t xml:space="preserve"> - Explains the use of AI technology to place consumers within the film and the campaign's aim to create immersive experiences.</w:t>
      </w:r>
      <w:r/>
    </w:p>
    <w:p>
      <w:pPr>
        <w:pStyle w:val="ListNumber"/>
        <w:spacing w:line="240" w:lineRule="auto"/>
        <w:ind w:left="720"/>
      </w:pPr>
      <w:r/>
      <w:hyperlink r:id="rId13">
        <w:r>
          <w:rPr>
            <w:color w:val="0000EE"/>
            <w:u w:val="single"/>
          </w:rPr>
          <w:t>https://www.qatarairways.com/press-releases/en-WW/240911-qatar-airways-creates-world-s-first-airline-commercial-where-you-can-be-the-star</w:t>
        </w:r>
      </w:hyperlink>
      <w:r>
        <w:t xml:space="preserve"> - Provides information on the campaign's launch, the use of AI, and the integration of users into the advertisement.</w:t>
      </w:r>
      <w:r/>
    </w:p>
    <w:p>
      <w:pPr>
        <w:pStyle w:val="ListNumber"/>
        <w:spacing w:line="240" w:lineRule="auto"/>
        <w:ind w:left="720"/>
      </w:pPr>
      <w:r/>
      <w:hyperlink r:id="rId11">
        <w:r>
          <w:rPr>
            <w:color w:val="0000EE"/>
            <w:u w:val="single"/>
          </w:rPr>
          <w:t>https://worldaviationfestival.com/blog/qatar-airways-launches-immersive-ai-campaign-highlighting-customer-centric-ethos/</w:t>
        </w:r>
      </w:hyperlink>
      <w:r>
        <w:t xml:space="preserve"> - Highlights Senior Vice-President Babar Rahman's comments on the campaign's objective to inspire wanderlust through personal storytelling.</w:t>
      </w:r>
      <w:r/>
    </w:p>
    <w:p>
      <w:pPr>
        <w:pStyle w:val="ListNumber"/>
        <w:spacing w:line="240" w:lineRule="auto"/>
        <w:ind w:left="720"/>
      </w:pPr>
      <w:r/>
      <w:hyperlink r:id="rId12">
        <w:r>
          <w:rPr>
            <w:color w:val="0000EE"/>
            <w:u w:val="single"/>
          </w:rPr>
          <w:t>https://www.marketing-interactive.com/qatar-airways-ai-campaign</w:t>
        </w:r>
      </w:hyperlink>
      <w:r>
        <w:t xml:space="preserve"> - Describes the process of uploading a photograph and the AI system's integration of the user into the advertisement.</w:t>
      </w:r>
      <w:r/>
    </w:p>
    <w:p>
      <w:pPr>
        <w:pStyle w:val="ListNumber"/>
        <w:spacing w:line="240" w:lineRule="auto"/>
        <w:ind w:left="720"/>
      </w:pPr>
      <w:r/>
      <w:hyperlink r:id="rId13">
        <w:r>
          <w:rPr>
            <w:color w:val="0000EE"/>
            <w:u w:val="single"/>
          </w:rPr>
          <w:t>https://www.qatarairways.com/press-releases/en-WW/240911-qatar-airways-creates-world-s-first-airline-commercial-where-you-can-be-the-star</w:t>
        </w:r>
      </w:hyperlink>
      <w:r>
        <w:t xml:space="preserve"> - Mentions the ease of sharing the personalized video across social media platforms.</w:t>
      </w:r>
      <w:r/>
    </w:p>
    <w:p>
      <w:pPr>
        <w:pStyle w:val="ListNumber"/>
        <w:spacing w:line="240" w:lineRule="auto"/>
        <w:ind w:left="720"/>
      </w:pPr>
      <w:r/>
      <w:hyperlink r:id="rId11">
        <w:r>
          <w:rPr>
            <w:color w:val="0000EE"/>
            <w:u w:val="single"/>
          </w:rPr>
          <w:t>https://worldaviationfestival.com/blog/qatar-airways-launches-immersive-ai-campaign-highlighting-customer-centric-ethos/</w:t>
        </w:r>
      </w:hyperlink>
      <w:r>
        <w:t xml:space="preserve"> - Discusses Qatar Airways' previous tech-driven innovations, such as Qverse and digital human AI cabin crew, Sama.</w:t>
      </w:r>
      <w:r/>
    </w:p>
    <w:p>
      <w:pPr>
        <w:pStyle w:val="ListNumber"/>
        <w:spacing w:line="240" w:lineRule="auto"/>
        <w:ind w:left="720"/>
      </w:pPr>
      <w:r/>
      <w:hyperlink r:id="rId12">
        <w:r>
          <w:rPr>
            <w:color w:val="0000EE"/>
            <w:u w:val="single"/>
          </w:rPr>
          <w:t>https://www.marketing-interactive.com/qatar-airways-ai-campaign</w:t>
        </w:r>
      </w:hyperlink>
      <w:r>
        <w:t xml:space="preserve"> - Emphasizes the campaign's alignment with Qatar Airways' customer-centric philosophy and the use of technology to enhance user experience.</w:t>
      </w:r>
      <w:r/>
    </w:p>
    <w:p>
      <w:pPr>
        <w:pStyle w:val="ListNumber"/>
        <w:spacing w:line="240" w:lineRule="auto"/>
        <w:ind w:left="720"/>
      </w:pPr>
      <w:r/>
      <w:hyperlink r:id="rId13">
        <w:r>
          <w:rPr>
            <w:color w:val="0000EE"/>
            <w:u w:val="single"/>
          </w:rPr>
          <w:t>https://www.qatarairways.com/press-releases/en-WW/240911-qatar-airways-creates-world-s-first-airline-commercial-where-you-can-be-the-star</w:t>
        </w:r>
      </w:hyperlink>
      <w:r>
        <w:t xml:space="preserve"> - Details the campaign's rollout, including short-form content, influencer partnerships, and television advertisements.</w:t>
      </w:r>
      <w:r/>
    </w:p>
    <w:p>
      <w:pPr>
        <w:pStyle w:val="ListNumber"/>
        <w:spacing w:line="240" w:lineRule="auto"/>
        <w:ind w:left="720"/>
      </w:pPr>
      <w:r/>
      <w:hyperlink r:id="rId11">
        <w:r>
          <w:rPr>
            <w:color w:val="0000EE"/>
            <w:u w:val="single"/>
          </w:rPr>
          <w:t>https://worldaviationfestival.com/blog/qatar-airways-launches-immersive-ai-campaign-highlighting-customer-centric-ethos/</w:t>
        </w:r>
      </w:hyperlink>
      <w:r>
        <w:t xml:space="preserve"> - Highlights how the campaign sets a new benchmark in digital-age brand storytelling by placing the customer at the heart of the narrative.</w:t>
      </w:r>
      <w:r/>
    </w:p>
    <w:p>
      <w:pPr>
        <w:pStyle w:val="ListNumber"/>
        <w:spacing w:line="240" w:lineRule="auto"/>
        <w:ind w:left="720"/>
      </w:pPr>
      <w:r/>
      <w:hyperlink r:id="rId14">
        <w:r>
          <w:rPr>
            <w:color w:val="0000EE"/>
            <w:u w:val="single"/>
          </w:rPr>
          <w:t>https://www.thedrum.com/news/2024/10/15/why-qatar-airways-making-its-customers-the-stars-with-ai-powered-brand-storytelling</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designrush.com/news/you-can-be-the-star-of-qatar-airways-latest-ad-from-mccann" TargetMode="External"/><Relationship Id="rId11" Type="http://schemas.openxmlformats.org/officeDocument/2006/relationships/hyperlink" Target="https://worldaviationfestival.com/blog/qatar-airways-launches-immersive-ai-campaign-highlighting-customer-centric-ethos/" TargetMode="External"/><Relationship Id="rId12" Type="http://schemas.openxmlformats.org/officeDocument/2006/relationships/hyperlink" Target="https://www.marketing-interactive.com/qatar-airways-ai-campaign" TargetMode="External"/><Relationship Id="rId13" Type="http://schemas.openxmlformats.org/officeDocument/2006/relationships/hyperlink" Target="https://www.qatarairways.com/press-releases/en-WW/240911-qatar-airways-creates-world-s-first-airline-commercial-where-you-can-be-the-star" TargetMode="External"/><Relationship Id="rId14" Type="http://schemas.openxmlformats.org/officeDocument/2006/relationships/hyperlink" Target="https://www.thedrum.com/news/2024/10/15/why-qatar-airways-making-its-customers-the-stars-with-ai-powered-brand-storytellin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