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enhances user experience with predictive AI in One UI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is pushing the boundaries of artificial intelligence (AI) integration in mobile technology with a focus on enhancing user experience through predictive AI in its One UI interface. The South Korean tech giant is aiming to simplify access to frequently used settings by anticipating user actions and needs, a project underpinning an evolving relationship between users and technology where interaction becomes more intuitive.</w:t>
      </w:r>
      <w:r/>
    </w:p>
    <w:p>
      <w:r/>
      <w:r>
        <w:t>The initiative, first highlighted in a report by South Korea's National IT Industry Promotion Agency, and detailed by ET News, seeks to enhance 'touch point' performance across popular apps such as the keyboard and camera applications within Samsung's One UI. The innovation centres around predictive AI models that monitor user interactions, to proactively bring the most useful settings to the fore, thereby reducing time spent navigating through multiple submenus.</w:t>
      </w:r>
      <w:r/>
    </w:p>
    <w:p>
      <w:r/>
      <w:r>
        <w:t>This predictive approach might employ AI to analyse repeated taps on specific parts of an image — such as focus points or large backgrounds like skies — and subsequently suggest relevant camera settings or filters. By anticipating the user’s needs, Samsung aims to reduce manual input and make mobile devices more responsive to individual preferences.</w:t>
      </w:r>
      <w:r/>
    </w:p>
    <w:p>
      <w:r/>
      <w:r>
        <w:t>While the enhancements promise greater efficiency, Samsung assures users that the traditional Settings menu will not be supplanted by AI technology. Until now, Samsung has no plans to replace the existing structure but is exploring ways to complement it. In a January 2024 interview with TechRadar, Patrick Chomet, Samsung’s Head of Customer Experience, articulated a vision where users might never find the need to delve into the settings menu. Chomet explained, "The phone of the future has no accessibility menu," suggesting an aspirational goal rather than an immediate overhaul.</w:t>
      </w:r>
      <w:r/>
    </w:p>
    <w:p>
      <w:r/>
      <w:r>
        <w:t>The company's application of AI aims to intelligently adapt the user experience, making it more personalised. Chomet highlighted a potential benefit in simplifying the technological interactions for all users, including those with accessibility needs. This AI initiative aims to bridge the gap between default settings and personalised user environments, thus facilitating an equitable user experience across various communities.</w:t>
      </w:r>
      <w:r/>
    </w:p>
    <w:p>
      <w:r/>
      <w:r>
        <w:t>As Samsung continues to refine these AI capabilities, users can anticipate a more seamless interaction with their devices, where the technology behind the screen works proactively in the background, bringing greater convenience and customization to everyday mobile use. The evolution of AI in Samsung’s user interfaces may indeed mark significant strides in mobile innovation, potentially shaping future developments in how we interact with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https://news.samsung.com/us/samsung-new-era-galaxy-ai-coming-here-is-glimpse</w:t>
        </w:r>
      </w:hyperlink>
      <w:r>
        <w:t xml:space="preserve"> - This article discusses Samsung's Galaxy AI, focusing on its comprehensive mobile AI experience, including on-device and cloud-based AI, and how it enhances user experience through features like real-time call translations and improved productivity.</w:t>
      </w:r>
      <w:r/>
    </w:p>
    <w:p>
      <w:pPr>
        <w:pStyle w:val="ListNumber"/>
        <w:spacing w:line="240" w:lineRule="auto"/>
        <w:ind w:left="720"/>
      </w:pPr>
      <w:r/>
      <w:hyperlink r:id="rId11">
        <w:r>
          <w:rPr>
            <w:color w:val="0000EE"/>
            <w:u w:val="single"/>
          </w:rPr>
          <w:t>https://www.cnet.com/tech/mobile/apple-and-samsung-have-different-visions-for-how-ai-will-change-our-phones/</w:t>
        </w:r>
      </w:hyperlink>
      <w:r>
        <w:t xml:space="preserve"> - This article compares Apple's and Samsung's visions for AI in smartphones, highlighting Samsung's focus on communication and productivity, including real-time call translations and other AI-driven features.</w:t>
      </w:r>
      <w:r/>
    </w:p>
    <w:p>
      <w:pPr>
        <w:pStyle w:val="ListNumber"/>
        <w:spacing w:line="240" w:lineRule="auto"/>
        <w:ind w:left="720"/>
      </w:pPr>
      <w:r/>
      <w:hyperlink r:id="rId12">
        <w:r>
          <w:rPr>
            <w:color w:val="0000EE"/>
            <w:u w:val="single"/>
          </w:rPr>
          <w:t>https://news.samsung.com/global/enter-the-new-era-of-mobile-ai-with-samsung-galaxy-s24-series</w:t>
        </w:r>
      </w:hyperlink>
      <w:r>
        <w:t xml:space="preserve"> - This article details the Galaxy S24 series and its integration of Galaxy AI, emphasizing features like Live Translate, Interpreter, and Chat Assist, which enhance communication and productivity.</w:t>
      </w:r>
      <w:r/>
    </w:p>
    <w:p>
      <w:pPr>
        <w:pStyle w:val="ListNumber"/>
        <w:spacing w:line="240" w:lineRule="auto"/>
        <w:ind w:left="720"/>
      </w:pPr>
      <w:r/>
      <w:hyperlink r:id="rId13">
        <w:r>
          <w:rPr>
            <w:color w:val="0000EE"/>
            <w:u w:val="single"/>
          </w:rPr>
          <w:t>https://www.techinsights.com/blog/samsung-leads-pro-ai-generative-smartphone-revolution</w:t>
        </w:r>
      </w:hyperlink>
      <w:r>
        <w:t xml:space="preserve"> - This article discusses Samsung's leadership in the Pro AI smartphone market with the Galaxy S24 series, highlighting generative AI features such as real-time language translation and advanced photo manipulation.</w:t>
      </w:r>
      <w:r/>
    </w:p>
    <w:p>
      <w:pPr>
        <w:pStyle w:val="ListNumber"/>
        <w:spacing w:line="240" w:lineRule="auto"/>
        <w:ind w:left="720"/>
      </w:pPr>
      <w:r/>
      <w:hyperlink r:id="rId14">
        <w:r>
          <w:rPr>
            <w:color w:val="0000EE"/>
            <w:u w:val="single"/>
          </w:rPr>
          <w:t>https://technologymagazine.com/ai-and-machine-learning/how-samsung-is-powering-ahead-with-new-ai-chips</w:t>
        </w:r>
      </w:hyperlink>
      <w:r>
        <w:t xml:space="preserve"> - This article explains how Samsung is advancing AI capabilities with new AI chips, such as the LPDDR5X DRAM, which enhance performance and efficiency for AI applications in mobile devices.</w:t>
      </w:r>
      <w:r/>
    </w:p>
    <w:p>
      <w:pPr>
        <w:pStyle w:val="ListNumber"/>
        <w:spacing w:line="240" w:lineRule="auto"/>
        <w:ind w:left="720"/>
      </w:pPr>
      <w:r/>
      <w:hyperlink r:id="rId11">
        <w:r>
          <w:rPr>
            <w:color w:val="0000EE"/>
            <w:u w:val="single"/>
          </w:rPr>
          <w:t>https://www.cnet.com/tech/mobile/apple-and-samsung-have-different-visions-for-how-ai-will-change-our-phones/</w:t>
        </w:r>
      </w:hyperlink>
      <w:r>
        <w:t xml:space="preserve"> - This article mentions Samsung's approach to AI, including predictive models and personalized user experiences, and how it differs from Apple's approach.</w:t>
      </w:r>
      <w:r/>
    </w:p>
    <w:p>
      <w:pPr>
        <w:pStyle w:val="ListNumber"/>
        <w:spacing w:line="240" w:lineRule="auto"/>
        <w:ind w:left="720"/>
      </w:pPr>
      <w:r/>
      <w:hyperlink r:id="rId12">
        <w:r>
          <w:rPr>
            <w:color w:val="0000EE"/>
            <w:u w:val="single"/>
          </w:rPr>
          <w:t>https://news.samsung.com/global/enter-the-new-era-of-mobile-ai-with-samsung-galaxy-s24-series</w:t>
        </w:r>
      </w:hyperlink>
      <w:r>
        <w:t xml:space="preserve"> - This article discusses how Samsung's AI initiatives aim to simplify user interactions, such as through the Samsung Keyboard and camera applications, by anticipating user needs.</w:t>
      </w:r>
      <w:r/>
    </w:p>
    <w:p>
      <w:pPr>
        <w:pStyle w:val="ListNumber"/>
        <w:spacing w:line="240" w:lineRule="auto"/>
        <w:ind w:left="720"/>
      </w:pPr>
      <w:r/>
      <w:hyperlink r:id="rId10">
        <w:r>
          <w:rPr>
            <w:color w:val="0000EE"/>
            <w:u w:val="single"/>
          </w:rPr>
          <w:t>https://news.samsung.com/us/samsung-new-era-galaxy-ai-coming-here-is-glimpse</w:t>
        </w:r>
      </w:hyperlink>
      <w:r>
        <w:t xml:space="preserve"> - This article highlights Samsung's commitment to maintaining user control and privacy, ensuring that traditional settings menus are not replaced by AI but rather complemented.</w:t>
      </w:r>
      <w:r/>
    </w:p>
    <w:p>
      <w:pPr>
        <w:pStyle w:val="ListNumber"/>
        <w:spacing w:line="240" w:lineRule="auto"/>
        <w:ind w:left="720"/>
      </w:pPr>
      <w:r/>
      <w:hyperlink r:id="rId11">
        <w:r>
          <w:rPr>
            <w:color w:val="0000EE"/>
            <w:u w:val="single"/>
          </w:rPr>
          <w:t>https://www.cnet.com/tech/mobile/apple-and-samsung-have-different-visions-for-how-ai-will-change-our-phones/</w:t>
        </w:r>
      </w:hyperlink>
      <w:r>
        <w:t xml:space="preserve"> - This article mentions Patrick Chomet's vision for future smartphones where users may not need to access settings menus, aligning with Samsung's goal of intuitive user interactions.</w:t>
      </w:r>
      <w:r/>
    </w:p>
    <w:p>
      <w:pPr>
        <w:pStyle w:val="ListNumber"/>
        <w:spacing w:line="240" w:lineRule="auto"/>
        <w:ind w:left="720"/>
      </w:pPr>
      <w:r/>
      <w:hyperlink r:id="rId12">
        <w:r>
          <w:rPr>
            <w:color w:val="0000EE"/>
            <w:u w:val="single"/>
          </w:rPr>
          <w:t>https://news.samsung.com/global/enter-the-new-era-of-mobile-ai-with-samsung-galaxy-s24-series</w:t>
        </w:r>
      </w:hyperlink>
      <w:r>
        <w:t xml:space="preserve"> - This article details how Samsung's AI features, such as Note Assist and Transcript Assist, contribute to a more personalized and accessible user experience.</w:t>
      </w:r>
      <w:r/>
    </w:p>
    <w:p>
      <w:pPr>
        <w:pStyle w:val="ListNumber"/>
        <w:spacing w:line="240" w:lineRule="auto"/>
        <w:ind w:left="720"/>
      </w:pPr>
      <w:r/>
      <w:hyperlink r:id="rId14">
        <w:r>
          <w:rPr>
            <w:color w:val="0000EE"/>
            <w:u w:val="single"/>
          </w:rPr>
          <w:t>https://technologymagazine.com/ai-and-machine-learning/how-samsung-is-powering-ahead-with-new-ai-chips</w:t>
        </w:r>
      </w:hyperlink>
      <w:r>
        <w:t xml:space="preserve"> - This article explains how Samsung's new AI chips and technologies are designed to support the company's vision of making AI more accessible and equitable for all users.</w:t>
      </w:r>
      <w:r/>
    </w:p>
    <w:p>
      <w:pPr>
        <w:pStyle w:val="ListNumber"/>
        <w:spacing w:line="240" w:lineRule="auto"/>
        <w:ind w:left="720"/>
      </w:pPr>
      <w:r/>
      <w:hyperlink r:id="rId15">
        <w:r>
          <w:rPr>
            <w:color w:val="0000EE"/>
            <w:u w:val="single"/>
          </w:rPr>
          <w:t>https://www.androidpolice.com/samsung-galaxy-ai-settings-menu-assistant/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amsung.com/us/samsung-new-era-galaxy-ai-coming-here-is-glimpse" TargetMode="External"/><Relationship Id="rId11" Type="http://schemas.openxmlformats.org/officeDocument/2006/relationships/hyperlink" Target="https://www.cnet.com/tech/mobile/apple-and-samsung-have-different-visions-for-how-ai-will-change-our-phones/" TargetMode="External"/><Relationship Id="rId12" Type="http://schemas.openxmlformats.org/officeDocument/2006/relationships/hyperlink" Target="https://news.samsung.com/global/enter-the-new-era-of-mobile-ai-with-samsung-galaxy-s24-series" TargetMode="External"/><Relationship Id="rId13" Type="http://schemas.openxmlformats.org/officeDocument/2006/relationships/hyperlink" Target="https://www.techinsights.com/blog/samsung-leads-pro-ai-generative-smartphone-revolution" TargetMode="External"/><Relationship Id="rId14" Type="http://schemas.openxmlformats.org/officeDocument/2006/relationships/hyperlink" Target="https://technologymagazine.com/ai-and-machine-learning/how-samsung-is-powering-ahead-with-new-ai-chips" TargetMode="External"/><Relationship Id="rId15" Type="http://schemas.openxmlformats.org/officeDocument/2006/relationships/hyperlink" Target="https://www.androidpolice.com/samsung-galaxy-ai-settings-menu-assista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