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Tempus AI launches olivia to revolutionise patient medical record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Tempus AI has introduced a new AI-enabled application, "olivia", currently in its beta version, which aims to transform the way patients manage their medical records. This has been a significant step for the company, which specialises in precision medicine. Designed to act as a personal health concierge, olivia amalgamates medical data into a cohesive, user-friendly platform. This development is particularly beneficial for individuals managing chronic conditions, providing them ease and reducing the complexities often associated with health data management.</w:t>
      </w:r>
      <w:r/>
    </w:p>
    <w:p>
      <w:r/>
      <w:r>
        <w:t>The olivia application includes several key features tailored to improve patient experience. Users will be able to create comprehensive patient profiles, schedule appointments, and monitor their health seamlessly. One of the most notable aspects of the app is its ability to integrate smoothly with healthcare providers, facilitating an efficient and streamlined communication process.</w:t>
      </w:r>
      <w:r/>
    </w:p>
    <w:p>
      <w:r/>
      <w:r>
        <w:t>Underpinned by generative AI technology, olivia provides real-time responses to patient inquiries, offering insights that enable patients and healthcare providers to make well-informed decisions regarding healthcare management. This initiative leverages the vast healthcare data resources of Tempus AI, renowned for its contributions to personalized medicine through AI-driven solutions.</w:t>
      </w:r>
      <w:r/>
    </w:p>
    <w:p>
      <w:r/>
      <w:r>
        <w:t>Tempus AI, led by Founder and CEO Eric Lefkofsky, is committed to enhancing patient care by using artificial intelligence to tailor healthcare to individual needs. Lefkofsky asserts that olivia is a reflection of the company's mission to leverage AI for patient benefit. The tool aims to empower users by offering them an intuitive way to manage, access, and derive valuable insights from their personal health records.</w:t>
      </w:r>
      <w:r/>
    </w:p>
    <w:p>
      <w:r/>
      <w:r>
        <w:t>olivia's introduction is expected to play a pivotal role in improving patient-clinician communication and simplifying data management. With these enhanced capabilities, patients are poised to receive more tailored and effective treatments, aligning with the broader goals of precision medicine that Tempus AI epitomises.</w:t>
      </w:r>
      <w:r/>
    </w:p>
    <w:p>
      <w:r/>
      <w:r>
        <w:t>Through this innovative approach, Tempus AI continues to solidify its reputation as a leader in the integration of AI technology within healthcare, aiming to deliver superior care and optimised treatment pathways for patients around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https://www.stocktitan.net/news/TEM/tempus-launches-beta-version-of-olivia-its-ai-enabled-personal-lo95fsbob68e.html</w:t>
        </w:r>
      </w:hyperlink>
      <w:r>
        <w:t xml:space="preserve"> - Corroborates the introduction of olivia, its beta version, and its aim to transform patient health management.</w:t>
      </w:r>
      <w:r/>
    </w:p>
    <w:p>
      <w:pPr>
        <w:pStyle w:val="ListNumber"/>
        <w:spacing w:line="240" w:lineRule="auto"/>
        <w:ind w:left="720"/>
      </w:pPr>
      <w:r/>
      <w:hyperlink r:id="rId11">
        <w:r>
          <w:rPr>
            <w:color w:val="0000EE"/>
            <w:u w:val="single"/>
          </w:rPr>
          <w:t>https://www.tempus.com/news/pr/tempus-launches-beta-version-of-olivia-its-ai-enabled-personal-health-concierge-app-for-patients/?srsltid=AfmBOorNjSfp_9T5YsazMk7DqYjXC9XL28p3fBXX-W9HhL8KD6AghlzK</w:t>
        </w:r>
      </w:hyperlink>
      <w:r>
        <w:t xml:space="preserve"> - Supports the launch of olivia as an AI-enabled personal health concierge app.</w:t>
      </w:r>
      <w:r/>
    </w:p>
    <w:p>
      <w:pPr>
        <w:pStyle w:val="ListNumber"/>
        <w:spacing w:line="240" w:lineRule="auto"/>
        <w:ind w:left="720"/>
      </w:pPr>
      <w:r/>
      <w:hyperlink r:id="rId12">
        <w:r>
          <w:rPr>
            <w:color w:val="0000EE"/>
            <w:u w:val="single"/>
          </w:rPr>
          <w:t>https://ai-techpark.com/tempus-launches-beta-version-of-olivia/</w:t>
        </w:r>
      </w:hyperlink>
      <w:r>
        <w:t xml:space="preserve"> - Details the features of olivia, including creating comprehensive patient profiles and health monitoring.</w:t>
      </w:r>
      <w:r/>
    </w:p>
    <w:p>
      <w:pPr>
        <w:pStyle w:val="ListNumber"/>
        <w:spacing w:line="240" w:lineRule="auto"/>
        <w:ind w:left="720"/>
      </w:pPr>
      <w:r/>
      <w:hyperlink r:id="rId13">
        <w:r>
          <w:rPr>
            <w:color w:val="0000EE"/>
            <w:u w:val="single"/>
          </w:rPr>
          <w:t>https://finance.yahoo.com/news/tempus-launches-beta-version-olivia-123000687.html</w:t>
        </w:r>
      </w:hyperlink>
      <w:r>
        <w:t xml:space="preserve"> - Explains how olivia integrates with healthcare providers and facilitates appointment preparation.</w:t>
      </w:r>
      <w:r/>
    </w:p>
    <w:p>
      <w:pPr>
        <w:pStyle w:val="ListNumber"/>
        <w:spacing w:line="240" w:lineRule="auto"/>
        <w:ind w:left="720"/>
      </w:pPr>
      <w:r/>
      <w:hyperlink r:id="rId10">
        <w:r>
          <w:rPr>
            <w:color w:val="0000EE"/>
            <w:u w:val="single"/>
          </w:rPr>
          <w:t>https://www.stocktitan.net/news/TEM/tempus-launches-beta-version-of-olivia-its-ai-enabled-personal-lo95fsbob68e.html</w:t>
        </w:r>
      </w:hyperlink>
      <w:r>
        <w:t xml:space="preserve"> - Highlights the use of generative AI in olivia for providing real-time responses and insights.</w:t>
      </w:r>
      <w:r/>
    </w:p>
    <w:p>
      <w:pPr>
        <w:pStyle w:val="ListNumber"/>
        <w:spacing w:line="240" w:lineRule="auto"/>
        <w:ind w:left="720"/>
      </w:pPr>
      <w:r/>
      <w:hyperlink r:id="rId12">
        <w:r>
          <w:rPr>
            <w:color w:val="0000EE"/>
            <w:u w:val="single"/>
          </w:rPr>
          <w:t>https://ai-techpark.com/tempus-launches-beta-version-of-olivia/</w:t>
        </w:r>
      </w:hyperlink>
      <w:r>
        <w:t xml:space="preserve"> - Discusses how olivia leverages Tempus AI's healthcare data resources for personalized medicine.</w:t>
      </w:r>
      <w:r/>
    </w:p>
    <w:p>
      <w:pPr>
        <w:pStyle w:val="ListNumber"/>
        <w:spacing w:line="240" w:lineRule="auto"/>
        <w:ind w:left="720"/>
      </w:pPr>
      <w:r/>
      <w:hyperlink r:id="rId11">
        <w:r>
          <w:rPr>
            <w:color w:val="0000EE"/>
            <w:u w:val="single"/>
          </w:rPr>
          <w:t>https://www.tempus.com/news/pr/tempus-launches-beta-version-of-olivia-its-ai-enabled-personal-health-concierge-app-for-patients/?srsltid=AfmBOorNjSfp_9T5YsazMk7DqYjXC9XL28p3fBXX-W9HhL8KD6AghlzK</w:t>
        </w:r>
      </w:hyperlink>
      <w:r>
        <w:t xml:space="preserve"> - Quotes Eric Lefkofsky on the mission of Tempus AI and the benefits of olivia.</w:t>
      </w:r>
      <w:r/>
    </w:p>
    <w:p>
      <w:pPr>
        <w:pStyle w:val="ListNumber"/>
        <w:spacing w:line="240" w:lineRule="auto"/>
        <w:ind w:left="720"/>
      </w:pPr>
      <w:r/>
      <w:hyperlink r:id="rId13">
        <w:r>
          <w:rPr>
            <w:color w:val="0000EE"/>
            <w:u w:val="single"/>
          </w:rPr>
          <w:t>https://finance.yahoo.com/news/tempus-launches-beta-version-olivia-123000687.html</w:t>
        </w:r>
      </w:hyperlink>
      <w:r>
        <w:t xml:space="preserve"> - Explains how olivia aims to improve patient-clinician communication and simplify data management.</w:t>
      </w:r>
      <w:r/>
    </w:p>
    <w:p>
      <w:pPr>
        <w:pStyle w:val="ListNumber"/>
        <w:spacing w:line="240" w:lineRule="auto"/>
        <w:ind w:left="720"/>
      </w:pPr>
      <w:r/>
      <w:hyperlink r:id="rId12">
        <w:r>
          <w:rPr>
            <w:color w:val="0000EE"/>
            <w:u w:val="single"/>
          </w:rPr>
          <w:t>https://ai-techpark.com/tempus-launches-beta-version-of-olivia/</w:t>
        </w:r>
      </w:hyperlink>
      <w:r>
        <w:t xml:space="preserve"> - Describes the potential impact of olivia on patient care and treatment pathways.</w:t>
      </w:r>
      <w:r/>
    </w:p>
    <w:p>
      <w:pPr>
        <w:pStyle w:val="ListNumber"/>
        <w:spacing w:line="240" w:lineRule="auto"/>
        <w:ind w:left="720"/>
      </w:pPr>
      <w:r/>
      <w:hyperlink r:id="rId10">
        <w:r>
          <w:rPr>
            <w:color w:val="0000EE"/>
            <w:u w:val="single"/>
          </w:rPr>
          <w:t>https://www.stocktitan.net/news/TEM/tempus-launches-beta-version-of-olivia-its-ai-enabled-personal-lo95fsbob68e.html</w:t>
        </w:r>
      </w:hyperlink>
      <w:r>
        <w:t xml:space="preserve"> - Discusses the broader implications of olivia on precision medicine and Tempus AI's leadership in AI integration within healthcare.</w:t>
      </w:r>
      <w:r/>
    </w:p>
    <w:p>
      <w:pPr>
        <w:pStyle w:val="ListNumber"/>
        <w:spacing w:line="240" w:lineRule="auto"/>
        <w:ind w:left="720"/>
      </w:pPr>
      <w:r/>
      <w:hyperlink r:id="rId11">
        <w:r>
          <w:rPr>
            <w:color w:val="0000EE"/>
            <w:u w:val="single"/>
          </w:rPr>
          <w:t>https://www.tempus.com/news/pr/tempus-launches-beta-version-of-olivia-its-ai-enabled-personal-health-concierge-app-for-patients/?srsltid=AfmBOorNjSfp_9T5YsazMk7DqYjXC9XL28p3fBXX-W9HhL8KD6AghlzK</w:t>
        </w:r>
      </w:hyperlink>
      <w:r>
        <w:t xml:space="preserve"> - Provides additional context on Tempus AI's commitment to enhancing patient care through AI technology.</w:t>
      </w:r>
      <w:r/>
    </w:p>
    <w:p>
      <w:pPr>
        <w:pStyle w:val="ListNumber"/>
        <w:spacing w:line="240" w:lineRule="auto"/>
        <w:ind w:left="720"/>
      </w:pPr>
      <w:r/>
      <w:hyperlink r:id="rId14">
        <w:r>
          <w:rPr>
            <w:color w:val="0000EE"/>
            <w:u w:val="single"/>
          </w:rPr>
          <w:t>https://thehealthcaretechnologyreport.com/tempus-ai-launches-olivia-app-for-patient-health-management/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TEM/tempus-launches-beta-version-of-olivia-its-ai-enabled-personal-lo95fsbob68e.html" TargetMode="External"/><Relationship Id="rId11" Type="http://schemas.openxmlformats.org/officeDocument/2006/relationships/hyperlink" Target="https://www.tempus.com/news/pr/tempus-launches-beta-version-of-olivia-its-ai-enabled-personal-health-concierge-app-for-patients/?srsltid=AfmBOorNjSfp_9T5YsazMk7DqYjXC9XL28p3fBXX-W9HhL8KD6AghlzK" TargetMode="External"/><Relationship Id="rId12" Type="http://schemas.openxmlformats.org/officeDocument/2006/relationships/hyperlink" Target="https://ai-techpark.com/tempus-launches-beta-version-of-olivia/" TargetMode="External"/><Relationship Id="rId13" Type="http://schemas.openxmlformats.org/officeDocument/2006/relationships/hyperlink" Target="https://finance.yahoo.com/news/tempus-launches-beta-version-olivia-123000687.html" TargetMode="External"/><Relationship Id="rId14" Type="http://schemas.openxmlformats.org/officeDocument/2006/relationships/hyperlink" Target="https://thehealthcaretechnologyreport.com/tempus-ai-launches-olivia-app-for-patient-health-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