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AI Fix explores humour and decision-making in AI in milestone 20th episode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the podcast "The AI Fix" continues to delve into the fascinating and sometimes humorous intersections of technology and daily life. In its milestone 20th episode, hosts Graham Cluley and Mark Stockley explore a myriad of topics, ranging from the ability of artificial intelligence to make critical decisions to the lighter side of AI's capabilities, such as humour and emotional support.</w:t>
      </w:r>
      <w:r/>
    </w:p>
    <w:p>
      <w:r/>
      <w:r>
        <w:t>Graham Cluley, a well-known figure in the tech industry, and his co-host Mark Stockley, bring their unique perspectives to topics like AI decision-making processes. This episode, as always, presents a mix of insightful discussions and light-hearted banter. Cluley, for instance, introduces Stockley to Optimus, a robot endeavoured with domestic tasks, albeit not quite adept at folding t-shirts. This segment humorously underscores the challenges and imperfections of current robotic capabilities.</w:t>
      </w:r>
      <w:r/>
    </w:p>
    <w:p>
      <w:r/>
      <w:r>
        <w:t>Another highlight of the episode is a segment where the hosts humourously argue why emotional support insects haven't gained popularity, perhaps illustrating both the novelty and limitations surrounding AI and other unconventional technologies. Their exploration extends to a discussion of the Nobel academy's latest interests, hinting at a broader recognition of AI's significance in various fields.</w:t>
      </w:r>
      <w:r/>
    </w:p>
    <w:p>
      <w:r/>
      <w:r>
        <w:t>A notable part of the episode involves Mark asking an AI to make a crucial decision, presumably to assess the technology's current state in handling real-world decisions, although specifics of the decision were not disclosed. This exercise reflects ongoing experiments and discussions in the tech community about the role AI should play in decision-making and morality.</w:t>
      </w:r>
      <w:r/>
    </w:p>
    <w:p>
      <w:r/>
      <w:r>
        <w:t>The episode further introduces listeners to a devoted fan of "The AI Fix," showcasing the podcast's impact and growing community. This engagement is mirrored in their active presence on social media platforms, where followers can keep abreast of the latest in AI news and developments.</w:t>
      </w:r>
      <w:r/>
    </w:p>
    <w:p>
      <w:r/>
      <w:r>
        <w:t>Listeners are invited to support the show in various ways, such as sharing the podcast with friends and leaving reviews on platforms like Apple Podcasts or Podchaser. The hosts maintain an active digital presence on Twitter, under the handle @TheAIFix, and encourage listeners to subscribe via their favourite podcast apps for regular updates.</w:t>
      </w:r>
      <w:r/>
    </w:p>
    <w:p>
      <w:r/>
      <w:r>
        <w:t>Ultimately, this episode of "The AI Fix" provides both entertainment and enlightenment, drawing listeners into the continually unfolding story of artificial intelligence. The dynamic exchange between Cluley and Stockley, combined with their knack for making complex topics accessible, ensures that the series remains engaging and informative for both tech enthusiasts and casual listeners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https://podcasts.apple.com/us/podcast/the-ai-fix/id1753381111</w:t>
        </w:r>
      </w:hyperlink>
      <w:r>
        <w:t xml:space="preserve"> - This link corroborates the existence and description of the 'The AI Fix' podcast, hosted by Graham Cluley and Mark Stockley, and their discussions on various AI topics.</w:t>
      </w:r>
      <w:r/>
    </w:p>
    <w:p>
      <w:pPr>
        <w:pStyle w:val="ListNumber"/>
        <w:spacing w:line="240" w:lineRule="auto"/>
        <w:ind w:left="720"/>
      </w:pPr>
      <w:r/>
      <w:hyperlink r:id="rId11">
        <w:r>
          <w:rPr>
            <w:color w:val="0000EE"/>
            <w:u w:val="single"/>
          </w:rPr>
          <w:t>https://grahamcluley.com/the-ai-fix-20/</w:t>
        </w:r>
      </w:hyperlink>
      <w:r>
        <w:t xml:space="preserve"> - This link supports the details of the 20th episode, including the discussion on Optimus the robot, AI decision-making, and the Nobel academy's interests in AI.</w:t>
      </w:r>
      <w:r/>
    </w:p>
    <w:p>
      <w:pPr>
        <w:pStyle w:val="ListNumber"/>
        <w:spacing w:line="240" w:lineRule="auto"/>
        <w:ind w:left="720"/>
      </w:pPr>
      <w:r/>
      <w:hyperlink r:id="rId12">
        <w:r>
          <w:rPr>
            <w:color w:val="0000EE"/>
            <w:u w:val="single"/>
          </w:rPr>
          <w:t>https://grahamcluley.com/podcasts/</w:t>
        </w:r>
      </w:hyperlink>
      <w:r>
        <w:t xml:space="preserve"> - This link provides background information on Graham Cluley and Mark Stockley, including their roles in 'The AI Fix' and other podcasts like 'Smashing Security'.</w:t>
      </w:r>
      <w:r/>
    </w:p>
    <w:p>
      <w:pPr>
        <w:pStyle w:val="ListNumber"/>
        <w:spacing w:line="240" w:lineRule="auto"/>
        <w:ind w:left="720"/>
      </w:pPr>
      <w:r/>
      <w:hyperlink r:id="rId13">
        <w:r>
          <w:rPr>
            <w:color w:val="0000EE"/>
            <w:u w:val="single"/>
          </w:rPr>
          <w:t>https://www.smashingsecurity.com/guests/mark-stockley/</w:t>
        </w:r>
      </w:hyperlink>
      <w:r>
        <w:t xml:space="preserve"> - This link confirms Mark Stockley's involvement in 'The AI Fix' and his background in cybersecurity research and podcasting.</w:t>
      </w:r>
      <w:r/>
    </w:p>
    <w:p>
      <w:pPr>
        <w:pStyle w:val="ListNumber"/>
        <w:spacing w:line="240" w:lineRule="auto"/>
        <w:ind w:left="720"/>
      </w:pPr>
      <w:r/>
      <w:hyperlink r:id="rId14">
        <w:r>
          <w:rPr>
            <w:color w:val="0000EE"/>
            <w:u w:val="single"/>
          </w:rPr>
          <w:t>https://www.reddit.com/r/SmashingSecurity/comments/1dq5kid/the_ai_fix_podcast/</w:t>
        </w:r>
      </w:hyperlink>
      <w:r>
        <w:t xml:space="preserve"> - This link shows the promotional post for 'The AI Fix' podcast on Reddit, highlighting its unique approach to AI topics and the hosts' engagement with the community.</w:t>
      </w:r>
      <w:r/>
    </w:p>
    <w:p>
      <w:pPr>
        <w:pStyle w:val="ListNumber"/>
        <w:spacing w:line="240" w:lineRule="auto"/>
        <w:ind w:left="720"/>
      </w:pPr>
      <w:r/>
      <w:hyperlink r:id="rId15">
        <w:r>
          <w:rPr>
            <w:color w:val="0000EE"/>
            <w:u w:val="single"/>
          </w:rPr>
          <w:t>https://theaifix.show</w:t>
        </w:r>
      </w:hyperlink>
      <w:r>
        <w:t xml:space="preserve"> - This link is the official website for 'The AI Fix' podcast, where listeners can find more information and subscribe to the show.</w:t>
      </w:r>
      <w:r/>
    </w:p>
    <w:p>
      <w:pPr>
        <w:pStyle w:val="ListNumber"/>
        <w:spacing w:line="240" w:lineRule="auto"/>
        <w:ind w:left="720"/>
      </w:pPr>
      <w:r/>
      <w:hyperlink r:id="rId10">
        <w:r>
          <w:rPr>
            <w:color w:val="0000EE"/>
            <w:u w:val="single"/>
          </w:rPr>
          <w:t>https://podcasts.apple.com/us/podcast/the-ai-fix/id1753381111</w:t>
        </w:r>
      </w:hyperlink>
      <w:r>
        <w:t xml:space="preserve"> - This link allows listeners to support the show by leaving reviews on Apple Podcasts, as mentioned in the article.</w:t>
      </w:r>
      <w:r/>
    </w:p>
    <w:p>
      <w:pPr>
        <w:pStyle w:val="ListNumber"/>
        <w:spacing w:line="240" w:lineRule="auto"/>
        <w:ind w:left="720"/>
      </w:pPr>
      <w:r/>
      <w:hyperlink r:id="rId16">
        <w:r>
          <w:rPr>
            <w:color w:val="0000EE"/>
            <w:u w:val="single"/>
          </w:rPr>
          <w:t>https://twitter.com/TheAIFix</w:t>
        </w:r>
      </w:hyperlink>
      <w:r>
        <w:t xml:space="preserve"> - This link confirms the podcast's active presence on Twitter, where followers can keep up with the latest AI news and developments.</w:t>
      </w:r>
      <w:r/>
    </w:p>
    <w:p>
      <w:pPr>
        <w:pStyle w:val="ListNumber"/>
        <w:spacing w:line="240" w:lineRule="auto"/>
        <w:ind w:left="720"/>
      </w:pPr>
      <w:r/>
      <w:hyperlink r:id="rId17">
        <w:r>
          <w:rPr>
            <w:color w:val="0000EE"/>
            <w:u w:val="single"/>
          </w:rPr>
          <w:t>https://open.spotify.com/show/2Ozk8uNzULFo2rZsb2lZZc</w:t>
        </w:r>
      </w:hyperlink>
      <w:r>
        <w:t xml:space="preserve"> - This link provides an alternative platform where listeners can subscribe to 'The AI Fix' podcast on Spotify.</w:t>
      </w:r>
      <w:r/>
    </w:p>
    <w:p>
      <w:pPr>
        <w:pStyle w:val="ListNumber"/>
        <w:spacing w:line="240" w:lineRule="auto"/>
        <w:ind w:left="720"/>
      </w:pPr>
      <w:r/>
      <w:hyperlink r:id="rId18">
        <w:r>
          <w:rPr>
            <w:color w:val="0000EE"/>
            <w:u w:val="single"/>
          </w:rPr>
          <w:t>https://grahamcluley.com/the-ai-fix-20/#Episode-links</w:t>
        </w:r>
      </w:hyperlink>
      <w:r>
        <w:t xml:space="preserve"> - This link includes episode links from the 20th episode, such as the Nobel physics prize and Elon Musk's Optimus robot, which are discussed in the article.</w:t>
      </w:r>
      <w:r/>
    </w:p>
    <w:p>
      <w:pPr>
        <w:pStyle w:val="ListNumber"/>
        <w:spacing w:line="240" w:lineRule="auto"/>
        <w:ind w:left="720"/>
      </w:pPr>
      <w:r/>
      <w:hyperlink r:id="rId19">
        <w:r>
          <w:rPr>
            <w:color w:val="0000EE"/>
            <w:u w:val="single"/>
          </w:rPr>
          <w:t>https://theaifix.show/5</w:t>
        </w:r>
      </w:hyperlink>
      <w:r>
        <w:t xml:space="preserve"> - This link supports the ongoing engagement and community interaction of 'The AI Fix' podcast, as mentioned in the article.</w:t>
      </w:r>
      <w:r/>
    </w:p>
    <w:p>
      <w:pPr>
        <w:pStyle w:val="ListNumber"/>
        <w:spacing w:line="240" w:lineRule="auto"/>
        <w:ind w:left="720"/>
      </w:pPr>
      <w:r/>
      <w:hyperlink r:id="rId11">
        <w:r>
          <w:rPr>
            <w:color w:val="0000EE"/>
            <w:u w:val="single"/>
          </w:rPr>
          <w:t>https://grahamcluley.com/the-ai-fix-20/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odcasts.apple.com/us/podcast/the-ai-fix/id1753381111" TargetMode="External"/><Relationship Id="rId11" Type="http://schemas.openxmlformats.org/officeDocument/2006/relationships/hyperlink" Target="https://grahamcluley.com/the-ai-fix-20/" TargetMode="External"/><Relationship Id="rId12" Type="http://schemas.openxmlformats.org/officeDocument/2006/relationships/hyperlink" Target="https://grahamcluley.com/podcasts/" TargetMode="External"/><Relationship Id="rId13" Type="http://schemas.openxmlformats.org/officeDocument/2006/relationships/hyperlink" Target="https://www.smashingsecurity.com/guests/mark-stockley/" TargetMode="External"/><Relationship Id="rId14" Type="http://schemas.openxmlformats.org/officeDocument/2006/relationships/hyperlink" Target="https://www.reddit.com/r/SmashingSecurity/comments/1dq5kid/the_ai_fix_podcast/" TargetMode="External"/><Relationship Id="rId15" Type="http://schemas.openxmlformats.org/officeDocument/2006/relationships/hyperlink" Target="https://theaifix.show" TargetMode="External"/><Relationship Id="rId16" Type="http://schemas.openxmlformats.org/officeDocument/2006/relationships/hyperlink" Target="https://twitter.com/TheAIFix" TargetMode="External"/><Relationship Id="rId17" Type="http://schemas.openxmlformats.org/officeDocument/2006/relationships/hyperlink" Target="https://open.spotify.com/show/2Ozk8uNzULFo2rZsb2lZZc" TargetMode="External"/><Relationship Id="rId18" Type="http://schemas.openxmlformats.org/officeDocument/2006/relationships/hyperlink" Target="https://grahamcluley.com/the-ai-fix-20/#Episode-links" TargetMode="External"/><Relationship Id="rId19" Type="http://schemas.openxmlformats.org/officeDocument/2006/relationships/hyperlink" Target="https://theaifix.show/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