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Wendy's embraces AI with new voice ordering system at drive-thrus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Wendy's, a major player in the global fast-food industry, is embarking on a bold technological journey by introducing artificial intelligence-driven voice ordering at its drive-thrus. The initiative, spearheaded by Matt Spessard, Wendy's Chief Information Officer since February 2023, seeks to enhance the experience for both customers and crew members.</w:t>
      </w:r>
      <w:r/>
    </w:p>
    <w:p>
      <w:r/>
      <w:r>
        <w:t>Spessard's tenure at Wendy's began in 2020 as Vice President of Restaurant Technology, and he has consistently aimed to integrate cutting-edge technology within the restaurant environment. Before joining Wendy’s, he accumulated extensive experience with renowned restaurant operators, including Sonic Drive-In, Yum Brands, and Church’s Chicken, holding various technology leadership roles.</w:t>
      </w:r>
      <w:r/>
    </w:p>
    <w:p>
      <w:r/>
      <w:r>
        <w:t>The AI voice ordering system, known as Wendy’s FreshAI, utilises Google Cloud’s advanced language model to handle orders in both English and Spanish. This technological enhancement was initially piloted in a restaurant in Columbus, Ohio, in June 2023, and has since been implemented in 36 Wendy's locations across Ohio and Florida. Wendy's is keen on expanding the rollout over the coming months and beyond, ensuring a thorough approach that incorporates customer and employee feedback, as well as focusing on the accuracy and speed of AI-enabled orders.</w:t>
      </w:r>
      <w:r/>
    </w:p>
    <w:p>
      <w:r/>
      <w:r>
        <w:t>The decision to partner with Google was strategic, stemming from a broader collaboration with the tech giant, where they also serve as Wendy's cloud provider and ally in the data and analytics space. Google’s innovation and deep interest in understanding Wendy’s business operations were significant factors in the partnership.</w:t>
      </w:r>
      <w:r/>
    </w:p>
    <w:p>
      <w:r/>
      <w:r>
        <w:t>As the fast-food industry continues to explore the potential of AI, Wendy's has taken a measured approach to deployment, contrasting with companies like McDonald’s, which decided to halt their use of similar technology earlier this year. Wendy's methodical expansion is reflective of its commitment to refining the customer experience through technology while maintaining operational efficiency.</w:t>
      </w:r>
      <w:r/>
    </w:p>
    <w:p>
      <w:r/>
      <w:r>
        <w:t>The AI initiative at Wendy's targets a common challenge faced by the fast-food sector: optimising drive-thru service. The pilot test in Columbus revealed a reduction in drive-thru service times by an average of 22 seconds – a development that could significantly enhance customer satisfaction and efficiency in a fast-paced industry. This is especially vital as customised orders, limited-time offerings, and branding elements add complexity and require an adaptable AI model capable of understanding nuanced customer requests, such as interpreting an order for a milkshake to mean Wendy's signature Frosty.</w:t>
      </w:r>
      <w:r/>
    </w:p>
    <w:p>
      <w:r/>
      <w:r>
        <w:t>Spessard also hinted at future applications of AI within Wendy's operations, including potential chatbots to assist with internal procedures and suggestive selling capabilities to tailor recommendations based on consumer preferences. These developments resonate with consumers increasingly accustomed to AI interactions through everyday technology, ranging from voice assistants in smart homes to mobile devices.</w:t>
      </w:r>
      <w:r/>
    </w:p>
    <w:p>
      <w:r/>
      <w:r>
        <w:t>By integrating AI technology in its drive-thru operations, Wendy’s aims to streamline order processing and allocate more time for crew members to focus on food preparation, ultimately enhancing the overall efficiency and customer experience. This initiative reflects a broader industry trend towards leveraging AI for operational improvements, although it requires careful consideration and adaptation to meet the unique demands of fast-food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https://www.wendys.com/blog/how-wendys-using-ai-restaurant-innovation</w:t>
        </w:r>
      </w:hyperlink>
      <w:r>
        <w:t xml:space="preserve"> - Corroborates the introduction of Wendy’s FreshAI, the AI-powered voice ordering system, and its initial pilot in Columbus, Ohio.</w:t>
      </w:r>
      <w:r/>
    </w:p>
    <w:p>
      <w:pPr>
        <w:pStyle w:val="ListNumber"/>
        <w:spacing w:line="240" w:lineRule="auto"/>
        <w:ind w:left="720"/>
      </w:pPr>
      <w:r/>
      <w:hyperlink r:id="rId11">
        <w:r>
          <w:rPr>
            <w:color w:val="0000EE"/>
            <w:u w:val="single"/>
          </w:rPr>
          <w:t>https://www.cbsnews.com/news/wendys-spanish-ai-ordering-drive-thrus-ohio-florida/</w:t>
        </w:r>
      </w:hyperlink>
      <w:r>
        <w:t xml:space="preserve"> - Supports the expansion of Wendy’s FreshAI to include Spanish language capabilities and its implementation in 28 company-operated restaurants in Florida and Ohio.</w:t>
      </w:r>
      <w:r/>
    </w:p>
    <w:p>
      <w:pPr>
        <w:pStyle w:val="ListNumber"/>
        <w:spacing w:line="240" w:lineRule="auto"/>
        <w:ind w:left="720"/>
      </w:pPr>
      <w:r/>
      <w:hyperlink r:id="rId12">
        <w:r>
          <w:rPr>
            <w:color w:val="0000EE"/>
            <w:u w:val="single"/>
          </w:rPr>
          <w:t>https://www.zdnet.com/article/wendys-ai-powered-drive-thrus-will-be-bilingual-in-these-states/</w:t>
        </w:r>
      </w:hyperlink>
      <w:r>
        <w:t xml:space="preserve"> - Details the bilingual capabilities of Wendy’s FreshAI and its rollout in areas with high Spanish-speaking populations.</w:t>
      </w:r>
      <w:r/>
    </w:p>
    <w:p>
      <w:pPr>
        <w:pStyle w:val="ListNumber"/>
        <w:spacing w:line="240" w:lineRule="auto"/>
        <w:ind w:left="720"/>
      </w:pPr>
      <w:r/>
      <w:hyperlink r:id="rId13">
        <w:r>
          <w:rPr>
            <w:color w:val="0000EE"/>
            <w:u w:val="single"/>
          </w:rPr>
          <w:t>https://fortune.com/2024/10/15/wendy-google-ai-drive-thru-expansion/</w:t>
        </w:r>
      </w:hyperlink>
      <w:r>
        <w:t xml:space="preserve"> - Provides information on the partnership with Google Cloud, the expansion of FreshAI to 36 locations, and the focus on customer and employee feedback.</w:t>
      </w:r>
      <w:r/>
    </w:p>
    <w:p>
      <w:pPr>
        <w:pStyle w:val="ListNumber"/>
        <w:spacing w:line="240" w:lineRule="auto"/>
        <w:ind w:left="720"/>
      </w:pPr>
      <w:r/>
      <w:hyperlink r:id="rId14">
        <w:r>
          <w:rPr>
            <w:color w:val="0000EE"/>
            <w:u w:val="single"/>
          </w:rPr>
          <w:t>https://cloud.google.com/blog/transform/wendys-generative-ai-drive-thru-reinvention-worker-freedom</w:t>
        </w:r>
      </w:hyperlink>
      <w:r>
        <w:t xml:space="preserve"> - Explains the use of Google Cloud’s generative AI, the initial pilot in Columbus, and the integration with Wendy’s menu and ordering habits.</w:t>
      </w:r>
      <w:r/>
    </w:p>
    <w:p>
      <w:pPr>
        <w:pStyle w:val="ListNumber"/>
        <w:spacing w:line="240" w:lineRule="auto"/>
        <w:ind w:left="720"/>
      </w:pPr>
      <w:r/>
      <w:hyperlink r:id="rId10">
        <w:r>
          <w:rPr>
            <w:color w:val="0000EE"/>
            <w:u w:val="single"/>
          </w:rPr>
          <w:t>https://www.wendys.com/blog/how-wendys-using-ai-restaurant-innovation</w:t>
        </w:r>
      </w:hyperlink>
      <w:r>
        <w:t xml:space="preserve"> - Discusses Matt Spessard’s role and the strategic partnership with Google Cloud for data and analytics.</w:t>
      </w:r>
      <w:r/>
    </w:p>
    <w:p>
      <w:pPr>
        <w:pStyle w:val="ListNumber"/>
        <w:spacing w:line="240" w:lineRule="auto"/>
        <w:ind w:left="720"/>
      </w:pPr>
      <w:r/>
      <w:hyperlink r:id="rId13">
        <w:r>
          <w:rPr>
            <w:color w:val="0000EE"/>
            <w:u w:val="single"/>
          </w:rPr>
          <w:t>https://fortune.com/2024/10/15/wendy-google-ai-drive-thru-expansion/</w:t>
        </w:r>
      </w:hyperlink>
      <w:r>
        <w:t xml:space="preserve"> - Contrasts Wendy’s approach with McDonald’s decision to halt their AI drive-thru technology and highlights the measured approach of Wendy’s.</w:t>
      </w:r>
      <w:r/>
    </w:p>
    <w:p>
      <w:pPr>
        <w:pStyle w:val="ListNumber"/>
        <w:spacing w:line="240" w:lineRule="auto"/>
        <w:ind w:left="720"/>
      </w:pPr>
      <w:r/>
      <w:hyperlink r:id="rId14">
        <w:r>
          <w:rPr>
            <w:color w:val="0000EE"/>
            <w:u w:val="single"/>
          </w:rPr>
          <w:t>https://cloud.google.com/blog/transform/wendys-generative-ai-drive-thru-reinvention-worker-freedom</w:t>
        </w:r>
      </w:hyperlink>
      <w:r>
        <w:t xml:space="preserve"> - Details the reduction in drive-thru service times and the ability of the AI to handle complex orders and branding elements.</w:t>
      </w:r>
      <w:r/>
    </w:p>
    <w:p>
      <w:pPr>
        <w:pStyle w:val="ListNumber"/>
        <w:spacing w:line="240" w:lineRule="auto"/>
        <w:ind w:left="720"/>
      </w:pPr>
      <w:r/>
      <w:hyperlink r:id="rId13">
        <w:r>
          <w:rPr>
            <w:color w:val="0000EE"/>
            <w:u w:val="single"/>
          </w:rPr>
          <w:t>https://fortune.com/2024/10/15/wendy-google-ai-drive-thru-expansion/</w:t>
        </w:r>
      </w:hyperlink>
      <w:r>
        <w:t xml:space="preserve"> - Mentions future applications of AI, including chatbots for internal procedures and suggestive selling capabilities.</w:t>
      </w:r>
      <w:r/>
    </w:p>
    <w:p>
      <w:pPr>
        <w:pStyle w:val="ListNumber"/>
        <w:spacing w:line="240" w:lineRule="auto"/>
        <w:ind w:left="720"/>
      </w:pPr>
      <w:r/>
      <w:hyperlink r:id="rId10">
        <w:r>
          <w:rPr>
            <w:color w:val="0000EE"/>
            <w:u w:val="single"/>
          </w:rPr>
          <w:t>https://www.wendys.com/blog/how-wendys-using-ai-restaurant-innovation</w:t>
        </w:r>
      </w:hyperlink>
      <w:r>
        <w:t xml:space="preserve"> - Explains how AI integration aims to streamline order processing and enhance crew efficiency in food preparation.</w:t>
      </w:r>
      <w:r/>
    </w:p>
    <w:p>
      <w:pPr>
        <w:pStyle w:val="ListNumber"/>
        <w:spacing w:line="240" w:lineRule="auto"/>
        <w:ind w:left="720"/>
      </w:pPr>
      <w:r/>
      <w:hyperlink r:id="rId14">
        <w:r>
          <w:rPr>
            <w:color w:val="0000EE"/>
            <w:u w:val="single"/>
          </w:rPr>
          <w:t>https://cloud.google.com/blog/transform/wendys-generative-ai-drive-thru-reinvention-worker-freedom</w:t>
        </w:r>
      </w:hyperlink>
      <w:r>
        <w:t xml:space="preserve"> - Highlights the broader industry trend of leveraging AI for operational improvements and the unique demands of fast-food services.</w:t>
      </w:r>
      <w:r/>
    </w:p>
    <w:p>
      <w:pPr>
        <w:pStyle w:val="ListNumber"/>
        <w:spacing w:line="240" w:lineRule="auto"/>
        <w:ind w:left="720"/>
      </w:pPr>
      <w:r/>
      <w:hyperlink r:id="rId13">
        <w:r>
          <w:rPr>
            <w:color w:val="0000EE"/>
            <w:u w:val="single"/>
          </w:rPr>
          <w:t>https://fortune.com/2024/10/15/wendy-google-ai-drive-thru-expansion/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endys.com/blog/how-wendys-using-ai-restaurant-innovation" TargetMode="External"/><Relationship Id="rId11" Type="http://schemas.openxmlformats.org/officeDocument/2006/relationships/hyperlink" Target="https://www.cbsnews.com/news/wendys-spanish-ai-ordering-drive-thrus-ohio-florida/" TargetMode="External"/><Relationship Id="rId12" Type="http://schemas.openxmlformats.org/officeDocument/2006/relationships/hyperlink" Target="https://www.zdnet.com/article/wendys-ai-powered-drive-thrus-will-be-bilingual-in-these-states/" TargetMode="External"/><Relationship Id="rId13" Type="http://schemas.openxmlformats.org/officeDocument/2006/relationships/hyperlink" Target="https://fortune.com/2024/10/15/wendy-google-ai-drive-thru-expansion/" TargetMode="External"/><Relationship Id="rId14" Type="http://schemas.openxmlformats.org/officeDocument/2006/relationships/hyperlink" Target="https://cloud.google.com/blog/transform/wendys-generative-ai-drive-thru-reinvention-worker-freed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